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D61C" w14:textId="0719B0C0" w:rsidR="00930F33" w:rsidRDefault="00930F33">
      <w:pPr>
        <w:spacing w:after="0"/>
        <w:rPr>
          <w:lang w:eastAsia="zh-CN"/>
        </w:rPr>
      </w:pPr>
    </w:p>
    <w:p w14:paraId="5C248AC2" w14:textId="77777777" w:rsidR="00225C9B" w:rsidRPr="002552BD" w:rsidRDefault="5DCDB4B5">
      <w:r w:rsidRPr="002552BD">
        <w:rPr>
          <w:rFonts w:ascii="Arial" w:hAnsi="Arial"/>
          <w:sz w:val="48"/>
          <w:szCs w:val="48"/>
        </w:rPr>
        <w:t>QHRC_S1EP1_HEALING_FINAL_AI Transcript</w:t>
      </w:r>
    </w:p>
    <w:p w14:paraId="7790211C" w14:textId="77777777" w:rsidR="00225C9B" w:rsidRPr="002552BD" w:rsidRDefault="00B73576">
      <w:pPr>
        <w:spacing w:before="440" w:after="0"/>
      </w:pPr>
      <w:r w:rsidRPr="002552BD">
        <w:rPr>
          <w:rFonts w:ascii="Arial" w:hAnsi="Arial"/>
          <w:b/>
          <w:color w:val="4F6880"/>
        </w:rPr>
        <w:t>SUMMARY KEYWORDS</w:t>
      </w:r>
    </w:p>
    <w:p w14:paraId="39E52621" w14:textId="77777777" w:rsidR="00225C9B" w:rsidRPr="002552BD" w:rsidRDefault="00B73576">
      <w:r w:rsidRPr="002552BD">
        <w:rPr>
          <w:rFonts w:ascii="Arial" w:hAnsi="Arial"/>
          <w:color w:val="4F6880"/>
        </w:rPr>
        <w:t>Aboriginal rights, Torres Strait Islander, self-determination, healing, human rights, cultural connection, youth justice, transitional justice, truth-telling, community engagement, language preservation, intergenerational healing, Queensland Human Rights Commission, podcast series, First Nations.</w:t>
      </w:r>
    </w:p>
    <w:p w14:paraId="63CD2F8A" w14:textId="77777777" w:rsidR="00225C9B" w:rsidRPr="002552BD" w:rsidRDefault="00B73576">
      <w:pPr>
        <w:spacing w:before="440" w:after="0"/>
      </w:pPr>
      <w:r w:rsidRPr="002552BD">
        <w:rPr>
          <w:rFonts w:ascii="Arial" w:hAnsi="Arial"/>
          <w:b/>
          <w:color w:val="4F6880"/>
        </w:rPr>
        <w:t>SPEAKERS</w:t>
      </w:r>
    </w:p>
    <w:p w14:paraId="3843E5FF" w14:textId="40E66863" w:rsidR="00225C9B" w:rsidRPr="002552BD" w:rsidRDefault="63626EF3" w:rsidP="63626EF3">
      <w:pPr>
        <w:rPr>
          <w:rFonts w:ascii="Arial" w:hAnsi="Arial"/>
          <w:color w:val="4F6880"/>
        </w:rPr>
      </w:pPr>
      <w:r w:rsidRPr="002552BD">
        <w:rPr>
          <w:rFonts w:ascii="Arial" w:hAnsi="Arial"/>
          <w:color w:val="4F6880"/>
        </w:rPr>
        <w:t>Mena Waller, Mick Gooda, Barry Waldon, Natalie Lewis, Thomas Mayo, Kobi Page, Mundanara Bayles, Gaja Kerry Charlton, Joann Schmider, Solua Middleton, Manny Williams, Professor Chelsea Watego</w:t>
      </w:r>
      <w:r w:rsidR="7C0B1AD4" w:rsidRPr="002552BD">
        <w:rPr>
          <w:rFonts w:ascii="Arial" w:hAnsi="Arial"/>
          <w:color w:val="4F6880"/>
        </w:rPr>
        <w:t>, Katie Kiss</w:t>
      </w:r>
    </w:p>
    <w:p w14:paraId="672A6659" w14:textId="77777777" w:rsidR="00225C9B" w:rsidRPr="002552BD" w:rsidRDefault="00225C9B">
      <w:pPr>
        <w:spacing w:after="0"/>
      </w:pPr>
    </w:p>
    <w:p w14:paraId="333A68BD" w14:textId="77777777" w:rsidR="00225C9B" w:rsidRPr="002552BD" w:rsidRDefault="0CBF7B67" w:rsidP="0CBF7B67">
      <w:pPr>
        <w:spacing w:after="0"/>
        <w:rPr>
          <w:rFonts w:ascii="Arial" w:hAnsi="Arial"/>
          <w:color w:val="5D7284"/>
        </w:rPr>
      </w:pPr>
      <w:r w:rsidRPr="002552BD">
        <w:rPr>
          <w:rFonts w:ascii="Arial" w:hAnsi="Arial"/>
          <w:b/>
          <w:bCs/>
        </w:rPr>
        <w:t xml:space="preserve">Thomas </w:t>
      </w:r>
      <w:proofErr w:type="gramStart"/>
      <w:r w:rsidRPr="002552BD">
        <w:rPr>
          <w:rFonts w:ascii="Arial" w:hAnsi="Arial"/>
          <w:b/>
          <w:bCs/>
        </w:rPr>
        <w:t xml:space="preserve">Mayo  </w:t>
      </w:r>
      <w:r w:rsidRPr="002552BD">
        <w:rPr>
          <w:rFonts w:ascii="Arial" w:hAnsi="Arial"/>
          <w:color w:val="5D7284"/>
        </w:rPr>
        <w:t>00:00</w:t>
      </w:r>
      <w:proofErr w:type="gramEnd"/>
    </w:p>
    <w:p w14:paraId="4D19F216" w14:textId="3BA46E22" w:rsidR="00225C9B" w:rsidRPr="002552BD" w:rsidRDefault="5DCDB4B5" w:rsidP="7A03A167">
      <w:pPr>
        <w:spacing w:after="0"/>
        <w:rPr>
          <w:rFonts w:ascii="Arial" w:hAnsi="Arial"/>
        </w:rPr>
      </w:pPr>
      <w:r w:rsidRPr="002552BD">
        <w:rPr>
          <w:rFonts w:ascii="Arial" w:hAnsi="Arial"/>
        </w:rPr>
        <w:t xml:space="preserve">We acknowledge the traditional custodians of the land on which the podcast was made, the </w:t>
      </w:r>
      <w:proofErr w:type="spellStart"/>
      <w:r w:rsidR="1A2CA67D" w:rsidRPr="002552BD">
        <w:rPr>
          <w:rFonts w:ascii="Arial" w:hAnsi="Arial"/>
        </w:rPr>
        <w:t>Jagera</w:t>
      </w:r>
      <w:proofErr w:type="spellEnd"/>
      <w:r w:rsidR="1A2CA67D" w:rsidRPr="002552BD">
        <w:rPr>
          <w:rFonts w:ascii="Arial" w:hAnsi="Arial"/>
        </w:rPr>
        <w:t xml:space="preserve"> and </w:t>
      </w:r>
      <w:proofErr w:type="spellStart"/>
      <w:r w:rsidR="1A2CA67D" w:rsidRPr="002552BD">
        <w:rPr>
          <w:rFonts w:ascii="Arial" w:hAnsi="Arial"/>
        </w:rPr>
        <w:t>Turrbal</w:t>
      </w:r>
      <w:proofErr w:type="spellEnd"/>
      <w:r w:rsidRPr="002552BD">
        <w:rPr>
          <w:rFonts w:ascii="Arial" w:hAnsi="Arial"/>
        </w:rPr>
        <w:t xml:space="preserve"> peoples. We </w:t>
      </w:r>
      <w:proofErr w:type="spellStart"/>
      <w:r w:rsidRPr="002552BD">
        <w:rPr>
          <w:rFonts w:ascii="Arial" w:hAnsi="Arial"/>
        </w:rPr>
        <w:t>recogni</w:t>
      </w:r>
      <w:r w:rsidR="5F55DE1A" w:rsidRPr="002552BD">
        <w:rPr>
          <w:rFonts w:ascii="Arial" w:hAnsi="Arial"/>
        </w:rPr>
        <w:t>s</w:t>
      </w:r>
      <w:r w:rsidRPr="002552BD">
        <w:rPr>
          <w:rFonts w:ascii="Arial" w:hAnsi="Arial"/>
        </w:rPr>
        <w:t>e</w:t>
      </w:r>
      <w:proofErr w:type="spellEnd"/>
      <w:r w:rsidRPr="002552BD">
        <w:rPr>
          <w:rFonts w:ascii="Arial" w:hAnsi="Arial"/>
        </w:rPr>
        <w:t xml:space="preserve"> Aboriginal and Torres Strait Islander peoples as the land's first storytellers and their deep connection to the lands, waters and seas. We pay our respects to </w:t>
      </w:r>
      <w:r w:rsidR="003C42B2" w:rsidRPr="002552BD">
        <w:rPr>
          <w:rFonts w:ascii="Arial" w:hAnsi="Arial"/>
        </w:rPr>
        <w:t xml:space="preserve">Elders </w:t>
      </w:r>
      <w:r w:rsidRPr="002552BD">
        <w:rPr>
          <w:rFonts w:ascii="Arial" w:hAnsi="Arial"/>
        </w:rPr>
        <w:t>past and present</w:t>
      </w:r>
      <w:r w:rsidR="5F06F0C8" w:rsidRPr="002552BD">
        <w:rPr>
          <w:rFonts w:ascii="Arial" w:hAnsi="Arial"/>
        </w:rPr>
        <w:t>.</w:t>
      </w:r>
    </w:p>
    <w:p w14:paraId="0A37501D" w14:textId="77777777" w:rsidR="00225C9B" w:rsidRPr="002552BD" w:rsidRDefault="00225C9B">
      <w:pPr>
        <w:spacing w:after="0"/>
      </w:pPr>
    </w:p>
    <w:p w14:paraId="7C8EFE1E"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00:18</w:t>
      </w:r>
      <w:proofErr w:type="gramEnd"/>
    </w:p>
    <w:p w14:paraId="29982D4A" w14:textId="45F4601D" w:rsidR="00225C9B" w:rsidRPr="002552BD" w:rsidRDefault="003C42B2" w:rsidP="02DFF930">
      <w:pPr>
        <w:spacing w:after="0"/>
        <w:rPr>
          <w:rFonts w:ascii="Arial" w:hAnsi="Arial"/>
        </w:rPr>
      </w:pPr>
      <w:proofErr w:type="spellStart"/>
      <w:r w:rsidRPr="002552BD">
        <w:rPr>
          <w:rFonts w:ascii="Arial" w:hAnsi="Arial"/>
        </w:rPr>
        <w:t>Wa</w:t>
      </w:r>
      <w:r w:rsidR="02DFF930" w:rsidRPr="002552BD">
        <w:rPr>
          <w:rFonts w:ascii="Arial" w:hAnsi="Arial"/>
        </w:rPr>
        <w:t>nyardi</w:t>
      </w:r>
      <w:proofErr w:type="spellEnd"/>
      <w:r w:rsidR="02DFF930" w:rsidRPr="002552BD">
        <w:rPr>
          <w:rFonts w:ascii="Arial" w:hAnsi="Arial"/>
        </w:rPr>
        <w:t xml:space="preserve">, gunning, gunning, </w:t>
      </w:r>
      <w:proofErr w:type="spellStart"/>
      <w:r w:rsidRPr="002552BD">
        <w:rPr>
          <w:rFonts w:ascii="Arial" w:hAnsi="Arial"/>
        </w:rPr>
        <w:t>garilkgo</w:t>
      </w:r>
      <w:proofErr w:type="spellEnd"/>
      <w:r w:rsidRPr="002552BD">
        <w:rPr>
          <w:rFonts w:ascii="Arial" w:hAnsi="Arial"/>
        </w:rPr>
        <w:t xml:space="preserve">, </w:t>
      </w:r>
      <w:proofErr w:type="spellStart"/>
      <w:r w:rsidRPr="002552BD">
        <w:rPr>
          <w:rFonts w:ascii="Arial" w:hAnsi="Arial"/>
        </w:rPr>
        <w:t>nga</w:t>
      </w:r>
      <w:proofErr w:type="spellEnd"/>
      <w:r w:rsidR="02DFF930" w:rsidRPr="002552BD">
        <w:rPr>
          <w:rFonts w:ascii="Arial" w:hAnsi="Arial"/>
        </w:rPr>
        <w:t xml:space="preserve"> </w:t>
      </w:r>
      <w:proofErr w:type="spellStart"/>
      <w:r w:rsidRPr="002552BD">
        <w:rPr>
          <w:rFonts w:ascii="Arial" w:hAnsi="Arial"/>
        </w:rPr>
        <w:t>Yagera</w:t>
      </w:r>
      <w:proofErr w:type="spellEnd"/>
      <w:r w:rsidR="02DFF930" w:rsidRPr="002552BD">
        <w:rPr>
          <w:rFonts w:ascii="Arial" w:hAnsi="Arial"/>
        </w:rPr>
        <w:t xml:space="preserve"> </w:t>
      </w:r>
      <w:proofErr w:type="spellStart"/>
      <w:r w:rsidR="02DFF930" w:rsidRPr="002552BD">
        <w:rPr>
          <w:rFonts w:ascii="Arial" w:hAnsi="Arial"/>
        </w:rPr>
        <w:t>jaruna</w:t>
      </w:r>
      <w:proofErr w:type="spellEnd"/>
      <w:r w:rsidR="02DFF930" w:rsidRPr="002552BD">
        <w:rPr>
          <w:rFonts w:ascii="Arial" w:hAnsi="Arial"/>
        </w:rPr>
        <w:t>.</w:t>
      </w:r>
    </w:p>
    <w:p w14:paraId="5DAB6C7B" w14:textId="77777777" w:rsidR="00225C9B" w:rsidRPr="002552BD" w:rsidRDefault="00225C9B">
      <w:pPr>
        <w:spacing w:after="0"/>
      </w:pPr>
    </w:p>
    <w:p w14:paraId="19D7E8A5" w14:textId="77777777" w:rsidR="00225C9B" w:rsidRPr="002552BD" w:rsidRDefault="00B73576">
      <w:pPr>
        <w:spacing w:after="0"/>
      </w:pPr>
      <w:r w:rsidRPr="002552BD">
        <w:rPr>
          <w:rFonts w:ascii="Arial" w:hAnsi="Arial"/>
          <w:b/>
        </w:rPr>
        <w:t xml:space="preserve">Professor Chelsea </w:t>
      </w:r>
      <w:proofErr w:type="gramStart"/>
      <w:r w:rsidRPr="002552BD">
        <w:rPr>
          <w:rFonts w:ascii="Arial" w:hAnsi="Arial"/>
          <w:b/>
        </w:rPr>
        <w:t xml:space="preserve">Watego  </w:t>
      </w:r>
      <w:r w:rsidRPr="002552BD">
        <w:rPr>
          <w:rFonts w:ascii="Arial" w:hAnsi="Arial"/>
          <w:color w:val="5D7284"/>
        </w:rPr>
        <w:t>00:33</w:t>
      </w:r>
      <w:proofErr w:type="gramEnd"/>
    </w:p>
    <w:p w14:paraId="3676F290" w14:textId="0A7662FA" w:rsidR="00225C9B" w:rsidRPr="002552BD" w:rsidRDefault="00B73576">
      <w:pPr>
        <w:spacing w:after="0"/>
      </w:pPr>
      <w:r w:rsidRPr="002552BD">
        <w:rPr>
          <w:rFonts w:ascii="Arial" w:hAnsi="Arial"/>
        </w:rPr>
        <w:t xml:space="preserve">I love being surprised by the power of </w:t>
      </w:r>
      <w:r w:rsidR="003C42B2" w:rsidRPr="002552BD">
        <w:rPr>
          <w:rFonts w:ascii="Arial" w:hAnsi="Arial"/>
        </w:rPr>
        <w:t xml:space="preserve">Black </w:t>
      </w:r>
      <w:r w:rsidRPr="002552BD">
        <w:rPr>
          <w:rFonts w:ascii="Arial" w:hAnsi="Arial"/>
        </w:rPr>
        <w:t>fellas and the new possibilities that we had not imagined that weren't founded on the idea or what white people would accept.</w:t>
      </w:r>
    </w:p>
    <w:p w14:paraId="02EB378F" w14:textId="77777777" w:rsidR="00225C9B" w:rsidRPr="002552BD" w:rsidRDefault="00225C9B">
      <w:pPr>
        <w:spacing w:after="0"/>
      </w:pPr>
    </w:p>
    <w:p w14:paraId="068F0395" w14:textId="77777777" w:rsidR="00225C9B" w:rsidRPr="002552BD" w:rsidRDefault="00B73576">
      <w:pPr>
        <w:spacing w:after="0"/>
      </w:pPr>
      <w:r w:rsidRPr="002552BD">
        <w:rPr>
          <w:rFonts w:ascii="Arial" w:hAnsi="Arial"/>
          <w:b/>
        </w:rPr>
        <w:t xml:space="preserve">Mundanara </w:t>
      </w:r>
      <w:proofErr w:type="gramStart"/>
      <w:r w:rsidRPr="002552BD">
        <w:rPr>
          <w:rFonts w:ascii="Arial" w:hAnsi="Arial"/>
          <w:b/>
        </w:rPr>
        <w:t xml:space="preserve">Bayles  </w:t>
      </w:r>
      <w:r w:rsidRPr="002552BD">
        <w:rPr>
          <w:rFonts w:ascii="Arial" w:hAnsi="Arial"/>
          <w:color w:val="5D7284"/>
        </w:rPr>
        <w:t>00:47</w:t>
      </w:r>
      <w:proofErr w:type="gramEnd"/>
    </w:p>
    <w:p w14:paraId="2EC2B5FA" w14:textId="74E34811" w:rsidR="00225C9B" w:rsidRPr="002552BD" w:rsidRDefault="0B7E592D" w:rsidP="460F79BD">
      <w:pPr>
        <w:spacing w:after="0"/>
        <w:rPr>
          <w:rFonts w:ascii="Arial" w:hAnsi="Arial"/>
        </w:rPr>
      </w:pPr>
      <w:r w:rsidRPr="002552BD">
        <w:rPr>
          <w:rFonts w:ascii="Arial" w:hAnsi="Arial"/>
        </w:rPr>
        <w:t xml:space="preserve">I would say that most people that I'm </w:t>
      </w:r>
      <w:proofErr w:type="gramStart"/>
      <w:r w:rsidRPr="002552BD">
        <w:rPr>
          <w:rFonts w:ascii="Arial" w:hAnsi="Arial"/>
        </w:rPr>
        <w:t>yarning</w:t>
      </w:r>
      <w:proofErr w:type="gramEnd"/>
      <w:r w:rsidRPr="002552BD">
        <w:rPr>
          <w:rFonts w:ascii="Arial" w:hAnsi="Arial"/>
        </w:rPr>
        <w:t xml:space="preserve"> with are not feeling positive about the future, especially when I think about the </w:t>
      </w:r>
      <w:proofErr w:type="gramStart"/>
      <w:r w:rsidRPr="002552BD">
        <w:rPr>
          <w:rFonts w:ascii="Arial" w:hAnsi="Arial"/>
        </w:rPr>
        <w:t>state of affairs</w:t>
      </w:r>
      <w:proofErr w:type="gramEnd"/>
      <w:r w:rsidRPr="002552BD">
        <w:rPr>
          <w:rFonts w:ascii="Arial" w:hAnsi="Arial"/>
        </w:rPr>
        <w:t xml:space="preserve"> here in Queensland. But then you've got other people that are just like, it's all good</w:t>
      </w:r>
      <w:r w:rsidR="773433E8" w:rsidRPr="002552BD">
        <w:rPr>
          <w:rFonts w:ascii="Arial" w:hAnsi="Arial"/>
        </w:rPr>
        <w:t>,</w:t>
      </w:r>
      <w:r w:rsidRPr="002552BD">
        <w:rPr>
          <w:rFonts w:ascii="Arial" w:hAnsi="Arial"/>
        </w:rPr>
        <w:t xml:space="preserve"> </w:t>
      </w:r>
      <w:r w:rsidR="2B17B12C" w:rsidRPr="002552BD">
        <w:rPr>
          <w:rFonts w:ascii="Arial" w:hAnsi="Arial"/>
        </w:rPr>
        <w:t>w</w:t>
      </w:r>
      <w:r w:rsidRPr="002552BD">
        <w:rPr>
          <w:rFonts w:ascii="Arial" w:hAnsi="Arial"/>
        </w:rPr>
        <w:t>e've been through worse than this</w:t>
      </w:r>
      <w:r w:rsidR="1FD104AD" w:rsidRPr="002552BD">
        <w:rPr>
          <w:rFonts w:ascii="Arial" w:hAnsi="Arial"/>
        </w:rPr>
        <w:t>, w</w:t>
      </w:r>
      <w:r w:rsidRPr="002552BD">
        <w:rPr>
          <w:rFonts w:ascii="Arial" w:hAnsi="Arial"/>
        </w:rPr>
        <w:t>e'll get through it.</w:t>
      </w:r>
    </w:p>
    <w:p w14:paraId="6A05A809" w14:textId="77777777" w:rsidR="00225C9B" w:rsidRPr="002552BD" w:rsidRDefault="00225C9B">
      <w:pPr>
        <w:spacing w:after="0"/>
      </w:pPr>
    </w:p>
    <w:p w14:paraId="4D252651"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01:04</w:t>
      </w:r>
      <w:proofErr w:type="gramEnd"/>
    </w:p>
    <w:p w14:paraId="3AA7F51E" w14:textId="77777777" w:rsidR="00225C9B" w:rsidRPr="002552BD" w:rsidRDefault="00B73576">
      <w:pPr>
        <w:spacing w:after="0"/>
      </w:pPr>
      <w:r w:rsidRPr="002552BD">
        <w:rPr>
          <w:rFonts w:ascii="Arial" w:hAnsi="Arial"/>
        </w:rPr>
        <w:t>How do we heal, protect our human rights and hold on to hope?</w:t>
      </w:r>
    </w:p>
    <w:p w14:paraId="5A39BBE3" w14:textId="77777777" w:rsidR="00225C9B" w:rsidRPr="002552BD" w:rsidRDefault="00225C9B">
      <w:pPr>
        <w:spacing w:after="0"/>
      </w:pPr>
    </w:p>
    <w:p w14:paraId="5D623696"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01:11</w:t>
      </w:r>
      <w:proofErr w:type="gramEnd"/>
    </w:p>
    <w:p w14:paraId="7BB51216" w14:textId="77777777" w:rsidR="00225C9B" w:rsidRPr="002552BD" w:rsidRDefault="00B73576">
      <w:pPr>
        <w:spacing w:after="0"/>
      </w:pPr>
      <w:r w:rsidRPr="002552BD">
        <w:rPr>
          <w:rFonts w:ascii="Arial" w:hAnsi="Arial"/>
        </w:rPr>
        <w:t>I'm not that interested in wanting to hear what the government wants right now. That'll come, that'll eventually come.</w:t>
      </w:r>
    </w:p>
    <w:p w14:paraId="41C8F396" w14:textId="77777777" w:rsidR="00225C9B" w:rsidRPr="002552BD" w:rsidRDefault="00225C9B">
      <w:pPr>
        <w:spacing w:after="0"/>
      </w:pPr>
    </w:p>
    <w:p w14:paraId="534C444D"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01:18</w:t>
      </w:r>
      <w:proofErr w:type="gramEnd"/>
    </w:p>
    <w:p w14:paraId="274DEA0E" w14:textId="1641E24E" w:rsidR="00225C9B" w:rsidRPr="002552BD" w:rsidRDefault="0FAB1AF2" w:rsidP="1DE586E5">
      <w:pPr>
        <w:spacing w:after="0"/>
        <w:rPr>
          <w:rFonts w:ascii="Arial" w:hAnsi="Arial"/>
        </w:rPr>
      </w:pPr>
      <w:r w:rsidRPr="002552BD">
        <w:rPr>
          <w:rFonts w:ascii="Arial" w:hAnsi="Arial"/>
        </w:rPr>
        <w:lastRenderedPageBreak/>
        <w:t>Right now</w:t>
      </w:r>
      <w:r w:rsidR="2C230671" w:rsidRPr="002552BD">
        <w:rPr>
          <w:rFonts w:ascii="Arial" w:hAnsi="Arial"/>
        </w:rPr>
        <w:t>,</w:t>
      </w:r>
      <w:r w:rsidRPr="002552BD">
        <w:rPr>
          <w:rFonts w:ascii="Arial" w:hAnsi="Arial"/>
        </w:rPr>
        <w:t xml:space="preserve"> across the country, there is hurt</w:t>
      </w:r>
      <w:r w:rsidR="0325865A" w:rsidRPr="002552BD">
        <w:rPr>
          <w:rFonts w:ascii="Arial" w:hAnsi="Arial"/>
        </w:rPr>
        <w:t>;</w:t>
      </w:r>
      <w:r w:rsidRPr="002552BD">
        <w:rPr>
          <w:rFonts w:ascii="Arial" w:hAnsi="Arial"/>
        </w:rPr>
        <w:t xml:space="preserve"> deep hurt carried not just in the headlines, but in the hearts</w:t>
      </w:r>
      <w:r w:rsidR="46FED597" w:rsidRPr="002552BD">
        <w:rPr>
          <w:rFonts w:ascii="Arial" w:hAnsi="Arial"/>
        </w:rPr>
        <w:t>.</w:t>
      </w:r>
      <w:r w:rsidRPr="002552BD">
        <w:rPr>
          <w:rFonts w:ascii="Arial" w:hAnsi="Arial"/>
        </w:rPr>
        <w:t xml:space="preserve"> </w:t>
      </w:r>
      <w:r w:rsidR="6488BC55" w:rsidRPr="002552BD">
        <w:rPr>
          <w:rFonts w:ascii="Arial" w:hAnsi="Arial"/>
        </w:rPr>
        <w:t>H</w:t>
      </w:r>
      <w:r w:rsidRPr="002552BD">
        <w:rPr>
          <w:rFonts w:ascii="Arial" w:hAnsi="Arial"/>
        </w:rPr>
        <w:t xml:space="preserve">urt that echoes across generations, from </w:t>
      </w:r>
      <w:r w:rsidR="1505C43D" w:rsidRPr="002552BD">
        <w:rPr>
          <w:rFonts w:ascii="Arial" w:hAnsi="Arial"/>
        </w:rPr>
        <w:t>f</w:t>
      </w:r>
      <w:r w:rsidRPr="002552BD">
        <w:rPr>
          <w:rFonts w:ascii="Arial" w:hAnsi="Arial"/>
        </w:rPr>
        <w:t>rontier wars to missions to massacres, from Stolen Generations to broken promises</w:t>
      </w:r>
      <w:r w:rsidR="14FA905B" w:rsidRPr="002552BD">
        <w:rPr>
          <w:rFonts w:ascii="Arial" w:hAnsi="Arial"/>
        </w:rPr>
        <w:t>. W</w:t>
      </w:r>
      <w:r w:rsidRPr="002552BD">
        <w:rPr>
          <w:rFonts w:ascii="Arial" w:hAnsi="Arial"/>
        </w:rPr>
        <w:t xml:space="preserve">hen the </w:t>
      </w:r>
      <w:r w:rsidR="47C6A28D" w:rsidRPr="002552BD">
        <w:rPr>
          <w:rFonts w:ascii="Arial" w:hAnsi="Arial"/>
        </w:rPr>
        <w:t>V</w:t>
      </w:r>
      <w:r w:rsidRPr="002552BD">
        <w:rPr>
          <w:rFonts w:ascii="Arial" w:hAnsi="Arial"/>
        </w:rPr>
        <w:t>oice to Parliament referendum failed and the truth telling process in Queensland was dismantled, the effect of these decisions was deeper than politics. It was a re</w:t>
      </w:r>
      <w:r w:rsidR="76658688" w:rsidRPr="002552BD">
        <w:rPr>
          <w:rFonts w:ascii="Arial" w:hAnsi="Arial"/>
        </w:rPr>
        <w:t>-</w:t>
      </w:r>
      <w:r w:rsidRPr="002552BD">
        <w:rPr>
          <w:rFonts w:ascii="Arial" w:hAnsi="Arial"/>
        </w:rPr>
        <w:t>wounding</w:t>
      </w:r>
      <w:r w:rsidR="1AED2E54" w:rsidRPr="002552BD">
        <w:rPr>
          <w:rFonts w:ascii="Arial" w:hAnsi="Arial"/>
        </w:rPr>
        <w:t xml:space="preserve"> for </w:t>
      </w:r>
      <w:r w:rsidRPr="002552BD">
        <w:rPr>
          <w:rFonts w:ascii="Arial" w:hAnsi="Arial"/>
        </w:rPr>
        <w:t>some</w:t>
      </w:r>
      <w:r w:rsidR="54CE7E1C" w:rsidRPr="002552BD">
        <w:rPr>
          <w:rFonts w:ascii="Arial" w:hAnsi="Arial"/>
        </w:rPr>
        <w:t>. M</w:t>
      </w:r>
      <w:r w:rsidRPr="002552BD">
        <w:rPr>
          <w:rFonts w:ascii="Arial" w:hAnsi="Arial"/>
        </w:rPr>
        <w:t>any First Nations peoples felt like they were being silenced again, and yet, for others, the voice was never the answer. But Aboriginal peoples and Torres Strait Islander peoples have always been resilient</w:t>
      </w:r>
      <w:r w:rsidR="01FEA1DA" w:rsidRPr="002552BD">
        <w:rPr>
          <w:rFonts w:ascii="Arial" w:hAnsi="Arial"/>
        </w:rPr>
        <w:t xml:space="preserve">. </w:t>
      </w:r>
      <w:proofErr w:type="gramStart"/>
      <w:r w:rsidR="01FEA1DA" w:rsidRPr="002552BD">
        <w:rPr>
          <w:rFonts w:ascii="Arial" w:hAnsi="Arial"/>
        </w:rPr>
        <w:t>S</w:t>
      </w:r>
      <w:r w:rsidRPr="002552BD">
        <w:rPr>
          <w:rFonts w:ascii="Arial" w:hAnsi="Arial"/>
        </w:rPr>
        <w:t>o</w:t>
      </w:r>
      <w:proofErr w:type="gramEnd"/>
      <w:r w:rsidRPr="002552BD">
        <w:rPr>
          <w:rFonts w:ascii="Arial" w:hAnsi="Arial"/>
        </w:rPr>
        <w:t xml:space="preserve"> this is not where the story ends, because where there is pain, there is power, and where there is hurt, there is healing</w:t>
      </w:r>
      <w:r w:rsidR="7EA9F040" w:rsidRPr="002552BD">
        <w:rPr>
          <w:rFonts w:ascii="Arial" w:hAnsi="Arial"/>
        </w:rPr>
        <w:t>.</w:t>
      </w:r>
    </w:p>
    <w:p w14:paraId="72A3D3EC" w14:textId="77777777" w:rsidR="00225C9B" w:rsidRPr="002552BD" w:rsidRDefault="00225C9B">
      <w:pPr>
        <w:spacing w:after="0"/>
      </w:pPr>
    </w:p>
    <w:p w14:paraId="131189CC"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02:21</w:t>
      </w:r>
      <w:proofErr w:type="gramEnd"/>
    </w:p>
    <w:p w14:paraId="5AA20E2C" w14:textId="79742E09" w:rsidR="00225C9B" w:rsidRPr="002552BD" w:rsidRDefault="35151296" w:rsidP="63626EF3">
      <w:pPr>
        <w:spacing w:after="0"/>
        <w:rPr>
          <w:rFonts w:ascii="Arial" w:hAnsi="Arial"/>
        </w:rPr>
      </w:pPr>
      <w:r w:rsidRPr="002552BD">
        <w:rPr>
          <w:rFonts w:ascii="Arial" w:hAnsi="Arial"/>
        </w:rPr>
        <w:t xml:space="preserve">Whether it's healing of the mind, of the body, the Spirit, </w:t>
      </w:r>
      <w:proofErr w:type="spellStart"/>
      <w:r w:rsidR="00C172D3" w:rsidRPr="002552BD">
        <w:rPr>
          <w:rFonts w:ascii="Arial" w:hAnsi="Arial"/>
        </w:rPr>
        <w:t>winyanga</w:t>
      </w:r>
      <w:proofErr w:type="spellEnd"/>
      <w:r w:rsidR="003C42B2" w:rsidRPr="002552BD">
        <w:rPr>
          <w:rFonts w:ascii="Arial" w:hAnsi="Arial"/>
        </w:rPr>
        <w:t xml:space="preserve"> </w:t>
      </w:r>
      <w:proofErr w:type="spellStart"/>
      <w:r w:rsidR="003C42B2" w:rsidRPr="002552BD">
        <w:rPr>
          <w:rFonts w:ascii="Arial" w:hAnsi="Arial"/>
        </w:rPr>
        <w:t>nuru</w:t>
      </w:r>
      <w:proofErr w:type="spellEnd"/>
      <w:r w:rsidRPr="002552BD">
        <w:rPr>
          <w:rFonts w:ascii="Arial" w:hAnsi="Arial"/>
        </w:rPr>
        <w:t xml:space="preserve"> spirit, healing, different things like that. That's not just human rights. It's </w:t>
      </w:r>
      <w:r w:rsidR="22B18644" w:rsidRPr="002552BD">
        <w:rPr>
          <w:rFonts w:ascii="Arial" w:hAnsi="Arial"/>
        </w:rPr>
        <w:t>self-determination</w:t>
      </w:r>
      <w:r w:rsidRPr="002552BD">
        <w:rPr>
          <w:rFonts w:ascii="Arial" w:hAnsi="Arial"/>
        </w:rPr>
        <w:t xml:space="preserve">. It's justice. </w:t>
      </w:r>
    </w:p>
    <w:p w14:paraId="0D0B940D" w14:textId="77777777" w:rsidR="00225C9B" w:rsidRPr="002552BD" w:rsidRDefault="00225C9B">
      <w:pPr>
        <w:spacing w:after="0"/>
      </w:pPr>
    </w:p>
    <w:p w14:paraId="4C229F3D"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02:45</w:t>
      </w:r>
      <w:proofErr w:type="gramEnd"/>
    </w:p>
    <w:p w14:paraId="63992ED4" w14:textId="65BE4CF1" w:rsidR="00225C9B" w:rsidRPr="002552BD" w:rsidRDefault="288DDD9B" w:rsidP="3E8E27A7">
      <w:pPr>
        <w:spacing w:after="0"/>
        <w:rPr>
          <w:rFonts w:ascii="Arial" w:hAnsi="Arial"/>
        </w:rPr>
      </w:pPr>
      <w:r w:rsidRPr="002552BD">
        <w:rPr>
          <w:rFonts w:ascii="Arial" w:hAnsi="Arial"/>
        </w:rPr>
        <w:t xml:space="preserve">I'm </w:t>
      </w:r>
      <w:r w:rsidR="67DC6DCE" w:rsidRPr="002552BD">
        <w:rPr>
          <w:rFonts w:ascii="Arial" w:hAnsi="Arial"/>
        </w:rPr>
        <w:t xml:space="preserve">Solua </w:t>
      </w:r>
      <w:r w:rsidRPr="002552BD">
        <w:rPr>
          <w:rFonts w:ascii="Arial" w:hAnsi="Arial"/>
        </w:rPr>
        <w:t xml:space="preserve">Middleton, a proud Torres Strait Islander woman with connections to </w:t>
      </w:r>
      <w:r w:rsidR="734651E6" w:rsidRPr="002552BD">
        <w:rPr>
          <w:rFonts w:ascii="Arial" w:hAnsi="Arial"/>
        </w:rPr>
        <w:t>Er</w:t>
      </w:r>
      <w:r w:rsidRPr="002552BD">
        <w:rPr>
          <w:rFonts w:ascii="Arial" w:hAnsi="Arial"/>
        </w:rPr>
        <w:t xml:space="preserve">ub. This is </w:t>
      </w:r>
      <w:r w:rsidR="4EFD50DF" w:rsidRPr="002552BD">
        <w:rPr>
          <w:rFonts w:ascii="Arial" w:hAnsi="Arial"/>
        </w:rPr>
        <w:t>R</w:t>
      </w:r>
      <w:r w:rsidRPr="002552BD">
        <w:rPr>
          <w:rFonts w:ascii="Arial" w:hAnsi="Arial"/>
        </w:rPr>
        <w:t xml:space="preserve">ights </w:t>
      </w:r>
      <w:r w:rsidR="1FE7C96C" w:rsidRPr="002552BD">
        <w:rPr>
          <w:rFonts w:ascii="Arial" w:hAnsi="Arial"/>
        </w:rPr>
        <w:t>M</w:t>
      </w:r>
      <w:r w:rsidRPr="002552BD">
        <w:rPr>
          <w:rFonts w:ascii="Arial" w:hAnsi="Arial"/>
        </w:rPr>
        <w:t xml:space="preserve">ade </w:t>
      </w:r>
      <w:r w:rsidR="5B0797F7" w:rsidRPr="002552BD">
        <w:rPr>
          <w:rFonts w:ascii="Arial" w:hAnsi="Arial"/>
        </w:rPr>
        <w:t>R</w:t>
      </w:r>
      <w:r w:rsidRPr="002552BD">
        <w:rPr>
          <w:rFonts w:ascii="Arial" w:hAnsi="Arial"/>
        </w:rPr>
        <w:t xml:space="preserve">eal, a podcast from the Queensland Human Rights Commission. In this </w:t>
      </w:r>
      <w:r w:rsidR="09F0F3BC" w:rsidRPr="002552BD">
        <w:rPr>
          <w:rFonts w:ascii="Arial" w:hAnsi="Arial"/>
        </w:rPr>
        <w:t>G</w:t>
      </w:r>
      <w:r w:rsidRPr="002552BD">
        <w:rPr>
          <w:rFonts w:ascii="Arial" w:hAnsi="Arial"/>
        </w:rPr>
        <w:t xml:space="preserve">athering </w:t>
      </w:r>
      <w:r w:rsidR="09F0F3BC" w:rsidRPr="002552BD">
        <w:rPr>
          <w:rFonts w:ascii="Arial" w:hAnsi="Arial"/>
        </w:rPr>
        <w:t>S</w:t>
      </w:r>
      <w:r w:rsidRPr="002552BD">
        <w:rPr>
          <w:rFonts w:ascii="Arial" w:hAnsi="Arial"/>
        </w:rPr>
        <w:t>trength series, we go and search for answers from First Nations community members. Episode One</w:t>
      </w:r>
      <w:r w:rsidR="36C5A280" w:rsidRPr="002552BD">
        <w:rPr>
          <w:rFonts w:ascii="Arial" w:hAnsi="Arial"/>
        </w:rPr>
        <w:t xml:space="preserve"> - H</w:t>
      </w:r>
      <w:r w:rsidRPr="002552BD">
        <w:rPr>
          <w:rFonts w:ascii="Arial" w:hAnsi="Arial"/>
        </w:rPr>
        <w:t>ealing, yarning with Mick</w:t>
      </w:r>
      <w:r w:rsidR="32B32790" w:rsidRPr="002552BD">
        <w:rPr>
          <w:rFonts w:ascii="Arial" w:hAnsi="Arial"/>
        </w:rPr>
        <w:t xml:space="preserve"> </w:t>
      </w:r>
      <w:r w:rsidRPr="002552BD">
        <w:rPr>
          <w:rFonts w:ascii="Arial" w:hAnsi="Arial"/>
        </w:rPr>
        <w:t xml:space="preserve">Gooda, </w:t>
      </w:r>
      <w:r w:rsidR="532D487E" w:rsidRPr="002552BD">
        <w:rPr>
          <w:rFonts w:ascii="Arial" w:hAnsi="Arial"/>
        </w:rPr>
        <w:t>Gaja</w:t>
      </w:r>
      <w:r w:rsidRPr="002552BD">
        <w:rPr>
          <w:rFonts w:ascii="Arial" w:hAnsi="Arial"/>
        </w:rPr>
        <w:t xml:space="preserve"> Kerry Charlton and other community members about how to uphold and protect the human rights of Aboriginal peoples and Torres Strait Islander peoples to forge a path to self</w:t>
      </w:r>
      <w:r w:rsidR="08BAF629" w:rsidRPr="002552BD">
        <w:rPr>
          <w:rFonts w:ascii="Arial" w:hAnsi="Arial"/>
        </w:rPr>
        <w:t>-</w:t>
      </w:r>
      <w:r w:rsidRPr="002552BD">
        <w:rPr>
          <w:rFonts w:ascii="Arial" w:hAnsi="Arial"/>
        </w:rPr>
        <w:t>determination.</w:t>
      </w:r>
    </w:p>
    <w:p w14:paraId="0E27B00A" w14:textId="77777777" w:rsidR="00225C9B" w:rsidRPr="002552BD" w:rsidRDefault="00225C9B">
      <w:pPr>
        <w:spacing w:after="0"/>
      </w:pPr>
    </w:p>
    <w:p w14:paraId="64FC7326" w14:textId="77777777" w:rsidR="00225C9B" w:rsidRPr="002552BD" w:rsidRDefault="63626EF3" w:rsidP="63626EF3">
      <w:pPr>
        <w:spacing w:after="0"/>
        <w:rPr>
          <w:rFonts w:ascii="Arial" w:hAnsi="Arial"/>
          <w:color w:val="5D7284"/>
        </w:rPr>
      </w:pPr>
      <w:r w:rsidRPr="002552BD">
        <w:rPr>
          <w:rFonts w:ascii="Arial" w:hAnsi="Arial"/>
          <w:b/>
          <w:bCs/>
        </w:rPr>
        <w:t xml:space="preserve">Mick </w:t>
      </w:r>
      <w:proofErr w:type="gramStart"/>
      <w:r w:rsidRPr="002552BD">
        <w:rPr>
          <w:rFonts w:ascii="Arial" w:hAnsi="Arial"/>
          <w:b/>
          <w:bCs/>
        </w:rPr>
        <w:t xml:space="preserve">Gooda  </w:t>
      </w:r>
      <w:r w:rsidRPr="002552BD">
        <w:rPr>
          <w:rFonts w:ascii="Arial" w:hAnsi="Arial"/>
          <w:color w:val="5D7284"/>
        </w:rPr>
        <w:t>03:30</w:t>
      </w:r>
      <w:proofErr w:type="gramEnd"/>
    </w:p>
    <w:p w14:paraId="1AA69D92" w14:textId="28743174" w:rsidR="00225C9B" w:rsidRPr="002552BD" w:rsidRDefault="63626EF3" w:rsidP="23F34184">
      <w:pPr>
        <w:spacing w:after="0"/>
        <w:rPr>
          <w:rFonts w:ascii="Arial" w:hAnsi="Arial"/>
        </w:rPr>
      </w:pPr>
      <w:r w:rsidRPr="002552BD">
        <w:rPr>
          <w:rFonts w:ascii="Arial" w:hAnsi="Arial"/>
        </w:rPr>
        <w:t xml:space="preserve">I'm Mick Gooda. I've been around a bit. I'm a central Queensland person. My mob </w:t>
      </w:r>
      <w:proofErr w:type="gramStart"/>
      <w:r w:rsidRPr="002552BD">
        <w:rPr>
          <w:rFonts w:ascii="Arial" w:hAnsi="Arial"/>
        </w:rPr>
        <w:t>are</w:t>
      </w:r>
      <w:proofErr w:type="gramEnd"/>
      <w:r w:rsidRPr="002552BD">
        <w:rPr>
          <w:rFonts w:ascii="Arial" w:hAnsi="Arial"/>
        </w:rPr>
        <w:t xml:space="preserve"> on my mum's side, </w:t>
      </w:r>
      <w:proofErr w:type="spellStart"/>
      <w:r w:rsidR="006F3C35" w:rsidRPr="002552BD">
        <w:rPr>
          <w:rFonts w:ascii="Arial" w:hAnsi="Arial"/>
        </w:rPr>
        <w:t>Gangulu</w:t>
      </w:r>
      <w:proofErr w:type="spellEnd"/>
      <w:r w:rsidRPr="002552BD">
        <w:rPr>
          <w:rFonts w:ascii="Arial" w:hAnsi="Arial"/>
        </w:rPr>
        <w:t xml:space="preserve">. So </w:t>
      </w:r>
      <w:proofErr w:type="spellStart"/>
      <w:r w:rsidR="513BF172" w:rsidRPr="002552BD">
        <w:rPr>
          <w:rFonts w:ascii="Arial" w:hAnsi="Arial"/>
        </w:rPr>
        <w:t>W</w:t>
      </w:r>
      <w:r w:rsidRPr="002552BD">
        <w:rPr>
          <w:rFonts w:ascii="Arial" w:hAnsi="Arial"/>
        </w:rPr>
        <w:t>oorabinda</w:t>
      </w:r>
      <w:proofErr w:type="spellEnd"/>
      <w:r w:rsidRPr="002552BD">
        <w:rPr>
          <w:rFonts w:ascii="Arial" w:hAnsi="Arial"/>
        </w:rPr>
        <w:t xml:space="preserve"> is </w:t>
      </w:r>
      <w:proofErr w:type="gramStart"/>
      <w:r w:rsidRPr="002552BD">
        <w:rPr>
          <w:rFonts w:ascii="Arial" w:hAnsi="Arial"/>
        </w:rPr>
        <w:t>actually on</w:t>
      </w:r>
      <w:proofErr w:type="gramEnd"/>
      <w:r w:rsidRPr="002552BD">
        <w:rPr>
          <w:rFonts w:ascii="Arial" w:hAnsi="Arial"/>
        </w:rPr>
        <w:t xml:space="preserve"> our country, if you want a bit of a landmark, </w:t>
      </w:r>
      <w:proofErr w:type="gramStart"/>
      <w:r w:rsidRPr="002552BD">
        <w:rPr>
          <w:rFonts w:ascii="Arial" w:hAnsi="Arial"/>
        </w:rPr>
        <w:t>but it's,</w:t>
      </w:r>
      <w:proofErr w:type="gramEnd"/>
      <w:r w:rsidRPr="002552BD">
        <w:rPr>
          <w:rFonts w:ascii="Arial" w:hAnsi="Arial"/>
        </w:rPr>
        <w:t xml:space="preserve"> it's </w:t>
      </w:r>
      <w:r w:rsidR="19784CD1" w:rsidRPr="002552BD">
        <w:rPr>
          <w:rFonts w:ascii="Arial" w:hAnsi="Arial"/>
        </w:rPr>
        <w:t xml:space="preserve">about </w:t>
      </w:r>
      <w:proofErr w:type="gramStart"/>
      <w:r w:rsidR="19784CD1" w:rsidRPr="002552BD">
        <w:rPr>
          <w:rFonts w:ascii="Arial" w:hAnsi="Arial"/>
        </w:rPr>
        <w:t xml:space="preserve">a </w:t>
      </w:r>
      <w:r w:rsidRPr="002552BD">
        <w:rPr>
          <w:rFonts w:ascii="Arial" w:hAnsi="Arial"/>
        </w:rPr>
        <w:t>40</w:t>
      </w:r>
      <w:proofErr w:type="gramEnd"/>
      <w:r w:rsidRPr="002552BD">
        <w:rPr>
          <w:rFonts w:ascii="Arial" w:hAnsi="Arial"/>
        </w:rPr>
        <w:t xml:space="preserve"> </w:t>
      </w:r>
      <w:proofErr w:type="gramStart"/>
      <w:r w:rsidRPr="002552BD">
        <w:rPr>
          <w:rFonts w:ascii="Arial" w:hAnsi="Arial"/>
        </w:rPr>
        <w:t>minutes</w:t>
      </w:r>
      <w:proofErr w:type="gramEnd"/>
      <w:r w:rsidRPr="002552BD">
        <w:rPr>
          <w:rFonts w:ascii="Arial" w:hAnsi="Arial"/>
        </w:rPr>
        <w:t xml:space="preserve"> west of Rockhampton, across a river called the </w:t>
      </w:r>
      <w:proofErr w:type="spellStart"/>
      <w:r w:rsidR="00FE76D9" w:rsidRPr="002552BD">
        <w:rPr>
          <w:rFonts w:ascii="Arial" w:hAnsi="Arial"/>
        </w:rPr>
        <w:t>Gogangu</w:t>
      </w:r>
      <w:proofErr w:type="spellEnd"/>
      <w:r w:rsidRPr="002552BD">
        <w:rPr>
          <w:rFonts w:ascii="Arial" w:hAnsi="Arial"/>
        </w:rPr>
        <w:t xml:space="preserve"> River, once you cross </w:t>
      </w:r>
      <w:r w:rsidR="00FF2303" w:rsidRPr="002552BD">
        <w:rPr>
          <w:rFonts w:ascii="Arial" w:hAnsi="Arial"/>
        </w:rPr>
        <w:t>that</w:t>
      </w:r>
      <w:r w:rsidRPr="002552BD">
        <w:rPr>
          <w:rFonts w:ascii="Arial" w:hAnsi="Arial"/>
        </w:rPr>
        <w:t xml:space="preserve"> </w:t>
      </w:r>
      <w:proofErr w:type="spellStart"/>
      <w:r w:rsidR="00FA1A23" w:rsidRPr="002552BD">
        <w:rPr>
          <w:rFonts w:ascii="Arial" w:hAnsi="Arial"/>
        </w:rPr>
        <w:t>Gangulu</w:t>
      </w:r>
      <w:proofErr w:type="spellEnd"/>
      <w:r w:rsidR="00FA1A23" w:rsidRPr="002552BD">
        <w:rPr>
          <w:rFonts w:ascii="Arial" w:hAnsi="Arial"/>
        </w:rPr>
        <w:t xml:space="preserve"> </w:t>
      </w:r>
      <w:r w:rsidRPr="002552BD">
        <w:rPr>
          <w:rFonts w:ascii="Arial" w:hAnsi="Arial"/>
        </w:rPr>
        <w:t xml:space="preserve">country, and you won't leave that for another four hours when you go across the </w:t>
      </w:r>
      <w:r w:rsidR="5FE8E357" w:rsidRPr="002552BD">
        <w:rPr>
          <w:rFonts w:ascii="Arial" w:hAnsi="Arial"/>
        </w:rPr>
        <w:t>C</w:t>
      </w:r>
      <w:r w:rsidRPr="002552BD">
        <w:rPr>
          <w:rFonts w:ascii="Arial" w:hAnsi="Arial"/>
        </w:rPr>
        <w:t xml:space="preserve">omet river. So that's my mum's side. So, big connections in </w:t>
      </w:r>
      <w:proofErr w:type="spellStart"/>
      <w:r w:rsidR="66E2CAB2" w:rsidRPr="002552BD">
        <w:rPr>
          <w:rFonts w:ascii="Arial" w:hAnsi="Arial"/>
        </w:rPr>
        <w:t>Woorabinda</w:t>
      </w:r>
      <w:proofErr w:type="spellEnd"/>
      <w:r w:rsidRPr="002552BD">
        <w:rPr>
          <w:rFonts w:ascii="Arial" w:hAnsi="Arial"/>
        </w:rPr>
        <w:t xml:space="preserve">. Mum was born there, but on my </w:t>
      </w:r>
      <w:proofErr w:type="gramStart"/>
      <w:r w:rsidR="70444D14" w:rsidRPr="002552BD">
        <w:rPr>
          <w:rFonts w:ascii="Arial" w:hAnsi="Arial"/>
        </w:rPr>
        <w:t>D</w:t>
      </w:r>
      <w:r w:rsidRPr="002552BD">
        <w:rPr>
          <w:rFonts w:ascii="Arial" w:hAnsi="Arial"/>
        </w:rPr>
        <w:t>ad's</w:t>
      </w:r>
      <w:proofErr w:type="gramEnd"/>
      <w:r w:rsidRPr="002552BD">
        <w:rPr>
          <w:rFonts w:ascii="Arial" w:hAnsi="Arial"/>
        </w:rPr>
        <w:t xml:space="preserve"> side, I'</w:t>
      </w:r>
      <w:r w:rsidR="002969CC" w:rsidRPr="002552BD">
        <w:rPr>
          <w:rFonts w:ascii="Arial" w:hAnsi="Arial"/>
        </w:rPr>
        <w:t xml:space="preserve">m </w:t>
      </w:r>
      <w:proofErr w:type="spellStart"/>
      <w:r w:rsidR="002969CC" w:rsidRPr="002552BD">
        <w:rPr>
          <w:rFonts w:ascii="Arial" w:hAnsi="Arial"/>
        </w:rPr>
        <w:t>Yiman</w:t>
      </w:r>
      <w:proofErr w:type="spellEnd"/>
      <w:r w:rsidRPr="002552BD">
        <w:rPr>
          <w:rFonts w:ascii="Arial" w:hAnsi="Arial"/>
        </w:rPr>
        <w:t xml:space="preserve">, and that's mainly down there </w:t>
      </w:r>
      <w:proofErr w:type="spellStart"/>
      <w:r w:rsidR="00E73859" w:rsidRPr="002552BD">
        <w:rPr>
          <w:rFonts w:ascii="Arial" w:hAnsi="Arial"/>
        </w:rPr>
        <w:t>Taroom</w:t>
      </w:r>
      <w:proofErr w:type="spellEnd"/>
      <w:r w:rsidRPr="002552BD">
        <w:rPr>
          <w:rFonts w:ascii="Arial" w:hAnsi="Arial"/>
        </w:rPr>
        <w:t xml:space="preserve">. </w:t>
      </w:r>
      <w:proofErr w:type="gramStart"/>
      <w:r w:rsidRPr="002552BD">
        <w:rPr>
          <w:rFonts w:ascii="Arial" w:hAnsi="Arial"/>
        </w:rPr>
        <w:t>So</w:t>
      </w:r>
      <w:proofErr w:type="gramEnd"/>
      <w:r w:rsidRPr="002552BD">
        <w:rPr>
          <w:rFonts w:ascii="Arial" w:hAnsi="Arial"/>
        </w:rPr>
        <w:t xml:space="preserve"> Both my grandfathers were white fellas. One we knew, the other one we didn't know. I've only got two mobs. That's </w:t>
      </w:r>
      <w:proofErr w:type="spellStart"/>
      <w:r w:rsidR="00960770" w:rsidRPr="002552BD">
        <w:rPr>
          <w:rFonts w:ascii="Arial" w:hAnsi="Arial"/>
        </w:rPr>
        <w:t>Gangulu</w:t>
      </w:r>
      <w:proofErr w:type="spellEnd"/>
      <w:r w:rsidR="00960770" w:rsidRPr="002552BD">
        <w:rPr>
          <w:rFonts w:ascii="Arial" w:hAnsi="Arial"/>
        </w:rPr>
        <w:t xml:space="preserve"> </w:t>
      </w:r>
      <w:r w:rsidRPr="002552BD">
        <w:rPr>
          <w:rFonts w:ascii="Arial" w:hAnsi="Arial"/>
        </w:rPr>
        <w:t xml:space="preserve">and </w:t>
      </w:r>
      <w:proofErr w:type="spellStart"/>
      <w:r w:rsidR="00960770" w:rsidRPr="002552BD">
        <w:rPr>
          <w:rFonts w:ascii="Arial" w:hAnsi="Arial"/>
        </w:rPr>
        <w:t>Yiman</w:t>
      </w:r>
      <w:proofErr w:type="spellEnd"/>
      <w:r w:rsidRPr="002552BD">
        <w:rPr>
          <w:rFonts w:ascii="Arial" w:hAnsi="Arial"/>
        </w:rPr>
        <w:t xml:space="preserve">. So yeah, that's me. My last two jobs were, well, three jobs were running a thing called a cooperative research center for Aboriginal Health in Darwin, which has now morphed into the </w:t>
      </w:r>
      <w:proofErr w:type="spellStart"/>
      <w:r w:rsidR="55E97CF0" w:rsidRPr="002552BD">
        <w:rPr>
          <w:rFonts w:ascii="Arial" w:hAnsi="Arial"/>
        </w:rPr>
        <w:t>Lowitja</w:t>
      </w:r>
      <w:proofErr w:type="spellEnd"/>
      <w:r w:rsidRPr="002552BD">
        <w:rPr>
          <w:rFonts w:ascii="Arial" w:hAnsi="Arial"/>
        </w:rPr>
        <w:t xml:space="preserve"> Institute. And when we did that, I left and I went and worked as Aboriginal Torres Strait</w:t>
      </w:r>
      <w:r w:rsidR="0BD74F6B" w:rsidRPr="002552BD">
        <w:rPr>
          <w:rFonts w:ascii="Arial" w:hAnsi="Arial"/>
        </w:rPr>
        <w:t xml:space="preserve"> Islander</w:t>
      </w:r>
      <w:r w:rsidRPr="002552BD">
        <w:rPr>
          <w:rFonts w:ascii="Arial" w:hAnsi="Arial"/>
        </w:rPr>
        <w:t xml:space="preserve"> Social Justice Commissioner in the Australian Human Rights Commission. And just as I was finishing that, I got asked to do the Northern Territory Royal Commission into the protection and detention of kids, all kids in the Northern Territory. </w:t>
      </w:r>
      <w:proofErr w:type="gramStart"/>
      <w:r w:rsidRPr="002552BD">
        <w:rPr>
          <w:rFonts w:ascii="Arial" w:hAnsi="Arial"/>
        </w:rPr>
        <w:t>So</w:t>
      </w:r>
      <w:proofErr w:type="gramEnd"/>
      <w:r w:rsidRPr="002552BD">
        <w:rPr>
          <w:rFonts w:ascii="Arial" w:hAnsi="Arial"/>
        </w:rPr>
        <w:t xml:space="preserve"> I did a Royal Commission then finished. So that's my life. </w:t>
      </w:r>
    </w:p>
    <w:p w14:paraId="60061E4C" w14:textId="77777777" w:rsidR="00225C9B" w:rsidRPr="002552BD" w:rsidRDefault="00225C9B">
      <w:pPr>
        <w:spacing w:after="0"/>
      </w:pPr>
    </w:p>
    <w:p w14:paraId="60A039D4"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05:00</w:t>
      </w:r>
      <w:proofErr w:type="gramEnd"/>
    </w:p>
    <w:p w14:paraId="6E0892FC" w14:textId="395C5A5D" w:rsidR="00225C9B" w:rsidRPr="002552BD" w:rsidRDefault="3C4ADE92" w:rsidP="63626EF3">
      <w:pPr>
        <w:spacing w:after="0"/>
        <w:rPr>
          <w:rFonts w:ascii="Arial" w:hAnsi="Arial"/>
        </w:rPr>
      </w:pPr>
      <w:r w:rsidRPr="002552BD">
        <w:rPr>
          <w:rFonts w:ascii="Arial" w:hAnsi="Arial"/>
        </w:rPr>
        <w:t xml:space="preserve">What </w:t>
      </w:r>
      <w:r w:rsidR="63626EF3" w:rsidRPr="002552BD">
        <w:rPr>
          <w:rFonts w:ascii="Arial" w:hAnsi="Arial"/>
        </w:rPr>
        <w:t>a breadth and depth of like experience you bring. And hopefully we'll get into some</w:t>
      </w:r>
      <w:r w:rsidR="4F2E2D72" w:rsidRPr="002552BD">
        <w:rPr>
          <w:rFonts w:ascii="Arial" w:hAnsi="Arial"/>
        </w:rPr>
        <w:t>...</w:t>
      </w:r>
      <w:r w:rsidR="63626EF3" w:rsidRPr="002552BD">
        <w:rPr>
          <w:rFonts w:ascii="Arial" w:hAnsi="Arial"/>
        </w:rPr>
        <w:t xml:space="preserve"> </w:t>
      </w:r>
    </w:p>
    <w:p w14:paraId="44EAFD9C" w14:textId="26C22CC4" w:rsidR="00225C9B" w:rsidRPr="002552BD" w:rsidRDefault="00225C9B">
      <w:pPr>
        <w:spacing w:after="0"/>
      </w:pPr>
    </w:p>
    <w:p w14:paraId="0FD3C57B" w14:textId="6BF68798" w:rsidR="5F566BED" w:rsidRPr="002552BD" w:rsidRDefault="5F566BED" w:rsidP="5F566BED">
      <w:pPr>
        <w:spacing w:after="0"/>
      </w:pPr>
    </w:p>
    <w:p w14:paraId="723C83E4" w14:textId="50912009" w:rsidR="5F566BED" w:rsidRPr="002552BD" w:rsidRDefault="5F566BED" w:rsidP="5F566BED">
      <w:pPr>
        <w:spacing w:after="0"/>
      </w:pPr>
    </w:p>
    <w:p w14:paraId="6888011E"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05:07</w:t>
      </w:r>
      <w:proofErr w:type="gramEnd"/>
    </w:p>
    <w:p w14:paraId="0F644D96" w14:textId="4BE50D1E" w:rsidR="00225C9B" w:rsidRPr="002552BD" w:rsidRDefault="350ED465" w:rsidP="5F566BED">
      <w:pPr>
        <w:spacing w:after="0"/>
        <w:rPr>
          <w:rFonts w:ascii="Arial" w:hAnsi="Arial"/>
        </w:rPr>
      </w:pPr>
      <w:r w:rsidRPr="002552BD">
        <w:rPr>
          <w:rFonts w:ascii="Arial" w:hAnsi="Arial"/>
        </w:rPr>
        <w:t xml:space="preserve">We’ll </w:t>
      </w:r>
      <w:r w:rsidR="63626EF3" w:rsidRPr="002552BD">
        <w:rPr>
          <w:rFonts w:ascii="Arial" w:hAnsi="Arial"/>
        </w:rPr>
        <w:t xml:space="preserve">get into it. Because the other thing I did was spend, like, 14 years and </w:t>
      </w:r>
      <w:r w:rsidR="30478C4E" w:rsidRPr="002552BD">
        <w:rPr>
          <w:rFonts w:ascii="Arial" w:hAnsi="Arial"/>
        </w:rPr>
        <w:t>ATSIC</w:t>
      </w:r>
      <w:r w:rsidR="63626EF3" w:rsidRPr="002552BD">
        <w:rPr>
          <w:rFonts w:ascii="Arial" w:hAnsi="Arial"/>
        </w:rPr>
        <w:t xml:space="preserve"> I'm an </w:t>
      </w:r>
      <w:r w:rsidR="37D73BA6" w:rsidRPr="002552BD">
        <w:rPr>
          <w:rFonts w:ascii="Arial" w:hAnsi="Arial"/>
        </w:rPr>
        <w:t xml:space="preserve">ATSIC </w:t>
      </w:r>
      <w:r w:rsidR="63626EF3" w:rsidRPr="002552BD">
        <w:rPr>
          <w:rFonts w:ascii="Arial" w:hAnsi="Arial"/>
        </w:rPr>
        <w:t xml:space="preserve">tragic. I think we, if we had </w:t>
      </w:r>
      <w:r w:rsidR="22E4B743" w:rsidRPr="002552BD">
        <w:rPr>
          <w:rFonts w:ascii="Arial" w:hAnsi="Arial"/>
        </w:rPr>
        <w:t xml:space="preserve">ATSIC </w:t>
      </w:r>
      <w:r w:rsidR="63626EF3" w:rsidRPr="002552BD">
        <w:rPr>
          <w:rFonts w:ascii="Arial" w:hAnsi="Arial"/>
        </w:rPr>
        <w:t>here</w:t>
      </w:r>
      <w:proofErr w:type="gramStart"/>
      <w:r w:rsidR="63626EF3" w:rsidRPr="002552BD">
        <w:rPr>
          <w:rFonts w:ascii="Arial" w:hAnsi="Arial"/>
        </w:rPr>
        <w:t>, we</w:t>
      </w:r>
      <w:proofErr w:type="gramEnd"/>
      <w:r w:rsidR="63626EF3" w:rsidRPr="002552BD">
        <w:rPr>
          <w:rFonts w:ascii="Arial" w:hAnsi="Arial"/>
        </w:rPr>
        <w:t xml:space="preserve"> would not be in some of the trouble we're in right now. And I, a </w:t>
      </w:r>
      <w:r w:rsidR="63626EF3" w:rsidRPr="002552BD">
        <w:rPr>
          <w:rFonts w:ascii="Arial" w:hAnsi="Arial"/>
        </w:rPr>
        <w:lastRenderedPageBreak/>
        <w:t xml:space="preserve">whole lot of us, young people at the time, in the late 80s, signed up to </w:t>
      </w:r>
      <w:r w:rsidR="36B442F5" w:rsidRPr="002552BD">
        <w:rPr>
          <w:rFonts w:ascii="Arial" w:hAnsi="Arial"/>
        </w:rPr>
        <w:t>ATSIC</w:t>
      </w:r>
      <w:r w:rsidR="63626EF3" w:rsidRPr="002552BD">
        <w:rPr>
          <w:rFonts w:ascii="Arial" w:hAnsi="Arial"/>
        </w:rPr>
        <w:t xml:space="preserve">, really, for local decision making. That's what regional councils did, of course, Commission, the National Commission, was important, but not as important as local people </w:t>
      </w:r>
      <w:proofErr w:type="gramStart"/>
      <w:r w:rsidR="63626EF3" w:rsidRPr="002552BD">
        <w:rPr>
          <w:rFonts w:ascii="Arial" w:hAnsi="Arial"/>
        </w:rPr>
        <w:t>having</w:t>
      </w:r>
      <w:proofErr w:type="gramEnd"/>
      <w:r w:rsidR="63626EF3" w:rsidRPr="002552BD">
        <w:rPr>
          <w:rFonts w:ascii="Arial" w:hAnsi="Arial"/>
        </w:rPr>
        <w:t xml:space="preserve"> a say. My job is to make sure people are heard. The only place I can interfere </w:t>
      </w:r>
      <w:proofErr w:type="gramStart"/>
      <w:r w:rsidR="63626EF3" w:rsidRPr="002552BD">
        <w:rPr>
          <w:rFonts w:ascii="Arial" w:hAnsi="Arial"/>
        </w:rPr>
        <w:t>with business</w:t>
      </w:r>
      <w:proofErr w:type="gramEnd"/>
      <w:r w:rsidR="63626EF3" w:rsidRPr="002552BD">
        <w:rPr>
          <w:rFonts w:ascii="Arial" w:hAnsi="Arial"/>
        </w:rPr>
        <w:t xml:space="preserve"> is either </w:t>
      </w:r>
      <w:proofErr w:type="gramStart"/>
      <w:r w:rsidR="63626EF3" w:rsidRPr="002552BD">
        <w:rPr>
          <w:rFonts w:ascii="Arial" w:hAnsi="Arial"/>
        </w:rPr>
        <w:t>on</w:t>
      </w:r>
      <w:proofErr w:type="gramEnd"/>
      <w:r w:rsidR="63626EF3" w:rsidRPr="002552BD">
        <w:rPr>
          <w:rFonts w:ascii="Arial" w:hAnsi="Arial"/>
        </w:rPr>
        <w:t xml:space="preserve"> </w:t>
      </w:r>
      <w:proofErr w:type="spellStart"/>
      <w:proofErr w:type="gramStart"/>
      <w:r w:rsidR="00495A41" w:rsidRPr="002552BD">
        <w:rPr>
          <w:rFonts w:ascii="Arial" w:hAnsi="Arial"/>
        </w:rPr>
        <w:t>Gangulu</w:t>
      </w:r>
      <w:proofErr w:type="spellEnd"/>
      <w:r w:rsidR="00495A41" w:rsidRPr="002552BD">
        <w:rPr>
          <w:rFonts w:ascii="Arial" w:hAnsi="Arial"/>
        </w:rPr>
        <w:t xml:space="preserve"> </w:t>
      </w:r>
      <w:r w:rsidR="63626EF3" w:rsidRPr="002552BD">
        <w:rPr>
          <w:rFonts w:ascii="Arial" w:hAnsi="Arial"/>
        </w:rPr>
        <w:t>country</w:t>
      </w:r>
      <w:proofErr w:type="gramEnd"/>
      <w:r w:rsidR="63626EF3" w:rsidRPr="002552BD">
        <w:rPr>
          <w:rFonts w:ascii="Arial" w:hAnsi="Arial"/>
        </w:rPr>
        <w:t xml:space="preserve"> or </w:t>
      </w:r>
      <w:proofErr w:type="spellStart"/>
      <w:r w:rsidR="00495A41" w:rsidRPr="002552BD">
        <w:rPr>
          <w:rFonts w:ascii="Arial" w:hAnsi="Arial"/>
        </w:rPr>
        <w:t>Yiman</w:t>
      </w:r>
      <w:proofErr w:type="spellEnd"/>
      <w:r w:rsidR="63626EF3" w:rsidRPr="002552BD">
        <w:rPr>
          <w:rFonts w:ascii="Arial" w:hAnsi="Arial"/>
        </w:rPr>
        <w:t xml:space="preserve"> country. </w:t>
      </w:r>
      <w:proofErr w:type="gramStart"/>
      <w:r w:rsidR="63626EF3" w:rsidRPr="002552BD">
        <w:rPr>
          <w:rFonts w:ascii="Arial" w:hAnsi="Arial"/>
        </w:rPr>
        <w:t>So</w:t>
      </w:r>
      <w:proofErr w:type="gramEnd"/>
      <w:r w:rsidR="63626EF3" w:rsidRPr="002552BD">
        <w:rPr>
          <w:rFonts w:ascii="Arial" w:hAnsi="Arial"/>
        </w:rPr>
        <w:t xml:space="preserve"> I was on Palm Island once, when I was </w:t>
      </w:r>
      <w:r w:rsidR="317FF0F3" w:rsidRPr="002552BD">
        <w:rPr>
          <w:rFonts w:ascii="Arial" w:hAnsi="Arial"/>
        </w:rPr>
        <w:t>C</w:t>
      </w:r>
      <w:r w:rsidR="63626EF3" w:rsidRPr="002552BD">
        <w:rPr>
          <w:rFonts w:ascii="Arial" w:hAnsi="Arial"/>
        </w:rPr>
        <w:t xml:space="preserve">ommissioner and </w:t>
      </w:r>
      <w:proofErr w:type="spellStart"/>
      <w:r w:rsidR="63626EF3" w:rsidRPr="002552BD">
        <w:rPr>
          <w:rFonts w:ascii="Arial" w:hAnsi="Arial"/>
        </w:rPr>
        <w:t>and</w:t>
      </w:r>
      <w:proofErr w:type="spellEnd"/>
      <w:r w:rsidR="63626EF3" w:rsidRPr="002552BD">
        <w:rPr>
          <w:rFonts w:ascii="Arial" w:hAnsi="Arial"/>
        </w:rPr>
        <w:t xml:space="preserve"> we had </w:t>
      </w:r>
      <w:proofErr w:type="gramStart"/>
      <w:r w:rsidR="63626EF3" w:rsidRPr="002552BD">
        <w:rPr>
          <w:rFonts w:ascii="Arial" w:hAnsi="Arial"/>
        </w:rPr>
        <w:t>a we</w:t>
      </w:r>
      <w:proofErr w:type="gramEnd"/>
      <w:r w:rsidR="63626EF3" w:rsidRPr="002552BD">
        <w:rPr>
          <w:rFonts w:ascii="Arial" w:hAnsi="Arial"/>
        </w:rPr>
        <w:t xml:space="preserve"> had a good, good meeting, and they asked me, </w:t>
      </w:r>
      <w:proofErr w:type="gramStart"/>
      <w:r w:rsidR="63626EF3" w:rsidRPr="002552BD">
        <w:rPr>
          <w:rFonts w:ascii="Arial" w:hAnsi="Arial"/>
        </w:rPr>
        <w:t>What</w:t>
      </w:r>
      <w:proofErr w:type="gramEnd"/>
      <w:r w:rsidR="63626EF3" w:rsidRPr="002552BD">
        <w:rPr>
          <w:rFonts w:ascii="Arial" w:hAnsi="Arial"/>
        </w:rPr>
        <w:t xml:space="preserve"> would you do on Palm Island. Me, you know, we're always in trouble over here. And I said, </w:t>
      </w:r>
      <w:r w:rsidR="6CB3B281" w:rsidRPr="002552BD">
        <w:rPr>
          <w:rFonts w:ascii="Arial" w:hAnsi="Arial"/>
        </w:rPr>
        <w:t>w</w:t>
      </w:r>
      <w:r w:rsidR="63626EF3" w:rsidRPr="002552BD">
        <w:rPr>
          <w:rFonts w:ascii="Arial" w:hAnsi="Arial"/>
        </w:rPr>
        <w:t xml:space="preserve">ell, look, I've got some ideas, but I got an idea what you shouldn't do. I said, </w:t>
      </w:r>
      <w:proofErr w:type="gramStart"/>
      <w:r w:rsidR="63626EF3" w:rsidRPr="002552BD">
        <w:rPr>
          <w:rFonts w:ascii="Arial" w:hAnsi="Arial"/>
        </w:rPr>
        <w:t>What's</w:t>
      </w:r>
      <w:proofErr w:type="gramEnd"/>
      <w:r w:rsidR="63626EF3" w:rsidRPr="002552BD">
        <w:rPr>
          <w:rFonts w:ascii="Arial" w:hAnsi="Arial"/>
        </w:rPr>
        <w:t xml:space="preserve"> that</w:t>
      </w:r>
      <w:proofErr w:type="gramStart"/>
      <w:r w:rsidR="63626EF3" w:rsidRPr="002552BD">
        <w:rPr>
          <w:rFonts w:ascii="Arial" w:hAnsi="Arial"/>
        </w:rPr>
        <w:t>?</w:t>
      </w:r>
      <w:proofErr w:type="gramEnd"/>
      <w:r w:rsidR="63626EF3" w:rsidRPr="002552BD">
        <w:rPr>
          <w:rFonts w:ascii="Arial" w:hAnsi="Arial"/>
        </w:rPr>
        <w:t xml:space="preserve"> And I said, </w:t>
      </w:r>
      <w:r w:rsidR="2359FC84" w:rsidRPr="002552BD">
        <w:rPr>
          <w:rFonts w:ascii="Arial" w:hAnsi="Arial"/>
        </w:rPr>
        <w:t>a</w:t>
      </w:r>
      <w:r w:rsidR="63626EF3" w:rsidRPr="002552BD">
        <w:rPr>
          <w:rFonts w:ascii="Arial" w:hAnsi="Arial"/>
        </w:rPr>
        <w:t xml:space="preserve">sk me, I don't live here. I'm a </w:t>
      </w:r>
      <w:r w:rsidR="59AE8241" w:rsidRPr="002552BD">
        <w:rPr>
          <w:rFonts w:ascii="Arial" w:hAnsi="Arial"/>
        </w:rPr>
        <w:t>C</w:t>
      </w:r>
      <w:r w:rsidR="63626EF3" w:rsidRPr="002552BD">
        <w:rPr>
          <w:rFonts w:ascii="Arial" w:hAnsi="Arial"/>
        </w:rPr>
        <w:t>entral Queensland person. So</w:t>
      </w:r>
      <w:r w:rsidR="3802F814" w:rsidRPr="002552BD">
        <w:rPr>
          <w:rFonts w:ascii="Arial" w:hAnsi="Arial"/>
        </w:rPr>
        <w:t>,</w:t>
      </w:r>
      <w:r w:rsidR="63626EF3" w:rsidRPr="002552BD">
        <w:rPr>
          <w:rFonts w:ascii="Arial" w:hAnsi="Arial"/>
        </w:rPr>
        <w:t xml:space="preserve"> the answers for Palm Island, all the answers for </w:t>
      </w:r>
      <w:proofErr w:type="spellStart"/>
      <w:r w:rsidR="00495A41" w:rsidRPr="002552BD">
        <w:rPr>
          <w:rFonts w:ascii="Arial" w:hAnsi="Arial"/>
        </w:rPr>
        <w:t>Gangulu</w:t>
      </w:r>
      <w:proofErr w:type="spellEnd"/>
      <w:r w:rsidR="00495A41" w:rsidRPr="002552BD">
        <w:rPr>
          <w:rFonts w:ascii="Arial" w:hAnsi="Arial"/>
        </w:rPr>
        <w:t xml:space="preserve"> </w:t>
      </w:r>
      <w:r w:rsidR="63626EF3" w:rsidRPr="002552BD">
        <w:rPr>
          <w:rFonts w:ascii="Arial" w:hAnsi="Arial"/>
        </w:rPr>
        <w:t xml:space="preserve">country, the answers for </w:t>
      </w:r>
      <w:r w:rsidR="00495A41" w:rsidRPr="002552BD">
        <w:rPr>
          <w:rFonts w:ascii="Arial" w:hAnsi="Arial"/>
        </w:rPr>
        <w:t>Yawuru</w:t>
      </w:r>
      <w:r w:rsidR="63626EF3" w:rsidRPr="002552BD">
        <w:rPr>
          <w:rFonts w:ascii="Arial" w:hAnsi="Arial"/>
        </w:rPr>
        <w:t xml:space="preserve"> country have got to come from them. Can't come from someone who's got a job in Sydney. </w:t>
      </w:r>
      <w:proofErr w:type="gramStart"/>
      <w:r w:rsidR="63626EF3" w:rsidRPr="002552BD">
        <w:rPr>
          <w:rFonts w:ascii="Arial" w:hAnsi="Arial"/>
        </w:rPr>
        <w:t>So</w:t>
      </w:r>
      <w:proofErr w:type="gramEnd"/>
      <w:r w:rsidR="63626EF3" w:rsidRPr="002552BD">
        <w:rPr>
          <w:rFonts w:ascii="Arial" w:hAnsi="Arial"/>
        </w:rPr>
        <w:t xml:space="preserve"> I think, in a human rights sense, that's so important that people are engaged in the conversation about them.</w:t>
      </w:r>
    </w:p>
    <w:p w14:paraId="4B94D5A5" w14:textId="77777777" w:rsidR="00225C9B" w:rsidRPr="002552BD" w:rsidRDefault="00225C9B">
      <w:pPr>
        <w:spacing w:after="0"/>
      </w:pPr>
    </w:p>
    <w:p w14:paraId="41C30EF1"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06:32</w:t>
      </w:r>
      <w:proofErr w:type="gramEnd"/>
    </w:p>
    <w:p w14:paraId="4BD257D0" w14:textId="4C8E9391" w:rsidR="00225C9B" w:rsidRPr="002552BD" w:rsidRDefault="5FAAF61A">
      <w:pPr>
        <w:spacing w:after="0"/>
      </w:pPr>
      <w:r w:rsidRPr="002552BD">
        <w:rPr>
          <w:rFonts w:ascii="Arial" w:hAnsi="Arial"/>
        </w:rPr>
        <w:t xml:space="preserve">And </w:t>
      </w:r>
      <w:proofErr w:type="gramStart"/>
      <w:r w:rsidRPr="002552BD">
        <w:rPr>
          <w:rFonts w:ascii="Arial" w:hAnsi="Arial"/>
        </w:rPr>
        <w:t>so</w:t>
      </w:r>
      <w:proofErr w:type="gramEnd"/>
      <w:r w:rsidRPr="002552BD">
        <w:rPr>
          <w:rFonts w:ascii="Arial" w:hAnsi="Arial"/>
        </w:rPr>
        <w:t xml:space="preserve"> part of your role is, and in those past roles, is like helping facilitate those discussions and opening that door</w:t>
      </w:r>
      <w:r w:rsidR="0947DE11" w:rsidRPr="002552BD">
        <w:rPr>
          <w:rFonts w:ascii="Arial" w:hAnsi="Arial"/>
        </w:rPr>
        <w:t>.</w:t>
      </w:r>
    </w:p>
    <w:p w14:paraId="3DEEC669" w14:textId="77777777" w:rsidR="00225C9B" w:rsidRPr="002552BD" w:rsidRDefault="00225C9B">
      <w:pPr>
        <w:spacing w:after="0"/>
      </w:pPr>
    </w:p>
    <w:p w14:paraId="57E0C825"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06:41</w:t>
      </w:r>
      <w:proofErr w:type="gramEnd"/>
    </w:p>
    <w:p w14:paraId="0F4AE654" w14:textId="2154B7EC" w:rsidR="00225C9B" w:rsidRPr="002552BD" w:rsidRDefault="76DC3264">
      <w:pPr>
        <w:spacing w:after="0"/>
      </w:pPr>
      <w:r w:rsidRPr="002552BD">
        <w:rPr>
          <w:rFonts w:ascii="Arial" w:hAnsi="Arial"/>
        </w:rPr>
        <w:t>Y</w:t>
      </w:r>
      <w:r w:rsidR="5FAAF61A" w:rsidRPr="002552BD">
        <w:rPr>
          <w:rFonts w:ascii="Arial" w:hAnsi="Arial"/>
        </w:rPr>
        <w:t>eah, sometimes I sometimes people need a bit of a hand to work out what they want to do, but at the end of the day, it's got to be them. It can't be outsiders.</w:t>
      </w:r>
    </w:p>
    <w:p w14:paraId="3656B9AB" w14:textId="77777777" w:rsidR="00225C9B" w:rsidRPr="002552BD" w:rsidRDefault="00225C9B">
      <w:pPr>
        <w:spacing w:after="0"/>
      </w:pPr>
    </w:p>
    <w:p w14:paraId="1305F528" w14:textId="77777777" w:rsidR="00225C9B" w:rsidRPr="002552BD" w:rsidRDefault="00B73576">
      <w:pPr>
        <w:spacing w:after="0"/>
      </w:pPr>
      <w:r w:rsidRPr="002552BD">
        <w:rPr>
          <w:rFonts w:ascii="Arial" w:hAnsi="Arial"/>
          <w:b/>
        </w:rPr>
        <w:t xml:space="preserve">Mena </w:t>
      </w:r>
      <w:proofErr w:type="gramStart"/>
      <w:r w:rsidRPr="002552BD">
        <w:rPr>
          <w:rFonts w:ascii="Arial" w:hAnsi="Arial"/>
          <w:b/>
        </w:rPr>
        <w:t xml:space="preserve">Waller  </w:t>
      </w:r>
      <w:r w:rsidRPr="002552BD">
        <w:rPr>
          <w:rFonts w:ascii="Arial" w:hAnsi="Arial"/>
          <w:color w:val="5D7284"/>
        </w:rPr>
        <w:t>07:02</w:t>
      </w:r>
      <w:proofErr w:type="gramEnd"/>
    </w:p>
    <w:p w14:paraId="49AA2D7A" w14:textId="69726C14" w:rsidR="00225C9B" w:rsidRPr="002552BD" w:rsidRDefault="3CC1952C">
      <w:pPr>
        <w:spacing w:after="0"/>
      </w:pPr>
      <w:r w:rsidRPr="002552BD">
        <w:rPr>
          <w:rFonts w:ascii="Arial" w:hAnsi="Arial"/>
        </w:rPr>
        <w:t xml:space="preserve">We might have different strategies or different priorities, but I think the opportunity here today is to be all on the same page and want the same outcome, and that is for the rights of our people to be </w:t>
      </w:r>
      <w:proofErr w:type="spellStart"/>
      <w:r w:rsidRPr="002552BD">
        <w:rPr>
          <w:rFonts w:ascii="Arial" w:hAnsi="Arial"/>
        </w:rPr>
        <w:t>recogni</w:t>
      </w:r>
      <w:r w:rsidR="06BCEF6C" w:rsidRPr="002552BD">
        <w:rPr>
          <w:rFonts w:ascii="Arial" w:hAnsi="Arial"/>
        </w:rPr>
        <w:t>s</w:t>
      </w:r>
      <w:r w:rsidRPr="002552BD">
        <w:rPr>
          <w:rFonts w:ascii="Arial" w:hAnsi="Arial"/>
        </w:rPr>
        <w:t>ed</w:t>
      </w:r>
      <w:proofErr w:type="spellEnd"/>
      <w:r w:rsidRPr="002552BD">
        <w:rPr>
          <w:rFonts w:ascii="Arial" w:hAnsi="Arial"/>
        </w:rPr>
        <w:t>.</w:t>
      </w:r>
    </w:p>
    <w:p w14:paraId="45FB0818" w14:textId="77777777" w:rsidR="00225C9B" w:rsidRPr="002552BD" w:rsidRDefault="00225C9B">
      <w:pPr>
        <w:spacing w:after="0"/>
      </w:pPr>
    </w:p>
    <w:p w14:paraId="10A67F33" w14:textId="77777777" w:rsidR="00225C9B" w:rsidRPr="002552BD" w:rsidRDefault="00B73576">
      <w:pPr>
        <w:spacing w:after="0"/>
      </w:pPr>
      <w:r w:rsidRPr="002552BD">
        <w:rPr>
          <w:rFonts w:ascii="Arial" w:hAnsi="Arial"/>
          <w:b/>
        </w:rPr>
        <w:t xml:space="preserve">Kobi </w:t>
      </w:r>
      <w:proofErr w:type="gramStart"/>
      <w:r w:rsidRPr="002552BD">
        <w:rPr>
          <w:rFonts w:ascii="Arial" w:hAnsi="Arial"/>
          <w:b/>
        </w:rPr>
        <w:t xml:space="preserve">Page  </w:t>
      </w:r>
      <w:r w:rsidRPr="002552BD">
        <w:rPr>
          <w:rFonts w:ascii="Arial" w:hAnsi="Arial"/>
          <w:color w:val="5D7284"/>
        </w:rPr>
        <w:t>07:13</w:t>
      </w:r>
      <w:proofErr w:type="gramEnd"/>
    </w:p>
    <w:p w14:paraId="7C766FBB" w14:textId="77777777" w:rsidR="00225C9B" w:rsidRPr="002552BD" w:rsidRDefault="00B73576">
      <w:pPr>
        <w:spacing w:after="0"/>
      </w:pPr>
      <w:r w:rsidRPr="002552BD">
        <w:rPr>
          <w:rFonts w:ascii="Arial" w:hAnsi="Arial"/>
        </w:rPr>
        <w:t>What's giving me hope for future generations is we are becoming a lot more knowledgeable, standing up at a lot more of a younger age, speaking our truths and just continuing to be here, still not going anywhere.</w:t>
      </w:r>
    </w:p>
    <w:p w14:paraId="049F31CB" w14:textId="77777777" w:rsidR="00225C9B" w:rsidRPr="002552BD" w:rsidRDefault="00225C9B">
      <w:pPr>
        <w:spacing w:after="0"/>
      </w:pPr>
    </w:p>
    <w:p w14:paraId="4BAE9835" w14:textId="77777777" w:rsidR="00225C9B" w:rsidRPr="002552BD" w:rsidRDefault="00B73576">
      <w:pPr>
        <w:spacing w:after="0"/>
      </w:pPr>
      <w:r w:rsidRPr="002552BD">
        <w:rPr>
          <w:rFonts w:ascii="Arial" w:hAnsi="Arial"/>
          <w:b/>
        </w:rPr>
        <w:t xml:space="preserve">Joann </w:t>
      </w:r>
      <w:proofErr w:type="gramStart"/>
      <w:r w:rsidRPr="002552BD">
        <w:rPr>
          <w:rFonts w:ascii="Arial" w:hAnsi="Arial"/>
          <w:b/>
        </w:rPr>
        <w:t xml:space="preserve">Schmider  </w:t>
      </w:r>
      <w:r w:rsidRPr="002552BD">
        <w:rPr>
          <w:rFonts w:ascii="Arial" w:hAnsi="Arial"/>
          <w:color w:val="5D7284"/>
        </w:rPr>
        <w:t>07:27</w:t>
      </w:r>
      <w:proofErr w:type="gramEnd"/>
    </w:p>
    <w:p w14:paraId="7B4519EF" w14:textId="71F119A2" w:rsidR="00225C9B" w:rsidRPr="002552BD" w:rsidRDefault="7362EC59" w:rsidP="6B95B741">
      <w:pPr>
        <w:spacing w:after="0"/>
        <w:rPr>
          <w:rFonts w:ascii="Arial" w:hAnsi="Arial"/>
        </w:rPr>
      </w:pPr>
      <w:r w:rsidRPr="002552BD">
        <w:rPr>
          <w:rFonts w:ascii="Arial" w:hAnsi="Arial"/>
        </w:rPr>
        <w:t>Self</w:t>
      </w:r>
      <w:r w:rsidR="49FC9E46" w:rsidRPr="002552BD">
        <w:rPr>
          <w:rFonts w:ascii="Arial" w:hAnsi="Arial"/>
        </w:rPr>
        <w:t>-d</w:t>
      </w:r>
      <w:r w:rsidRPr="002552BD">
        <w:rPr>
          <w:rFonts w:ascii="Arial" w:hAnsi="Arial"/>
        </w:rPr>
        <w:t xml:space="preserve">etermination is about our relationship with our footprints of </w:t>
      </w:r>
      <w:r w:rsidR="448917F5" w:rsidRPr="002552BD">
        <w:rPr>
          <w:rFonts w:ascii="Arial" w:hAnsi="Arial"/>
        </w:rPr>
        <w:t>C</w:t>
      </w:r>
      <w:r w:rsidRPr="002552BD">
        <w:rPr>
          <w:rFonts w:ascii="Arial" w:hAnsi="Arial"/>
        </w:rPr>
        <w:t xml:space="preserve">ountry. All </w:t>
      </w:r>
      <w:proofErr w:type="gramStart"/>
      <w:r w:rsidRPr="002552BD">
        <w:rPr>
          <w:rFonts w:ascii="Arial" w:hAnsi="Arial"/>
        </w:rPr>
        <w:t>peoples</w:t>
      </w:r>
      <w:proofErr w:type="gramEnd"/>
      <w:r w:rsidRPr="002552BD">
        <w:rPr>
          <w:rFonts w:ascii="Arial" w:hAnsi="Arial"/>
        </w:rPr>
        <w:t xml:space="preserve"> have the right to </w:t>
      </w:r>
      <w:proofErr w:type="gramStart"/>
      <w:r w:rsidRPr="002552BD">
        <w:rPr>
          <w:rFonts w:ascii="Arial" w:hAnsi="Arial"/>
        </w:rPr>
        <w:t>self</w:t>
      </w:r>
      <w:r w:rsidR="01377469" w:rsidRPr="002552BD">
        <w:rPr>
          <w:rFonts w:ascii="Arial" w:hAnsi="Arial"/>
        </w:rPr>
        <w:t>-</w:t>
      </w:r>
      <w:r w:rsidRPr="002552BD">
        <w:rPr>
          <w:rFonts w:ascii="Arial" w:hAnsi="Arial"/>
        </w:rPr>
        <w:t>determination</w:t>
      </w:r>
      <w:r w:rsidR="6FD2BC65" w:rsidRPr="002552BD">
        <w:rPr>
          <w:rFonts w:ascii="Arial" w:hAnsi="Arial"/>
        </w:rPr>
        <w:t>,</w:t>
      </w:r>
      <w:proofErr w:type="gramEnd"/>
      <w:r w:rsidR="45CF4097" w:rsidRPr="002552BD">
        <w:rPr>
          <w:rFonts w:ascii="Arial" w:hAnsi="Arial"/>
        </w:rPr>
        <w:t xml:space="preserve"> it </w:t>
      </w:r>
      <w:r w:rsidRPr="002552BD">
        <w:rPr>
          <w:rFonts w:ascii="Arial" w:hAnsi="Arial"/>
        </w:rPr>
        <w:t xml:space="preserve">absolutely relates to our right to be involved and to participate. </w:t>
      </w:r>
      <w:proofErr w:type="gramStart"/>
      <w:r w:rsidRPr="002552BD">
        <w:rPr>
          <w:rFonts w:ascii="Arial" w:hAnsi="Arial"/>
        </w:rPr>
        <w:t>So</w:t>
      </w:r>
      <w:proofErr w:type="gramEnd"/>
      <w:r w:rsidRPr="002552BD">
        <w:rPr>
          <w:rFonts w:ascii="Arial" w:hAnsi="Arial"/>
        </w:rPr>
        <w:t xml:space="preserve"> we've got to own it ourselves. It's not given to us. We </w:t>
      </w:r>
      <w:proofErr w:type="gramStart"/>
      <w:r w:rsidRPr="002552BD">
        <w:rPr>
          <w:rFonts w:ascii="Arial" w:hAnsi="Arial"/>
        </w:rPr>
        <w:t>have to</w:t>
      </w:r>
      <w:proofErr w:type="gramEnd"/>
      <w:r w:rsidRPr="002552BD">
        <w:rPr>
          <w:rFonts w:ascii="Arial" w:hAnsi="Arial"/>
        </w:rPr>
        <w:t xml:space="preserve"> take it up</w:t>
      </w:r>
      <w:r w:rsidR="266B0416" w:rsidRPr="002552BD">
        <w:rPr>
          <w:rFonts w:ascii="Arial" w:hAnsi="Arial"/>
        </w:rPr>
        <w:t>. T</w:t>
      </w:r>
      <w:r w:rsidRPr="002552BD">
        <w:rPr>
          <w:rFonts w:ascii="Arial" w:hAnsi="Arial"/>
        </w:rPr>
        <w:t>he right to participate in decision making about matters that affect us.</w:t>
      </w:r>
    </w:p>
    <w:p w14:paraId="53128261" w14:textId="77777777" w:rsidR="00225C9B" w:rsidRPr="002552BD" w:rsidRDefault="00225C9B">
      <w:pPr>
        <w:spacing w:after="0"/>
      </w:pPr>
    </w:p>
    <w:p w14:paraId="5B4CB827"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08:02</w:t>
      </w:r>
      <w:proofErr w:type="gramEnd"/>
    </w:p>
    <w:p w14:paraId="572DE837" w14:textId="0671358B" w:rsidR="00225C9B" w:rsidRPr="002552BD" w:rsidRDefault="0C83906C">
      <w:pPr>
        <w:spacing w:after="0"/>
      </w:pPr>
      <w:r w:rsidRPr="002552BD">
        <w:rPr>
          <w:rFonts w:ascii="Arial" w:hAnsi="Arial"/>
        </w:rPr>
        <w:t>Mick Gooda</w:t>
      </w:r>
      <w:r w:rsidR="63626EF3" w:rsidRPr="002552BD">
        <w:rPr>
          <w:rFonts w:ascii="Arial" w:hAnsi="Arial"/>
        </w:rPr>
        <w:t>, how's your spirit feeling?</w:t>
      </w:r>
    </w:p>
    <w:p w14:paraId="62486C05" w14:textId="7086A074" w:rsidR="00225C9B" w:rsidRPr="002552BD" w:rsidRDefault="00225C9B">
      <w:pPr>
        <w:spacing w:after="0"/>
      </w:pPr>
    </w:p>
    <w:p w14:paraId="638C479E" w14:textId="589F84C1" w:rsidR="68FEDF14" w:rsidRPr="002552BD" w:rsidRDefault="68FEDF14" w:rsidP="68FEDF14">
      <w:pPr>
        <w:spacing w:after="0"/>
      </w:pPr>
    </w:p>
    <w:p w14:paraId="4444CEE6"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08:07</w:t>
      </w:r>
      <w:proofErr w:type="gramEnd"/>
    </w:p>
    <w:p w14:paraId="7BED9482" w14:textId="086AFF38" w:rsidR="00225C9B" w:rsidRPr="002552BD" w:rsidRDefault="63626EF3" w:rsidP="4AC6763E">
      <w:pPr>
        <w:spacing w:after="0"/>
        <w:rPr>
          <w:rFonts w:ascii="Arial" w:hAnsi="Arial"/>
        </w:rPr>
      </w:pPr>
      <w:r w:rsidRPr="002552BD">
        <w:rPr>
          <w:rFonts w:ascii="Arial" w:hAnsi="Arial"/>
        </w:rPr>
        <w:t xml:space="preserve">Well, when you work in jobs like mine, I think you've got to be optimistic, and you've got to be optimistic that there's something better out there. Now, most times I don't know what it is, but I think we're going to be better when Aboriginal Torres Strait Islander people are seen as integral to this country and are </w:t>
      </w:r>
      <w:r w:rsidRPr="002552BD">
        <w:rPr>
          <w:rFonts w:ascii="Arial" w:hAnsi="Arial"/>
        </w:rPr>
        <w:lastRenderedPageBreak/>
        <w:t xml:space="preserve">valued. That's the thing that that I think, is out there, and once that happens, we'll start addressing those issues that bedevil us. </w:t>
      </w:r>
      <w:proofErr w:type="gramStart"/>
      <w:r w:rsidRPr="002552BD">
        <w:rPr>
          <w:rFonts w:ascii="Arial" w:hAnsi="Arial"/>
        </w:rPr>
        <w:t>So</w:t>
      </w:r>
      <w:proofErr w:type="gramEnd"/>
      <w:r w:rsidRPr="002552BD">
        <w:rPr>
          <w:rFonts w:ascii="Arial" w:hAnsi="Arial"/>
        </w:rPr>
        <w:t xml:space="preserve"> you've got to be optimistic, because people like the jobs I've occupied. If I'm not optimistic that there's something there, albeit realistic that we're in a bit of strife, I might as well roll my swag and go and do something else and let someone else come and do my job, because I think that's part of those jobs that I've held to actually put it out there that there is something better out there. But I also say there are times when I curl up in the </w:t>
      </w:r>
      <w:proofErr w:type="spellStart"/>
      <w:r w:rsidRPr="002552BD">
        <w:rPr>
          <w:rFonts w:ascii="Arial" w:hAnsi="Arial"/>
        </w:rPr>
        <w:t>f</w:t>
      </w:r>
      <w:r w:rsidR="470C769F" w:rsidRPr="002552BD">
        <w:rPr>
          <w:rFonts w:ascii="Arial" w:hAnsi="Arial"/>
        </w:rPr>
        <w:t>oe</w:t>
      </w:r>
      <w:r w:rsidRPr="002552BD">
        <w:rPr>
          <w:rFonts w:ascii="Arial" w:hAnsi="Arial"/>
        </w:rPr>
        <w:t>tal</w:t>
      </w:r>
      <w:proofErr w:type="spellEnd"/>
      <w:r w:rsidRPr="002552BD">
        <w:rPr>
          <w:rFonts w:ascii="Arial" w:hAnsi="Arial"/>
        </w:rPr>
        <w:t xml:space="preserve"> position under the </w:t>
      </w:r>
      <w:proofErr w:type="spellStart"/>
      <w:r w:rsidRPr="002552BD">
        <w:rPr>
          <w:rFonts w:ascii="Arial" w:hAnsi="Arial"/>
        </w:rPr>
        <w:t>doona</w:t>
      </w:r>
      <w:proofErr w:type="spellEnd"/>
      <w:r w:rsidRPr="002552BD">
        <w:rPr>
          <w:rFonts w:ascii="Arial" w:hAnsi="Arial"/>
        </w:rPr>
        <w:t xml:space="preserve">, because it gets too much. I think all of us have those moments of doubt, but I figure it's like a turtle, you know, eventually you </w:t>
      </w:r>
      <w:proofErr w:type="spellStart"/>
      <w:r w:rsidRPr="002552BD">
        <w:rPr>
          <w:rFonts w:ascii="Arial" w:hAnsi="Arial"/>
        </w:rPr>
        <w:t>gotta</w:t>
      </w:r>
      <w:proofErr w:type="spellEnd"/>
      <w:r w:rsidRPr="002552BD">
        <w:rPr>
          <w:rFonts w:ascii="Arial" w:hAnsi="Arial"/>
        </w:rPr>
        <w:t xml:space="preserve"> stick your head out underneath that </w:t>
      </w:r>
      <w:proofErr w:type="spellStart"/>
      <w:proofErr w:type="gramStart"/>
      <w:r w:rsidR="5732BFBA" w:rsidRPr="002552BD">
        <w:rPr>
          <w:rFonts w:ascii="Arial" w:hAnsi="Arial"/>
        </w:rPr>
        <w:t>doona</w:t>
      </w:r>
      <w:proofErr w:type="spellEnd"/>
      <w:r w:rsidRPr="002552BD">
        <w:rPr>
          <w:rFonts w:ascii="Arial" w:hAnsi="Arial"/>
        </w:rPr>
        <w:t>, and</w:t>
      </w:r>
      <w:proofErr w:type="gramEnd"/>
      <w:r w:rsidRPr="002552BD">
        <w:rPr>
          <w:rFonts w:ascii="Arial" w:hAnsi="Arial"/>
        </w:rPr>
        <w:t xml:space="preserve"> come back into the real world and get on with</w:t>
      </w:r>
      <w:r w:rsidR="4084931B" w:rsidRPr="002552BD">
        <w:rPr>
          <w:rFonts w:ascii="Arial" w:hAnsi="Arial"/>
        </w:rPr>
        <w:t xml:space="preserve"> it.</w:t>
      </w:r>
    </w:p>
    <w:p w14:paraId="4101652C" w14:textId="77777777" w:rsidR="00225C9B" w:rsidRPr="002552BD" w:rsidRDefault="00225C9B">
      <w:pPr>
        <w:spacing w:after="0"/>
      </w:pPr>
    </w:p>
    <w:p w14:paraId="46CAA516"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09:21</w:t>
      </w:r>
      <w:proofErr w:type="gramEnd"/>
    </w:p>
    <w:p w14:paraId="7B1D52CD" w14:textId="2B93D5D5" w:rsidR="00225C9B" w:rsidRPr="002552BD" w:rsidRDefault="63626EF3">
      <w:pPr>
        <w:spacing w:after="0"/>
      </w:pPr>
      <w:proofErr w:type="gramStart"/>
      <w:r w:rsidRPr="002552BD">
        <w:rPr>
          <w:rFonts w:ascii="Arial" w:hAnsi="Arial"/>
        </w:rPr>
        <w:t>So</w:t>
      </w:r>
      <w:proofErr w:type="gramEnd"/>
      <w:r w:rsidRPr="002552BD">
        <w:rPr>
          <w:rFonts w:ascii="Arial" w:hAnsi="Arial"/>
        </w:rPr>
        <w:t xml:space="preserve"> what's your message to mob who might feel disillusioned after the rejection of the </w:t>
      </w:r>
      <w:r w:rsidR="0040411A" w:rsidRPr="002552BD">
        <w:rPr>
          <w:rFonts w:ascii="Arial" w:hAnsi="Arial"/>
        </w:rPr>
        <w:t>V</w:t>
      </w:r>
      <w:r w:rsidRPr="002552BD">
        <w:rPr>
          <w:rFonts w:ascii="Arial" w:hAnsi="Arial"/>
        </w:rPr>
        <w:t xml:space="preserve">oice and that dismantling of the </w:t>
      </w:r>
      <w:r w:rsidR="0040411A" w:rsidRPr="002552BD">
        <w:rPr>
          <w:rFonts w:ascii="Arial" w:hAnsi="Arial"/>
        </w:rPr>
        <w:t>Treaty</w:t>
      </w:r>
      <w:r w:rsidRPr="002552BD">
        <w:rPr>
          <w:rFonts w:ascii="Arial" w:hAnsi="Arial"/>
        </w:rPr>
        <w:t xml:space="preserve"> legislation</w:t>
      </w:r>
      <w:r w:rsidR="6789C28B" w:rsidRPr="002552BD">
        <w:rPr>
          <w:rFonts w:ascii="Arial" w:hAnsi="Arial"/>
        </w:rPr>
        <w:t>?</w:t>
      </w:r>
    </w:p>
    <w:p w14:paraId="4B99056E" w14:textId="77777777" w:rsidR="00225C9B" w:rsidRPr="002552BD" w:rsidRDefault="00225C9B">
      <w:pPr>
        <w:spacing w:after="0"/>
      </w:pPr>
    </w:p>
    <w:p w14:paraId="78B2C555"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09:30</w:t>
      </w:r>
      <w:proofErr w:type="gramEnd"/>
    </w:p>
    <w:p w14:paraId="2ECEC9CA" w14:textId="0E395B9A" w:rsidR="00225C9B" w:rsidRPr="002552BD" w:rsidRDefault="14296DD2" w:rsidP="63626EF3">
      <w:pPr>
        <w:spacing w:after="0"/>
        <w:rPr>
          <w:rFonts w:ascii="Arial" w:hAnsi="Arial"/>
        </w:rPr>
      </w:pPr>
      <w:r w:rsidRPr="002552BD">
        <w:rPr>
          <w:rFonts w:ascii="Arial" w:hAnsi="Arial"/>
        </w:rPr>
        <w:t>T</w:t>
      </w:r>
      <w:r w:rsidR="63626EF3" w:rsidRPr="002552BD">
        <w:rPr>
          <w:rFonts w:ascii="Arial" w:hAnsi="Arial"/>
        </w:rPr>
        <w:t xml:space="preserve">here's a concept of transitional justice around the world, and it's when societies move from oppression to liberalism. They're open democracies and all that. </w:t>
      </w:r>
      <w:proofErr w:type="gramStart"/>
      <w:r w:rsidR="63626EF3" w:rsidRPr="002552BD">
        <w:rPr>
          <w:rFonts w:ascii="Arial" w:hAnsi="Arial"/>
        </w:rPr>
        <w:t>So</w:t>
      </w:r>
      <w:proofErr w:type="gramEnd"/>
      <w:r w:rsidR="63626EF3" w:rsidRPr="002552BD">
        <w:rPr>
          <w:rFonts w:ascii="Arial" w:hAnsi="Arial"/>
        </w:rPr>
        <w:t xml:space="preserve"> people like East Timor's done it. There's, of course, the big one, South Africa and Canadians have done truth telling. But so </w:t>
      </w:r>
      <w:proofErr w:type="gramStart"/>
      <w:r w:rsidR="63626EF3" w:rsidRPr="002552BD">
        <w:rPr>
          <w:rFonts w:ascii="Arial" w:hAnsi="Arial"/>
        </w:rPr>
        <w:t>have</w:t>
      </w:r>
      <w:proofErr w:type="gramEnd"/>
      <w:r w:rsidR="63626EF3" w:rsidRPr="002552BD">
        <w:rPr>
          <w:rFonts w:ascii="Arial" w:hAnsi="Arial"/>
        </w:rPr>
        <w:t xml:space="preserve"> other countries, and particularly in Africa, </w:t>
      </w:r>
      <w:proofErr w:type="gramStart"/>
      <w:r w:rsidR="63626EF3" w:rsidRPr="002552BD">
        <w:rPr>
          <w:rFonts w:ascii="Arial" w:hAnsi="Arial"/>
        </w:rPr>
        <w:t>they're</w:t>
      </w:r>
      <w:proofErr w:type="gramEnd"/>
      <w:r w:rsidR="63626EF3" w:rsidRPr="002552BD">
        <w:rPr>
          <w:rFonts w:ascii="Arial" w:hAnsi="Arial"/>
        </w:rPr>
        <w:t xml:space="preserve"> doing truth telling to move. And the thing that makes transitional justice work is truth telling to move from one state oppression</w:t>
      </w:r>
      <w:r w:rsidR="134EC281" w:rsidRPr="002552BD">
        <w:rPr>
          <w:rFonts w:ascii="Arial" w:hAnsi="Arial"/>
        </w:rPr>
        <w:t xml:space="preserve"> </w:t>
      </w:r>
      <w:r w:rsidR="63626EF3" w:rsidRPr="002552BD">
        <w:rPr>
          <w:rFonts w:ascii="Arial" w:hAnsi="Arial"/>
        </w:rPr>
        <w:t>to openness</w:t>
      </w:r>
      <w:r w:rsidR="4EE7E437" w:rsidRPr="002552BD">
        <w:rPr>
          <w:rFonts w:ascii="Arial" w:hAnsi="Arial"/>
        </w:rPr>
        <w:t xml:space="preserve">; </w:t>
      </w:r>
      <w:r w:rsidR="63626EF3" w:rsidRPr="002552BD">
        <w:rPr>
          <w:rFonts w:ascii="Arial" w:hAnsi="Arial"/>
        </w:rPr>
        <w:t xml:space="preserve">the one thing that makes it work is truth telling. So that's why I think we all benefit from truth telling. And look, there's so many examples around Australia about it. That's the Mile Creek Massacre celebration that happens every June. You know, it's the </w:t>
      </w:r>
      <w:proofErr w:type="gramStart"/>
      <w:r w:rsidR="63626EF3" w:rsidRPr="002552BD">
        <w:rPr>
          <w:rFonts w:ascii="Arial" w:hAnsi="Arial"/>
        </w:rPr>
        <w:t>first place</w:t>
      </w:r>
      <w:proofErr w:type="gramEnd"/>
      <w:r w:rsidR="63626EF3" w:rsidRPr="002552BD">
        <w:rPr>
          <w:rFonts w:ascii="Arial" w:hAnsi="Arial"/>
        </w:rPr>
        <w:t xml:space="preserve"> </w:t>
      </w:r>
      <w:r w:rsidR="45657C8E" w:rsidRPr="002552BD">
        <w:rPr>
          <w:rFonts w:ascii="Arial" w:hAnsi="Arial"/>
        </w:rPr>
        <w:t>non-Indigenous</w:t>
      </w:r>
      <w:r w:rsidR="63626EF3" w:rsidRPr="002552BD">
        <w:rPr>
          <w:rFonts w:ascii="Arial" w:hAnsi="Arial"/>
        </w:rPr>
        <w:t xml:space="preserve"> people got executed for killing Aboriginal people. You know, about 20 years ago, </w:t>
      </w:r>
      <w:proofErr w:type="gramStart"/>
      <w:r w:rsidR="63626EF3" w:rsidRPr="002552BD">
        <w:rPr>
          <w:rFonts w:ascii="Arial" w:hAnsi="Arial"/>
        </w:rPr>
        <w:t>the people</w:t>
      </w:r>
      <w:proofErr w:type="gramEnd"/>
      <w:r w:rsidR="63626EF3" w:rsidRPr="002552BD">
        <w:rPr>
          <w:rFonts w:ascii="Arial" w:hAnsi="Arial"/>
        </w:rPr>
        <w:t xml:space="preserve"> from both sides came together, and now there's no anger, there's no acrimony, there's no blame. It's just this happened, and the Aboriginal people I talked to, and I'm sure the white people feel the same as we're joined forever because of that incident that happened here, our destiny is joined. Now there's my sense of healing. Isn't that a total sense of healing? That's why, why it's so important. </w:t>
      </w:r>
      <w:proofErr w:type="gramStart"/>
      <w:r w:rsidR="63626EF3" w:rsidRPr="002552BD">
        <w:rPr>
          <w:rFonts w:ascii="Arial" w:hAnsi="Arial"/>
        </w:rPr>
        <w:t>It's both</w:t>
      </w:r>
      <w:proofErr w:type="gramEnd"/>
      <w:r w:rsidR="63626EF3" w:rsidRPr="002552BD">
        <w:rPr>
          <w:rFonts w:ascii="Arial" w:hAnsi="Arial"/>
        </w:rPr>
        <w:t xml:space="preserve"> sides are healed</w:t>
      </w:r>
      <w:r w:rsidR="6E413968" w:rsidRPr="002552BD">
        <w:rPr>
          <w:rFonts w:ascii="Arial" w:hAnsi="Arial"/>
        </w:rPr>
        <w:t xml:space="preserve"> from this.</w:t>
      </w:r>
    </w:p>
    <w:p w14:paraId="1299C43A" w14:textId="77777777" w:rsidR="00225C9B" w:rsidRPr="002552BD" w:rsidRDefault="00225C9B">
      <w:pPr>
        <w:spacing w:after="0"/>
      </w:pPr>
    </w:p>
    <w:p w14:paraId="613C40E4"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10:58</w:t>
      </w:r>
      <w:proofErr w:type="gramEnd"/>
    </w:p>
    <w:p w14:paraId="6810287F" w14:textId="0F82B9F0" w:rsidR="00225C9B" w:rsidRPr="002552BD" w:rsidRDefault="63626EF3" w:rsidP="7A610814">
      <w:pPr>
        <w:spacing w:after="0"/>
        <w:rPr>
          <w:rFonts w:ascii="Arial" w:hAnsi="Arial"/>
        </w:rPr>
      </w:pPr>
      <w:r w:rsidRPr="002552BD">
        <w:rPr>
          <w:rFonts w:ascii="Arial" w:hAnsi="Arial"/>
        </w:rPr>
        <w:t xml:space="preserve">When you think about </w:t>
      </w:r>
      <w:r w:rsidR="6C83758F" w:rsidRPr="002552BD">
        <w:rPr>
          <w:rFonts w:ascii="Arial" w:hAnsi="Arial"/>
        </w:rPr>
        <w:t>“</w:t>
      </w:r>
      <w:r w:rsidRPr="002552BD">
        <w:rPr>
          <w:rFonts w:ascii="Arial" w:hAnsi="Arial"/>
        </w:rPr>
        <w:t>gathering strength</w:t>
      </w:r>
      <w:r w:rsidR="6C83758F" w:rsidRPr="002552BD">
        <w:rPr>
          <w:rFonts w:ascii="Arial" w:hAnsi="Arial"/>
        </w:rPr>
        <w:t>”</w:t>
      </w:r>
      <w:r w:rsidRPr="002552BD">
        <w:rPr>
          <w:rFonts w:ascii="Arial" w:hAnsi="Arial"/>
        </w:rPr>
        <w:t>, what does that mean to you?</w:t>
      </w:r>
    </w:p>
    <w:p w14:paraId="4DDBEF00" w14:textId="77777777" w:rsidR="00225C9B" w:rsidRPr="002552BD" w:rsidRDefault="00225C9B">
      <w:pPr>
        <w:spacing w:after="0"/>
      </w:pPr>
    </w:p>
    <w:p w14:paraId="31C823BC"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11:05</w:t>
      </w:r>
      <w:proofErr w:type="gramEnd"/>
    </w:p>
    <w:p w14:paraId="2A26A4CB" w14:textId="2E390949" w:rsidR="00225C9B" w:rsidRPr="002552BD" w:rsidRDefault="0AEF05E9" w:rsidP="5874584D">
      <w:pPr>
        <w:spacing w:after="0"/>
        <w:rPr>
          <w:rFonts w:ascii="Arial" w:hAnsi="Arial"/>
        </w:rPr>
      </w:pPr>
      <w:r w:rsidRPr="002552BD">
        <w:rPr>
          <w:rFonts w:ascii="Arial" w:hAnsi="Arial"/>
        </w:rPr>
        <w:t xml:space="preserve">Well, we started talking about the referendum and I think we're collectively </w:t>
      </w:r>
      <w:proofErr w:type="spellStart"/>
      <w:r w:rsidRPr="002552BD">
        <w:rPr>
          <w:rFonts w:ascii="Arial" w:hAnsi="Arial"/>
        </w:rPr>
        <w:t>traumati</w:t>
      </w:r>
      <w:r w:rsidR="62AD2B53" w:rsidRPr="002552BD">
        <w:rPr>
          <w:rFonts w:ascii="Arial" w:hAnsi="Arial"/>
        </w:rPr>
        <w:t>s</w:t>
      </w:r>
      <w:r w:rsidRPr="002552BD">
        <w:rPr>
          <w:rFonts w:ascii="Arial" w:hAnsi="Arial"/>
        </w:rPr>
        <w:t>ed</w:t>
      </w:r>
      <w:proofErr w:type="spellEnd"/>
      <w:r w:rsidRPr="002552BD">
        <w:rPr>
          <w:rFonts w:ascii="Arial" w:hAnsi="Arial"/>
        </w:rPr>
        <w:t xml:space="preserve"> by the outcome from the vote. And I think people even</w:t>
      </w:r>
      <w:r w:rsidR="5E62648C" w:rsidRPr="002552BD">
        <w:rPr>
          <w:rFonts w:ascii="Arial" w:hAnsi="Arial"/>
        </w:rPr>
        <w:t xml:space="preserve"> who</w:t>
      </w:r>
      <w:r w:rsidRPr="002552BD">
        <w:rPr>
          <w:rFonts w:ascii="Arial" w:hAnsi="Arial"/>
        </w:rPr>
        <w:t xml:space="preserve"> voted no are </w:t>
      </w:r>
      <w:proofErr w:type="spellStart"/>
      <w:r w:rsidRPr="002552BD">
        <w:rPr>
          <w:rFonts w:ascii="Arial" w:hAnsi="Arial"/>
        </w:rPr>
        <w:t>traumati</w:t>
      </w:r>
      <w:r w:rsidR="3F3306CA" w:rsidRPr="002552BD">
        <w:rPr>
          <w:rFonts w:ascii="Arial" w:hAnsi="Arial"/>
        </w:rPr>
        <w:t>s</w:t>
      </w:r>
      <w:r w:rsidRPr="002552BD">
        <w:rPr>
          <w:rFonts w:ascii="Arial" w:hAnsi="Arial"/>
        </w:rPr>
        <w:t>ed</w:t>
      </w:r>
      <w:proofErr w:type="spellEnd"/>
      <w:r w:rsidRPr="002552BD">
        <w:rPr>
          <w:rFonts w:ascii="Arial" w:hAnsi="Arial"/>
        </w:rPr>
        <w:t xml:space="preserve"> by it like it's, it's a for me, it was an awful thing that we put this country through, to go to that referendum so and then to see the rejection and the calls I got, even within the next day, on the Sunday, you know, a young woman rang me and said, </w:t>
      </w:r>
      <w:r w:rsidR="0040411A" w:rsidRPr="002552BD">
        <w:rPr>
          <w:rFonts w:ascii="Arial" w:hAnsi="Arial"/>
        </w:rPr>
        <w:t>“</w:t>
      </w:r>
      <w:r w:rsidRPr="002552BD">
        <w:rPr>
          <w:rFonts w:ascii="Arial" w:hAnsi="Arial"/>
        </w:rPr>
        <w:t>Uncle, I'm living in a place where 81% of people voted no. How can I walk back on that street?</w:t>
      </w:r>
      <w:r w:rsidR="0040411A" w:rsidRPr="002552BD">
        <w:rPr>
          <w:rFonts w:ascii="Arial" w:hAnsi="Arial"/>
        </w:rPr>
        <w:t>”</w:t>
      </w:r>
      <w:r w:rsidRPr="002552BD">
        <w:rPr>
          <w:rFonts w:ascii="Arial" w:hAnsi="Arial"/>
        </w:rPr>
        <w:t xml:space="preserve"> </w:t>
      </w:r>
      <w:proofErr w:type="gramStart"/>
      <w:r w:rsidRPr="002552BD">
        <w:rPr>
          <w:rFonts w:ascii="Arial" w:hAnsi="Arial"/>
        </w:rPr>
        <w:t>So</w:t>
      </w:r>
      <w:proofErr w:type="gramEnd"/>
      <w:r w:rsidRPr="002552BD">
        <w:rPr>
          <w:rFonts w:ascii="Arial" w:hAnsi="Arial"/>
        </w:rPr>
        <w:t xml:space="preserve"> there was this real effect that happened and then within a week, a few days of that, the LNP opposition said, if we get government later this year, we're going to abolish the </w:t>
      </w:r>
      <w:r w:rsidR="5B596290" w:rsidRPr="002552BD">
        <w:rPr>
          <w:rFonts w:ascii="Arial" w:hAnsi="Arial"/>
        </w:rPr>
        <w:t>P</w:t>
      </w:r>
      <w:r w:rsidRPr="002552BD">
        <w:rPr>
          <w:rFonts w:ascii="Arial" w:hAnsi="Arial"/>
        </w:rPr>
        <w:t xml:space="preserve">ath to </w:t>
      </w:r>
      <w:r w:rsidR="7E6FD02F" w:rsidRPr="002552BD">
        <w:rPr>
          <w:rFonts w:ascii="Arial" w:hAnsi="Arial"/>
        </w:rPr>
        <w:t>T</w:t>
      </w:r>
      <w:r w:rsidRPr="002552BD">
        <w:rPr>
          <w:rFonts w:ascii="Arial" w:hAnsi="Arial"/>
        </w:rPr>
        <w:t xml:space="preserve">reaty process that we'd work five years on. </w:t>
      </w:r>
      <w:proofErr w:type="gramStart"/>
      <w:r w:rsidRPr="002552BD">
        <w:rPr>
          <w:rFonts w:ascii="Arial" w:hAnsi="Arial"/>
        </w:rPr>
        <w:t>So</w:t>
      </w:r>
      <w:proofErr w:type="gramEnd"/>
      <w:r w:rsidRPr="002552BD">
        <w:rPr>
          <w:rFonts w:ascii="Arial" w:hAnsi="Arial"/>
        </w:rPr>
        <w:t xml:space="preserve"> we're all </w:t>
      </w:r>
      <w:proofErr w:type="spellStart"/>
      <w:r w:rsidRPr="002552BD">
        <w:rPr>
          <w:rFonts w:ascii="Arial" w:hAnsi="Arial"/>
        </w:rPr>
        <w:t>traumati</w:t>
      </w:r>
      <w:r w:rsidR="68128451" w:rsidRPr="002552BD">
        <w:rPr>
          <w:rFonts w:ascii="Arial" w:hAnsi="Arial"/>
        </w:rPr>
        <w:t>s</w:t>
      </w:r>
      <w:r w:rsidRPr="002552BD">
        <w:rPr>
          <w:rFonts w:ascii="Arial" w:hAnsi="Arial"/>
        </w:rPr>
        <w:t>ed</w:t>
      </w:r>
      <w:proofErr w:type="spellEnd"/>
      <w:r w:rsidRPr="002552BD">
        <w:rPr>
          <w:rFonts w:ascii="Arial" w:hAnsi="Arial"/>
        </w:rPr>
        <w:t>, and we're a bit lost because we got a new government</w:t>
      </w:r>
      <w:r w:rsidR="66D1A203" w:rsidRPr="002552BD">
        <w:rPr>
          <w:rFonts w:ascii="Arial" w:hAnsi="Arial"/>
        </w:rPr>
        <w:t>; t</w:t>
      </w:r>
      <w:r w:rsidRPr="002552BD">
        <w:rPr>
          <w:rFonts w:ascii="Arial" w:hAnsi="Arial"/>
        </w:rPr>
        <w:t xml:space="preserve">he first piece of action they </w:t>
      </w:r>
      <w:proofErr w:type="gramStart"/>
      <w:r w:rsidRPr="002552BD">
        <w:rPr>
          <w:rFonts w:ascii="Arial" w:hAnsi="Arial"/>
        </w:rPr>
        <w:t>did</w:t>
      </w:r>
      <w:proofErr w:type="gramEnd"/>
      <w:r w:rsidRPr="002552BD">
        <w:rPr>
          <w:rFonts w:ascii="Arial" w:hAnsi="Arial"/>
        </w:rPr>
        <w:t xml:space="preserve"> was to repeal the legislation that they voted for in May 2023 you know. And </w:t>
      </w:r>
      <w:proofErr w:type="gramStart"/>
      <w:r w:rsidRPr="002552BD">
        <w:rPr>
          <w:rFonts w:ascii="Arial" w:hAnsi="Arial"/>
        </w:rPr>
        <w:t>so</w:t>
      </w:r>
      <w:proofErr w:type="gramEnd"/>
      <w:r w:rsidRPr="002552BD">
        <w:rPr>
          <w:rFonts w:ascii="Arial" w:hAnsi="Arial"/>
        </w:rPr>
        <w:t xml:space="preserve"> we're all recovering from it. We're </w:t>
      </w:r>
      <w:r w:rsidR="6CAE8FE0" w:rsidRPr="002552BD">
        <w:rPr>
          <w:rFonts w:ascii="Arial" w:hAnsi="Arial"/>
        </w:rPr>
        <w:t>re</w:t>
      </w:r>
      <w:r w:rsidRPr="002552BD">
        <w:rPr>
          <w:rFonts w:ascii="Arial" w:hAnsi="Arial"/>
        </w:rPr>
        <w:t xml:space="preserve">covering from the no vote, the quantum of people who voted no and I don't </w:t>
      </w:r>
      <w:proofErr w:type="gramStart"/>
      <w:r w:rsidRPr="002552BD">
        <w:rPr>
          <w:rFonts w:ascii="Arial" w:hAnsi="Arial"/>
        </w:rPr>
        <w:t>care</w:t>
      </w:r>
      <w:proofErr w:type="gramEnd"/>
      <w:r w:rsidRPr="002552BD">
        <w:rPr>
          <w:rFonts w:ascii="Arial" w:hAnsi="Arial"/>
        </w:rPr>
        <w:t xml:space="preserve"> anyone says, I take that as a rejection of us. So then there's the </w:t>
      </w:r>
      <w:r w:rsidR="3F409C4F" w:rsidRPr="002552BD">
        <w:rPr>
          <w:rFonts w:ascii="Arial" w:hAnsi="Arial"/>
        </w:rPr>
        <w:lastRenderedPageBreak/>
        <w:t>knock-on</w:t>
      </w:r>
      <w:r w:rsidRPr="002552BD">
        <w:rPr>
          <w:rFonts w:ascii="Arial" w:hAnsi="Arial"/>
        </w:rPr>
        <w:t xml:space="preserve"> effects of </w:t>
      </w:r>
      <w:r w:rsidR="7F902798" w:rsidRPr="002552BD">
        <w:rPr>
          <w:rFonts w:ascii="Arial" w:hAnsi="Arial"/>
        </w:rPr>
        <w:t>P</w:t>
      </w:r>
      <w:r w:rsidRPr="002552BD">
        <w:rPr>
          <w:rFonts w:ascii="Arial" w:hAnsi="Arial"/>
        </w:rPr>
        <w:t xml:space="preserve">ath to </w:t>
      </w:r>
      <w:r w:rsidR="32ED0C22" w:rsidRPr="002552BD">
        <w:rPr>
          <w:rFonts w:ascii="Arial" w:hAnsi="Arial"/>
        </w:rPr>
        <w:t>T</w:t>
      </w:r>
      <w:r w:rsidRPr="002552BD">
        <w:rPr>
          <w:rFonts w:ascii="Arial" w:hAnsi="Arial"/>
        </w:rPr>
        <w:t xml:space="preserve">reaty. We kind of abolish </w:t>
      </w:r>
      <w:r w:rsidR="40091F4B" w:rsidRPr="002552BD">
        <w:rPr>
          <w:rFonts w:ascii="Arial" w:hAnsi="Arial"/>
        </w:rPr>
        <w:t>Path to Treaty</w:t>
      </w:r>
      <w:r w:rsidRPr="002552BD">
        <w:rPr>
          <w:rFonts w:ascii="Arial" w:hAnsi="Arial"/>
        </w:rPr>
        <w:t xml:space="preserve"> because people voted no, no referendum, </w:t>
      </w:r>
      <w:proofErr w:type="gramStart"/>
      <w:r w:rsidRPr="002552BD">
        <w:rPr>
          <w:rFonts w:ascii="Arial" w:hAnsi="Arial"/>
        </w:rPr>
        <w:t>not</w:t>
      </w:r>
      <w:proofErr w:type="gramEnd"/>
      <w:r w:rsidRPr="002552BD">
        <w:rPr>
          <w:rFonts w:ascii="Arial" w:hAnsi="Arial"/>
        </w:rPr>
        <w:t xml:space="preserve">, not that we voted on </w:t>
      </w:r>
      <w:r w:rsidR="0040411A" w:rsidRPr="002552BD">
        <w:rPr>
          <w:rFonts w:ascii="Arial" w:hAnsi="Arial"/>
        </w:rPr>
        <w:t>Treaty</w:t>
      </w:r>
      <w:r w:rsidRPr="002552BD">
        <w:rPr>
          <w:rFonts w:ascii="Arial" w:hAnsi="Arial"/>
        </w:rPr>
        <w:t xml:space="preserve"> or voice or truth. So that's gone. </w:t>
      </w:r>
      <w:proofErr w:type="gramStart"/>
      <w:r w:rsidRPr="002552BD">
        <w:rPr>
          <w:rFonts w:ascii="Arial" w:hAnsi="Arial"/>
        </w:rPr>
        <w:t>So</w:t>
      </w:r>
      <w:proofErr w:type="gramEnd"/>
      <w:r w:rsidRPr="002552BD">
        <w:rPr>
          <w:rFonts w:ascii="Arial" w:hAnsi="Arial"/>
        </w:rPr>
        <w:t xml:space="preserve"> we're </w:t>
      </w:r>
      <w:proofErr w:type="spellStart"/>
      <w:r w:rsidRPr="002552BD">
        <w:rPr>
          <w:rFonts w:ascii="Arial" w:hAnsi="Arial"/>
        </w:rPr>
        <w:t>traumati</w:t>
      </w:r>
      <w:r w:rsidR="00733DBF" w:rsidRPr="002552BD">
        <w:rPr>
          <w:rFonts w:ascii="Arial" w:hAnsi="Arial"/>
        </w:rPr>
        <w:t>s</w:t>
      </w:r>
      <w:r w:rsidRPr="002552BD">
        <w:rPr>
          <w:rFonts w:ascii="Arial" w:hAnsi="Arial"/>
        </w:rPr>
        <w:t>ed</w:t>
      </w:r>
      <w:proofErr w:type="spellEnd"/>
      <w:r w:rsidRPr="002552BD">
        <w:rPr>
          <w:rFonts w:ascii="Arial" w:hAnsi="Arial"/>
        </w:rPr>
        <w:t xml:space="preserve">. </w:t>
      </w:r>
      <w:proofErr w:type="gramStart"/>
      <w:r w:rsidRPr="002552BD">
        <w:rPr>
          <w:rFonts w:ascii="Arial" w:hAnsi="Arial"/>
        </w:rPr>
        <w:t>So</w:t>
      </w:r>
      <w:proofErr w:type="gramEnd"/>
      <w:r w:rsidRPr="002552BD">
        <w:rPr>
          <w:rFonts w:ascii="Arial" w:hAnsi="Arial"/>
        </w:rPr>
        <w:t xml:space="preserve"> what this </w:t>
      </w:r>
      <w:proofErr w:type="gramStart"/>
      <w:r w:rsidRPr="002552BD">
        <w:rPr>
          <w:rFonts w:ascii="Arial" w:hAnsi="Arial"/>
        </w:rPr>
        <w:t>does</w:t>
      </w:r>
      <w:proofErr w:type="gramEnd"/>
      <w:r w:rsidRPr="002552BD">
        <w:rPr>
          <w:rFonts w:ascii="Arial" w:hAnsi="Arial"/>
        </w:rPr>
        <w:t xml:space="preserve"> gathering strength is pulling us together, taking control of what we</w:t>
      </w:r>
      <w:r w:rsidR="32CE61A8" w:rsidRPr="002552BD">
        <w:rPr>
          <w:rFonts w:ascii="Arial" w:hAnsi="Arial"/>
        </w:rPr>
        <w:t>’ve</w:t>
      </w:r>
      <w:r w:rsidRPr="002552BD">
        <w:rPr>
          <w:rFonts w:ascii="Arial" w:hAnsi="Arial"/>
        </w:rPr>
        <w:t xml:space="preserve"> got control over, and the thing we</w:t>
      </w:r>
      <w:r w:rsidR="1D0981A7" w:rsidRPr="002552BD">
        <w:rPr>
          <w:rFonts w:ascii="Arial" w:hAnsi="Arial"/>
        </w:rPr>
        <w:t>’ve</w:t>
      </w:r>
      <w:r w:rsidRPr="002552BD">
        <w:rPr>
          <w:rFonts w:ascii="Arial" w:hAnsi="Arial"/>
        </w:rPr>
        <w:t xml:space="preserve"> got control over is how we go about this. I'm not that interested in wanting to hear what the government wants right now. That's it. We'll that'll come. That'll eventually come. But right now, this gathering strength is us taking our strength back, taking our power back from what happened a couple of years ago</w:t>
      </w:r>
      <w:r w:rsidR="6095A286" w:rsidRPr="002552BD">
        <w:rPr>
          <w:rFonts w:ascii="Arial" w:hAnsi="Arial"/>
        </w:rPr>
        <w:t>.</w:t>
      </w:r>
    </w:p>
    <w:p w14:paraId="3461D779" w14:textId="77777777" w:rsidR="00225C9B" w:rsidRPr="002552BD" w:rsidRDefault="00225C9B">
      <w:pPr>
        <w:spacing w:after="0"/>
      </w:pPr>
    </w:p>
    <w:p w14:paraId="4D46FD1A"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13:11</w:t>
      </w:r>
      <w:proofErr w:type="gramEnd"/>
    </w:p>
    <w:p w14:paraId="2CDBE1EA" w14:textId="4A0F9C02" w:rsidR="00225C9B" w:rsidRPr="002552BD" w:rsidRDefault="63626EF3">
      <w:pPr>
        <w:spacing w:after="0"/>
      </w:pPr>
      <w:r w:rsidRPr="002552BD">
        <w:rPr>
          <w:rFonts w:ascii="Arial" w:hAnsi="Arial"/>
        </w:rPr>
        <w:t xml:space="preserve">Aboriginal and Torres Strait Islander Social Justice Commissioner Katie </w:t>
      </w:r>
      <w:r w:rsidR="4341F330" w:rsidRPr="002552BD">
        <w:rPr>
          <w:rFonts w:ascii="Arial" w:hAnsi="Arial"/>
        </w:rPr>
        <w:t>K</w:t>
      </w:r>
      <w:r w:rsidRPr="002552BD">
        <w:rPr>
          <w:rFonts w:ascii="Arial" w:hAnsi="Arial"/>
        </w:rPr>
        <w:t xml:space="preserve">iss points out that Australia adopted the United Nations Declaration of the Rights of Indigenous Peoples, but says those rights are under attack. </w:t>
      </w:r>
    </w:p>
    <w:p w14:paraId="7D08A6FE" w14:textId="0CCFB483" w:rsidR="00225C9B" w:rsidRPr="002552BD" w:rsidRDefault="00225C9B" w:rsidP="63626EF3">
      <w:pPr>
        <w:spacing w:after="0"/>
        <w:rPr>
          <w:rFonts w:ascii="Arial" w:hAnsi="Arial"/>
        </w:rPr>
      </w:pPr>
    </w:p>
    <w:p w14:paraId="2539FC28" w14:textId="26DF40F2" w:rsidR="00225C9B" w:rsidRPr="002552BD" w:rsidRDefault="44B7D80B" w:rsidP="63626EF3">
      <w:pPr>
        <w:spacing w:after="0"/>
        <w:rPr>
          <w:rFonts w:ascii="Arial" w:hAnsi="Arial"/>
          <w:b/>
          <w:bCs/>
        </w:rPr>
      </w:pPr>
      <w:r w:rsidRPr="002552BD">
        <w:rPr>
          <w:rFonts w:ascii="Arial" w:hAnsi="Arial"/>
          <w:b/>
          <w:bCs/>
        </w:rPr>
        <w:t>Katie Kiss</w:t>
      </w:r>
      <w:r w:rsidR="16DDCADC" w:rsidRPr="002552BD">
        <w:rPr>
          <w:rFonts w:ascii="Arial" w:hAnsi="Arial"/>
          <w:b/>
          <w:bCs/>
        </w:rPr>
        <w:t xml:space="preserve"> </w:t>
      </w:r>
      <w:r w:rsidR="16DDCADC" w:rsidRPr="002552BD">
        <w:rPr>
          <w:rFonts w:ascii="Arial" w:hAnsi="Arial"/>
          <w:color w:val="5D7284"/>
        </w:rPr>
        <w:t>13:26</w:t>
      </w:r>
    </w:p>
    <w:p w14:paraId="3C6D677A" w14:textId="3912AF04" w:rsidR="00225C9B" w:rsidRPr="002552BD" w:rsidRDefault="3CCDC2E0" w:rsidP="61F083B2">
      <w:pPr>
        <w:spacing w:after="0"/>
        <w:rPr>
          <w:rFonts w:ascii="Arial" w:hAnsi="Arial"/>
        </w:rPr>
      </w:pPr>
      <w:r w:rsidRPr="002552BD">
        <w:rPr>
          <w:rFonts w:ascii="Arial" w:hAnsi="Arial"/>
        </w:rPr>
        <w:t xml:space="preserve">Unfortunately, I think the status of </w:t>
      </w:r>
      <w:r w:rsidR="53FBEE4E" w:rsidRPr="002552BD">
        <w:rPr>
          <w:rFonts w:ascii="Arial" w:hAnsi="Arial"/>
        </w:rPr>
        <w:t>I</w:t>
      </w:r>
      <w:r w:rsidRPr="002552BD">
        <w:rPr>
          <w:rFonts w:ascii="Arial" w:hAnsi="Arial"/>
        </w:rPr>
        <w:t>ndigenous peoples</w:t>
      </w:r>
      <w:r w:rsidR="002D47D3" w:rsidRPr="002552BD">
        <w:rPr>
          <w:rFonts w:ascii="Arial" w:hAnsi="Arial"/>
        </w:rPr>
        <w:t>’</w:t>
      </w:r>
      <w:r w:rsidRPr="002552BD">
        <w:rPr>
          <w:rFonts w:ascii="Arial" w:hAnsi="Arial"/>
        </w:rPr>
        <w:t xml:space="preserve"> rights in Queensland is going backwards. At the moment, we're seeing a willful opposition to and denial of rights in Queensland for First Nations people, for Aboriginal and Torres Strait Islander people, and we're seeing that specifically in sectors like child safety and out of home care, but also the youth justice detention space, where, you know, children as young as 10 are able to be locked up for crimes that potentially they don't even have the capacity to make mature decisions about</w:t>
      </w:r>
      <w:r w:rsidR="489F847F" w:rsidRPr="002552BD">
        <w:rPr>
          <w:rFonts w:ascii="Arial" w:hAnsi="Arial"/>
        </w:rPr>
        <w:t xml:space="preserve"> -</w:t>
      </w:r>
      <w:r w:rsidRPr="002552BD">
        <w:rPr>
          <w:rFonts w:ascii="Arial" w:hAnsi="Arial"/>
        </w:rPr>
        <w:t xml:space="preserve"> development isn't at a level where they can make </w:t>
      </w:r>
      <w:r w:rsidR="4BFEE627" w:rsidRPr="002552BD">
        <w:rPr>
          <w:rFonts w:ascii="Arial" w:hAnsi="Arial"/>
        </w:rPr>
        <w:t>t</w:t>
      </w:r>
      <w:r w:rsidRPr="002552BD">
        <w:rPr>
          <w:rFonts w:ascii="Arial" w:hAnsi="Arial"/>
        </w:rPr>
        <w:t>hose decisions properly. We have a significant homeless</w:t>
      </w:r>
      <w:r w:rsidR="63278F7C" w:rsidRPr="002552BD">
        <w:rPr>
          <w:rFonts w:ascii="Arial" w:hAnsi="Arial"/>
        </w:rPr>
        <w:t xml:space="preserve"> </w:t>
      </w:r>
      <w:r w:rsidRPr="002552BD">
        <w:rPr>
          <w:rFonts w:ascii="Arial" w:hAnsi="Arial"/>
        </w:rPr>
        <w:t xml:space="preserve">population. Housing is a human right. We have communities that don't have accessible drinking water or access to services that require good quality water. Water is a human right, you know, and rights are not privileges. Rights are obligations, and we are rights holders, and we </w:t>
      </w:r>
      <w:proofErr w:type="gramStart"/>
      <w:r w:rsidRPr="002552BD">
        <w:rPr>
          <w:rFonts w:ascii="Arial" w:hAnsi="Arial"/>
        </w:rPr>
        <w:t>have to</w:t>
      </w:r>
      <w:proofErr w:type="gramEnd"/>
      <w:r w:rsidRPr="002552BD">
        <w:rPr>
          <w:rFonts w:ascii="Arial" w:hAnsi="Arial"/>
        </w:rPr>
        <w:t xml:space="preserve"> remember that, and we </w:t>
      </w:r>
      <w:proofErr w:type="gramStart"/>
      <w:r w:rsidRPr="002552BD">
        <w:rPr>
          <w:rFonts w:ascii="Arial" w:hAnsi="Arial"/>
        </w:rPr>
        <w:t>have to</w:t>
      </w:r>
      <w:proofErr w:type="gramEnd"/>
      <w:r w:rsidRPr="002552BD">
        <w:rPr>
          <w:rFonts w:ascii="Arial" w:hAnsi="Arial"/>
        </w:rPr>
        <w:t xml:space="preserve"> engage in that context. </w:t>
      </w:r>
    </w:p>
    <w:p w14:paraId="20C555CD" w14:textId="5DB7D3D9" w:rsidR="00225C9B" w:rsidRPr="002552BD" w:rsidRDefault="00225C9B" w:rsidP="61F083B2">
      <w:pPr>
        <w:spacing w:after="0"/>
        <w:rPr>
          <w:rFonts w:ascii="Arial" w:hAnsi="Arial"/>
        </w:rPr>
      </w:pPr>
    </w:p>
    <w:p w14:paraId="5CD8CDE3" w14:textId="3EDA5B22" w:rsidR="00225C9B" w:rsidRPr="002552BD" w:rsidRDefault="661885AF" w:rsidP="61F083B2">
      <w:pPr>
        <w:spacing w:after="0"/>
        <w:rPr>
          <w:rFonts w:ascii="Arial" w:hAnsi="Arial"/>
          <w:color w:val="5D7284"/>
        </w:rPr>
      </w:pPr>
      <w:r w:rsidRPr="002552BD">
        <w:rPr>
          <w:rFonts w:ascii="Arial" w:hAnsi="Arial"/>
          <w:b/>
          <w:bCs/>
        </w:rPr>
        <w:t xml:space="preserve">Solua </w:t>
      </w:r>
      <w:proofErr w:type="gramStart"/>
      <w:r w:rsidRPr="002552BD">
        <w:rPr>
          <w:rFonts w:ascii="Arial" w:hAnsi="Arial"/>
          <w:b/>
          <w:bCs/>
        </w:rPr>
        <w:t xml:space="preserve">Middleton  </w:t>
      </w:r>
      <w:r w:rsidRPr="002552BD">
        <w:rPr>
          <w:rFonts w:ascii="Arial" w:hAnsi="Arial"/>
          <w:color w:val="5D7284"/>
        </w:rPr>
        <w:t>1</w:t>
      </w:r>
      <w:r w:rsidR="3F38B952" w:rsidRPr="002552BD">
        <w:rPr>
          <w:rFonts w:ascii="Arial" w:hAnsi="Arial"/>
          <w:color w:val="5D7284"/>
        </w:rPr>
        <w:t>4</w:t>
      </w:r>
      <w:r w:rsidRPr="002552BD">
        <w:rPr>
          <w:rFonts w:ascii="Arial" w:hAnsi="Arial"/>
          <w:color w:val="5D7284"/>
        </w:rPr>
        <w:t>:30</w:t>
      </w:r>
      <w:proofErr w:type="gramEnd"/>
    </w:p>
    <w:p w14:paraId="398160A8" w14:textId="38F5828F" w:rsidR="00225C9B" w:rsidRPr="002552BD" w:rsidRDefault="3CCDC2E0" w:rsidP="65E0233C">
      <w:pPr>
        <w:spacing w:after="0"/>
        <w:rPr>
          <w:rFonts w:ascii="Arial" w:hAnsi="Arial"/>
        </w:rPr>
      </w:pPr>
      <w:r w:rsidRPr="002552BD">
        <w:rPr>
          <w:rFonts w:ascii="Arial" w:hAnsi="Arial"/>
        </w:rPr>
        <w:t>I want to turn to UNDRIP now, what are the strengths and limitations of the United Nations Declaration on the Rights of Indigenous Peoples?</w:t>
      </w:r>
    </w:p>
    <w:p w14:paraId="3CF2D8B6" w14:textId="77777777" w:rsidR="00225C9B" w:rsidRPr="002552BD" w:rsidRDefault="00225C9B">
      <w:pPr>
        <w:spacing w:after="0"/>
      </w:pPr>
    </w:p>
    <w:p w14:paraId="79F66F72"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14:36</w:t>
      </w:r>
      <w:proofErr w:type="gramEnd"/>
    </w:p>
    <w:p w14:paraId="6EE7A361" w14:textId="576242CF" w:rsidR="00225C9B" w:rsidRPr="002552BD" w:rsidRDefault="63626EF3" w:rsidP="0DE3AA94">
      <w:pPr>
        <w:spacing w:after="0"/>
        <w:rPr>
          <w:rFonts w:ascii="Arial" w:hAnsi="Arial"/>
        </w:rPr>
      </w:pPr>
      <w:r w:rsidRPr="002552BD">
        <w:rPr>
          <w:rFonts w:ascii="Arial" w:hAnsi="Arial"/>
        </w:rPr>
        <w:t xml:space="preserve">Human rights are only rights when you exercise them. They're not rights written on a piece of paper. </w:t>
      </w:r>
      <w:proofErr w:type="gramStart"/>
      <w:r w:rsidRPr="002552BD">
        <w:rPr>
          <w:rFonts w:ascii="Arial" w:hAnsi="Arial"/>
        </w:rPr>
        <w:t>So</w:t>
      </w:r>
      <w:proofErr w:type="gramEnd"/>
      <w:r w:rsidRPr="002552BD">
        <w:rPr>
          <w:rFonts w:ascii="Arial" w:hAnsi="Arial"/>
        </w:rPr>
        <w:t xml:space="preserve"> what we've got to take that declaration and say, how does that work for us? </w:t>
      </w:r>
      <w:proofErr w:type="gramStart"/>
      <w:r w:rsidRPr="002552BD">
        <w:rPr>
          <w:rFonts w:ascii="Arial" w:hAnsi="Arial"/>
        </w:rPr>
        <w:t>So</w:t>
      </w:r>
      <w:proofErr w:type="gramEnd"/>
      <w:r w:rsidRPr="002552BD">
        <w:rPr>
          <w:rFonts w:ascii="Arial" w:hAnsi="Arial"/>
        </w:rPr>
        <w:t xml:space="preserve"> it's </w:t>
      </w:r>
      <w:r w:rsidR="7E986466" w:rsidRPr="002552BD">
        <w:rPr>
          <w:rFonts w:ascii="Arial" w:hAnsi="Arial"/>
        </w:rPr>
        <w:t>self-determination</w:t>
      </w:r>
      <w:r w:rsidRPr="002552BD">
        <w:rPr>
          <w:rFonts w:ascii="Arial" w:hAnsi="Arial"/>
        </w:rPr>
        <w:t xml:space="preserve">, the right to participate in decisions that affect you, the respect and protection of culture and the right to give or not give your free </w:t>
      </w:r>
      <w:proofErr w:type="gramStart"/>
      <w:r w:rsidR="41D3028C" w:rsidRPr="002552BD">
        <w:rPr>
          <w:rFonts w:ascii="Arial" w:hAnsi="Arial"/>
        </w:rPr>
        <w:t>prior</w:t>
      </w:r>
      <w:proofErr w:type="gramEnd"/>
      <w:r w:rsidR="41D3028C" w:rsidRPr="002552BD">
        <w:rPr>
          <w:rFonts w:ascii="Arial" w:hAnsi="Arial"/>
        </w:rPr>
        <w:t xml:space="preserve"> </w:t>
      </w:r>
      <w:r w:rsidRPr="002552BD">
        <w:rPr>
          <w:rFonts w:ascii="Arial" w:hAnsi="Arial"/>
        </w:rPr>
        <w:t xml:space="preserve">and informed consent. </w:t>
      </w:r>
    </w:p>
    <w:p w14:paraId="0FB78278" w14:textId="77777777" w:rsidR="00225C9B" w:rsidRPr="002552BD" w:rsidRDefault="00225C9B">
      <w:pPr>
        <w:spacing w:after="0"/>
      </w:pPr>
    </w:p>
    <w:p w14:paraId="7F398DCD"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15:00</w:t>
      </w:r>
      <w:proofErr w:type="gramEnd"/>
    </w:p>
    <w:p w14:paraId="1CF602C6" w14:textId="15E1634A" w:rsidR="00225C9B" w:rsidRPr="002552BD" w:rsidRDefault="45C5FF23">
      <w:pPr>
        <w:spacing w:after="0"/>
      </w:pPr>
      <w:r w:rsidRPr="002552BD">
        <w:rPr>
          <w:rFonts w:ascii="Arial" w:hAnsi="Arial"/>
        </w:rPr>
        <w:t>What r</w:t>
      </w:r>
      <w:r w:rsidR="63626EF3" w:rsidRPr="002552BD">
        <w:rPr>
          <w:rFonts w:ascii="Arial" w:hAnsi="Arial"/>
        </w:rPr>
        <w:t xml:space="preserve">ole do human rights play in breaking the cycle of incarceration for Aboriginal and Torres Strait Islander people? </w:t>
      </w:r>
    </w:p>
    <w:p w14:paraId="1FC39945" w14:textId="77777777" w:rsidR="00225C9B" w:rsidRPr="002552BD" w:rsidRDefault="00225C9B">
      <w:pPr>
        <w:spacing w:after="0"/>
      </w:pPr>
    </w:p>
    <w:p w14:paraId="7F5A3526" w14:textId="342B1CC7" w:rsidR="00225C9B" w:rsidRPr="002552BD" w:rsidRDefault="0DE3AA94">
      <w:pPr>
        <w:spacing w:after="0"/>
      </w:pPr>
      <w:r w:rsidRPr="002552BD">
        <w:rPr>
          <w:rFonts w:ascii="Arial" w:hAnsi="Arial"/>
          <w:b/>
          <w:bCs/>
        </w:rPr>
        <w:t xml:space="preserve">Mick </w:t>
      </w:r>
      <w:proofErr w:type="gramStart"/>
      <w:r w:rsidRPr="002552BD">
        <w:rPr>
          <w:rFonts w:ascii="Arial" w:hAnsi="Arial"/>
          <w:b/>
          <w:bCs/>
        </w:rPr>
        <w:t xml:space="preserve">Gooda  </w:t>
      </w:r>
      <w:r w:rsidRPr="002552BD">
        <w:rPr>
          <w:rFonts w:ascii="Arial" w:hAnsi="Arial"/>
          <w:color w:val="5D7284"/>
        </w:rPr>
        <w:t>15:07</w:t>
      </w:r>
      <w:proofErr w:type="gramEnd"/>
    </w:p>
    <w:p w14:paraId="3C34A7D7" w14:textId="4110E81D" w:rsidR="00225C9B" w:rsidRPr="002552BD" w:rsidRDefault="1DC4B5A3" w:rsidP="0DE3AA94">
      <w:pPr>
        <w:spacing w:after="0"/>
        <w:rPr>
          <w:rFonts w:ascii="Arial" w:hAnsi="Arial"/>
        </w:rPr>
      </w:pPr>
      <w:r w:rsidRPr="002552BD">
        <w:rPr>
          <w:rFonts w:ascii="Arial" w:hAnsi="Arial"/>
        </w:rPr>
        <w:t>If you look at the h</w:t>
      </w:r>
      <w:r w:rsidR="43E096EF" w:rsidRPr="002552BD">
        <w:rPr>
          <w:rFonts w:ascii="Arial" w:hAnsi="Arial"/>
        </w:rPr>
        <w:t xml:space="preserve">uman rights instruments that we have, we always start with the Universal Declaration of Human Rights about 1948 that was developed, and then all these other rights came out of it, so things like right to a fair trial, and you'll find all those things in the Universal Declaration. So human </w:t>
      </w:r>
      <w:proofErr w:type="gramStart"/>
      <w:r w:rsidR="43E096EF" w:rsidRPr="002552BD">
        <w:rPr>
          <w:rFonts w:ascii="Arial" w:hAnsi="Arial"/>
        </w:rPr>
        <w:t>rights actually, at</w:t>
      </w:r>
      <w:proofErr w:type="gramEnd"/>
      <w:r w:rsidR="43E096EF" w:rsidRPr="002552BD">
        <w:rPr>
          <w:rFonts w:ascii="Arial" w:hAnsi="Arial"/>
        </w:rPr>
        <w:t xml:space="preserve"> that level, takes us to another place. So human rights are </w:t>
      </w:r>
      <w:proofErr w:type="gramStart"/>
      <w:r w:rsidR="43E096EF" w:rsidRPr="002552BD">
        <w:rPr>
          <w:rFonts w:ascii="Arial" w:hAnsi="Arial"/>
        </w:rPr>
        <w:t>really important</w:t>
      </w:r>
      <w:proofErr w:type="gramEnd"/>
      <w:r w:rsidR="43E096EF" w:rsidRPr="002552BD">
        <w:rPr>
          <w:rFonts w:ascii="Arial" w:hAnsi="Arial"/>
        </w:rPr>
        <w:t xml:space="preserve">, because it </w:t>
      </w:r>
      <w:proofErr w:type="gramStart"/>
      <w:r w:rsidR="43E096EF" w:rsidRPr="002552BD">
        <w:rPr>
          <w:rFonts w:ascii="Arial" w:hAnsi="Arial"/>
        </w:rPr>
        <w:lastRenderedPageBreak/>
        <w:t>actually talks</w:t>
      </w:r>
      <w:proofErr w:type="gramEnd"/>
      <w:r w:rsidR="43E096EF" w:rsidRPr="002552BD">
        <w:rPr>
          <w:rFonts w:ascii="Arial" w:hAnsi="Arial"/>
        </w:rPr>
        <w:t xml:space="preserve"> about, particularly </w:t>
      </w:r>
      <w:proofErr w:type="gramStart"/>
      <w:r w:rsidR="43E096EF" w:rsidRPr="002552BD">
        <w:rPr>
          <w:rFonts w:ascii="Arial" w:hAnsi="Arial"/>
        </w:rPr>
        <w:t>at the moment</w:t>
      </w:r>
      <w:proofErr w:type="gramEnd"/>
      <w:r w:rsidR="43E096EF" w:rsidRPr="002552BD">
        <w:rPr>
          <w:rFonts w:ascii="Arial" w:hAnsi="Arial"/>
        </w:rPr>
        <w:t xml:space="preserve"> we have this crisis in youth detention in Australia, it seems we, the governments, treat young people, all young people, not just Aboriginal</w:t>
      </w:r>
      <w:r w:rsidR="498C36C6" w:rsidRPr="002552BD">
        <w:rPr>
          <w:rFonts w:ascii="Arial" w:hAnsi="Arial"/>
        </w:rPr>
        <w:t xml:space="preserve"> and </w:t>
      </w:r>
      <w:r w:rsidR="43E096EF" w:rsidRPr="002552BD">
        <w:rPr>
          <w:rFonts w:ascii="Arial" w:hAnsi="Arial"/>
        </w:rPr>
        <w:t xml:space="preserve">Torres Strait Islander, young people as the enemy, even worse than adult offenders. But we have a Youth Justice Act because we understand, we've signed a convention in Australia called the Convention on the Rights of the Child, which guarantees </w:t>
      </w:r>
      <w:r w:rsidR="00C93254" w:rsidRPr="002552BD">
        <w:rPr>
          <w:rFonts w:ascii="Arial" w:hAnsi="Arial"/>
        </w:rPr>
        <w:t>these sorts of rights</w:t>
      </w:r>
      <w:r w:rsidR="43E096EF" w:rsidRPr="002552BD">
        <w:rPr>
          <w:rFonts w:ascii="Arial" w:hAnsi="Arial"/>
        </w:rPr>
        <w:t xml:space="preserve"> within the justice system. So, so we use those as a way of taking us forward, and then you've got </w:t>
      </w:r>
      <w:r w:rsidR="6F4F74A8" w:rsidRPr="002552BD">
        <w:rPr>
          <w:rFonts w:ascii="Arial" w:hAnsi="Arial"/>
        </w:rPr>
        <w:t xml:space="preserve">to – the </w:t>
      </w:r>
      <w:r w:rsidR="43E096EF" w:rsidRPr="002552BD">
        <w:rPr>
          <w:rFonts w:ascii="Arial" w:hAnsi="Arial"/>
        </w:rPr>
        <w:t xml:space="preserve">other thing that makes that work is listening to experts doing your research about what works. And you know, we got </w:t>
      </w:r>
      <w:proofErr w:type="gramStart"/>
      <w:r w:rsidR="43E096EF" w:rsidRPr="002552BD">
        <w:rPr>
          <w:rFonts w:ascii="Arial" w:hAnsi="Arial"/>
        </w:rPr>
        <w:t>in Queensland adult time</w:t>
      </w:r>
      <w:proofErr w:type="gramEnd"/>
      <w:r w:rsidR="43E096EF" w:rsidRPr="002552BD">
        <w:rPr>
          <w:rFonts w:ascii="Arial" w:hAnsi="Arial"/>
        </w:rPr>
        <w:t xml:space="preserve"> for adult crime. And I keep on reminding people, we also have a Youth Justice Act, because we know </w:t>
      </w:r>
      <w:proofErr w:type="gramStart"/>
      <w:r w:rsidR="43E096EF" w:rsidRPr="002552BD">
        <w:rPr>
          <w:rFonts w:ascii="Arial" w:hAnsi="Arial"/>
        </w:rPr>
        <w:t>offending with</w:t>
      </w:r>
      <w:proofErr w:type="gramEnd"/>
      <w:r w:rsidR="43E096EF" w:rsidRPr="002552BD">
        <w:rPr>
          <w:rFonts w:ascii="Arial" w:hAnsi="Arial"/>
        </w:rPr>
        <w:t xml:space="preserve"> young people is totally different to adult offending, and that's why we have a criminal code for adults</w:t>
      </w:r>
      <w:r w:rsidR="4760855D" w:rsidRPr="002552BD">
        <w:rPr>
          <w:rFonts w:ascii="Arial" w:hAnsi="Arial"/>
        </w:rPr>
        <w:t>,</w:t>
      </w:r>
      <w:r w:rsidR="43E096EF" w:rsidRPr="002552BD">
        <w:rPr>
          <w:rFonts w:ascii="Arial" w:hAnsi="Arial"/>
        </w:rPr>
        <w:t xml:space="preserve"> and we have a Youth Justice Act. But now we're blurring those lines, and we should be arguing </w:t>
      </w:r>
      <w:proofErr w:type="gramStart"/>
      <w:r w:rsidR="43E096EF" w:rsidRPr="002552BD">
        <w:rPr>
          <w:rFonts w:ascii="Arial" w:hAnsi="Arial"/>
        </w:rPr>
        <w:t>from</w:t>
      </w:r>
      <w:proofErr w:type="gramEnd"/>
      <w:r w:rsidR="43E096EF" w:rsidRPr="002552BD">
        <w:rPr>
          <w:rFonts w:ascii="Arial" w:hAnsi="Arial"/>
        </w:rPr>
        <w:t xml:space="preserve"> a child like the Convention on the Rights of the Child, the Universal Declaration. There's a guy in New York that reformed the total youth justice system in New York from an over run system falling apart at the seams. And we talked to him. His name is Vince </w:t>
      </w:r>
      <w:proofErr w:type="gramStart"/>
      <w:r w:rsidR="43E096EF" w:rsidRPr="002552BD">
        <w:rPr>
          <w:rFonts w:ascii="Arial" w:hAnsi="Arial"/>
        </w:rPr>
        <w:t>Giraldi</w:t>
      </w:r>
      <w:proofErr w:type="gramEnd"/>
      <w:r w:rsidR="43E096EF" w:rsidRPr="002552BD">
        <w:rPr>
          <w:rFonts w:ascii="Arial" w:hAnsi="Arial"/>
        </w:rPr>
        <w:t xml:space="preserve"> and we talked to him in the Royal Commission. We talked now even, and he said, first thing I did was take advice from experts. And said, </w:t>
      </w:r>
      <w:r w:rsidR="7032EBDB" w:rsidRPr="002552BD">
        <w:rPr>
          <w:rFonts w:ascii="Arial" w:hAnsi="Arial"/>
        </w:rPr>
        <w:t>w</w:t>
      </w:r>
      <w:r w:rsidR="43E096EF" w:rsidRPr="002552BD">
        <w:rPr>
          <w:rFonts w:ascii="Arial" w:hAnsi="Arial"/>
        </w:rPr>
        <w:t>hat you need is a home</w:t>
      </w:r>
      <w:r w:rsidR="1BD50373" w:rsidRPr="002552BD">
        <w:rPr>
          <w:rFonts w:ascii="Arial" w:hAnsi="Arial"/>
        </w:rPr>
        <w:t>-</w:t>
      </w:r>
      <w:r w:rsidR="43E096EF" w:rsidRPr="002552BD">
        <w:rPr>
          <w:rFonts w:ascii="Arial" w:hAnsi="Arial"/>
        </w:rPr>
        <w:t xml:space="preserve">like environment, because we're having all this trouble in there. And we said, </w:t>
      </w:r>
      <w:proofErr w:type="gramStart"/>
      <w:r w:rsidR="43E096EF" w:rsidRPr="002552BD">
        <w:rPr>
          <w:rFonts w:ascii="Arial" w:hAnsi="Arial"/>
        </w:rPr>
        <w:t>so</w:t>
      </w:r>
      <w:proofErr w:type="gramEnd"/>
      <w:r w:rsidR="43E096EF" w:rsidRPr="002552BD">
        <w:rPr>
          <w:rFonts w:ascii="Arial" w:hAnsi="Arial"/>
        </w:rPr>
        <w:t xml:space="preserve"> what do you do</w:t>
      </w:r>
      <w:proofErr w:type="gramStart"/>
      <w:r w:rsidR="43E096EF" w:rsidRPr="002552BD">
        <w:rPr>
          <w:rFonts w:ascii="Arial" w:hAnsi="Arial"/>
        </w:rPr>
        <w:t>?</w:t>
      </w:r>
      <w:proofErr w:type="gramEnd"/>
      <w:r w:rsidR="43E096EF" w:rsidRPr="002552BD">
        <w:rPr>
          <w:rFonts w:ascii="Arial" w:hAnsi="Arial"/>
        </w:rPr>
        <w:t xml:space="preserve"> He said, </w:t>
      </w:r>
      <w:r w:rsidR="07B89D0B" w:rsidRPr="002552BD">
        <w:rPr>
          <w:rFonts w:ascii="Arial" w:hAnsi="Arial"/>
        </w:rPr>
        <w:t>w</w:t>
      </w:r>
      <w:r w:rsidR="43E096EF" w:rsidRPr="002552BD">
        <w:rPr>
          <w:rFonts w:ascii="Arial" w:hAnsi="Arial"/>
        </w:rPr>
        <w:t xml:space="preserve">ell, I didn't have much money, so I just jackhammered out the cement beds, replaced the toilets, stainless steel toilets, with ordinary toilets people have in their homes and put beds in that had </w:t>
      </w:r>
      <w:proofErr w:type="spellStart"/>
      <w:r w:rsidR="43E096EF" w:rsidRPr="002552BD">
        <w:rPr>
          <w:rFonts w:ascii="Arial" w:hAnsi="Arial"/>
        </w:rPr>
        <w:t>doon</w:t>
      </w:r>
      <w:r w:rsidR="7C86B9A5" w:rsidRPr="002552BD">
        <w:rPr>
          <w:rFonts w:ascii="Arial" w:hAnsi="Arial"/>
        </w:rPr>
        <w:t>a</w:t>
      </w:r>
      <w:r w:rsidR="43E096EF" w:rsidRPr="002552BD">
        <w:rPr>
          <w:rFonts w:ascii="Arial" w:hAnsi="Arial"/>
        </w:rPr>
        <w:t>s</w:t>
      </w:r>
      <w:proofErr w:type="spellEnd"/>
      <w:r w:rsidR="43E096EF" w:rsidRPr="002552BD">
        <w:rPr>
          <w:rFonts w:ascii="Arial" w:hAnsi="Arial"/>
        </w:rPr>
        <w:t xml:space="preserve"> and mattresses. And immediately behavior changed</w:t>
      </w:r>
      <w:r w:rsidR="517BF7DA" w:rsidRPr="002552BD">
        <w:rPr>
          <w:rFonts w:ascii="Arial" w:hAnsi="Arial"/>
        </w:rPr>
        <w:t xml:space="preserve">. And </w:t>
      </w:r>
      <w:r w:rsidR="43E096EF" w:rsidRPr="002552BD">
        <w:rPr>
          <w:rFonts w:ascii="Arial" w:hAnsi="Arial"/>
        </w:rPr>
        <w:t xml:space="preserve">that's what the </w:t>
      </w:r>
      <w:proofErr w:type="gramStart"/>
      <w:r w:rsidR="43E096EF" w:rsidRPr="002552BD">
        <w:rPr>
          <w:rFonts w:ascii="Arial" w:hAnsi="Arial"/>
        </w:rPr>
        <w:t>expert</w:t>
      </w:r>
      <w:proofErr w:type="gramEnd"/>
      <w:r w:rsidR="43E096EF" w:rsidRPr="002552BD">
        <w:rPr>
          <w:rFonts w:ascii="Arial" w:hAnsi="Arial"/>
        </w:rPr>
        <w:t xml:space="preserve"> </w:t>
      </w:r>
      <w:proofErr w:type="gramStart"/>
      <w:r w:rsidR="43E096EF" w:rsidRPr="002552BD">
        <w:rPr>
          <w:rFonts w:ascii="Arial" w:hAnsi="Arial"/>
        </w:rPr>
        <w:t>tell</w:t>
      </w:r>
      <w:proofErr w:type="gramEnd"/>
      <w:r w:rsidR="43E096EF" w:rsidRPr="002552BD">
        <w:rPr>
          <w:rFonts w:ascii="Arial" w:hAnsi="Arial"/>
        </w:rPr>
        <w:t xml:space="preserve"> us, </w:t>
      </w:r>
      <w:proofErr w:type="gramStart"/>
      <w:r w:rsidR="43E096EF" w:rsidRPr="002552BD">
        <w:rPr>
          <w:rFonts w:ascii="Arial" w:hAnsi="Arial"/>
        </w:rPr>
        <w:t>have</w:t>
      </w:r>
      <w:proofErr w:type="gramEnd"/>
      <w:r w:rsidR="43E096EF" w:rsidRPr="002552BD">
        <w:rPr>
          <w:rFonts w:ascii="Arial" w:hAnsi="Arial"/>
        </w:rPr>
        <w:t xml:space="preserve"> </w:t>
      </w:r>
      <w:proofErr w:type="gramStart"/>
      <w:r w:rsidR="43E096EF" w:rsidRPr="002552BD">
        <w:rPr>
          <w:rFonts w:ascii="Arial" w:hAnsi="Arial"/>
        </w:rPr>
        <w:t xml:space="preserve">home </w:t>
      </w:r>
      <w:proofErr w:type="gramEnd"/>
      <w:r w:rsidR="43E096EF" w:rsidRPr="002552BD">
        <w:rPr>
          <w:rFonts w:ascii="Arial" w:hAnsi="Arial"/>
        </w:rPr>
        <w:t xml:space="preserve">like environment, not a punitive system. So along with the rights, you've got to listen to people who know what they're doing and listen to them and take that on. </w:t>
      </w:r>
      <w:proofErr w:type="gramStart"/>
      <w:r w:rsidR="43E096EF" w:rsidRPr="002552BD">
        <w:rPr>
          <w:rFonts w:ascii="Arial" w:hAnsi="Arial"/>
        </w:rPr>
        <w:t>So</w:t>
      </w:r>
      <w:proofErr w:type="gramEnd"/>
      <w:r w:rsidR="43E096EF" w:rsidRPr="002552BD">
        <w:rPr>
          <w:rFonts w:ascii="Arial" w:hAnsi="Arial"/>
        </w:rPr>
        <w:t xml:space="preserve"> I think human rights leads to that.</w:t>
      </w:r>
    </w:p>
    <w:p w14:paraId="0562CB0E" w14:textId="77777777" w:rsidR="00225C9B" w:rsidRPr="002552BD" w:rsidRDefault="00225C9B">
      <w:pPr>
        <w:spacing w:after="0"/>
      </w:pPr>
    </w:p>
    <w:p w14:paraId="05B2914E" w14:textId="486AB34C" w:rsidR="00225C9B" w:rsidRPr="002552BD" w:rsidRDefault="1BF3E406" w:rsidP="63626EF3">
      <w:pPr>
        <w:spacing w:after="0"/>
        <w:rPr>
          <w:rFonts w:ascii="Arial" w:hAnsi="Arial"/>
          <w:color w:val="5D7284"/>
        </w:rPr>
      </w:pPr>
      <w:r w:rsidRPr="002552BD">
        <w:rPr>
          <w:rFonts w:ascii="Arial" w:hAnsi="Arial"/>
          <w:b/>
          <w:bCs/>
        </w:rPr>
        <w:t xml:space="preserve">Solua </w:t>
      </w:r>
      <w:proofErr w:type="gramStart"/>
      <w:r w:rsidRPr="002552BD">
        <w:rPr>
          <w:rFonts w:ascii="Arial" w:hAnsi="Arial"/>
          <w:b/>
          <w:bCs/>
        </w:rPr>
        <w:t>Middleton</w:t>
      </w:r>
      <w:r w:rsidR="63626EF3" w:rsidRPr="002552BD">
        <w:rPr>
          <w:rFonts w:ascii="Arial" w:hAnsi="Arial"/>
          <w:b/>
          <w:bCs/>
        </w:rPr>
        <w:t xml:space="preserve">  </w:t>
      </w:r>
      <w:r w:rsidR="63626EF3" w:rsidRPr="002552BD">
        <w:rPr>
          <w:rFonts w:ascii="Arial" w:hAnsi="Arial"/>
          <w:color w:val="5D7284"/>
        </w:rPr>
        <w:t>17:59</w:t>
      </w:r>
      <w:proofErr w:type="gramEnd"/>
    </w:p>
    <w:p w14:paraId="0303D63E" w14:textId="6CD83EA4" w:rsidR="00225C9B" w:rsidRPr="002552BD" w:rsidRDefault="63626EF3">
      <w:pPr>
        <w:spacing w:after="0"/>
      </w:pPr>
      <w:r w:rsidRPr="002552BD">
        <w:rPr>
          <w:rFonts w:ascii="Arial" w:hAnsi="Arial"/>
        </w:rPr>
        <w:t xml:space="preserve">Queensland Aboriginal and Torres Strait Islander Children's Commissioner Natalie Lewis says there's been some progress in child protection, but not enough. </w:t>
      </w:r>
    </w:p>
    <w:p w14:paraId="45257E43" w14:textId="25A568DB" w:rsidR="00225C9B" w:rsidRPr="002552BD" w:rsidRDefault="00225C9B" w:rsidP="63626EF3">
      <w:pPr>
        <w:spacing w:after="0"/>
        <w:rPr>
          <w:rFonts w:ascii="Arial" w:hAnsi="Arial"/>
        </w:rPr>
      </w:pPr>
    </w:p>
    <w:p w14:paraId="3CC09062" w14:textId="3DE36415" w:rsidR="00225C9B" w:rsidRPr="002552BD" w:rsidRDefault="2B8C2059" w:rsidP="63626EF3">
      <w:pPr>
        <w:spacing w:after="0"/>
        <w:rPr>
          <w:rFonts w:ascii="Arial" w:hAnsi="Arial"/>
          <w:color w:val="5D7284"/>
        </w:rPr>
      </w:pPr>
      <w:r w:rsidRPr="002552BD">
        <w:rPr>
          <w:rFonts w:ascii="Arial" w:hAnsi="Arial"/>
          <w:b/>
          <w:bCs/>
        </w:rPr>
        <w:t>Natalie Lewis</w:t>
      </w:r>
      <w:r w:rsidR="67273A2C" w:rsidRPr="002552BD">
        <w:rPr>
          <w:rFonts w:ascii="Arial" w:hAnsi="Arial"/>
          <w:b/>
          <w:bCs/>
        </w:rPr>
        <w:t xml:space="preserve"> </w:t>
      </w:r>
      <w:r w:rsidR="67273A2C" w:rsidRPr="002552BD">
        <w:rPr>
          <w:rFonts w:ascii="Arial" w:hAnsi="Arial"/>
          <w:color w:val="5D7284"/>
        </w:rPr>
        <w:t>18:09</w:t>
      </w:r>
    </w:p>
    <w:p w14:paraId="541E5230" w14:textId="2206D513" w:rsidR="00225C9B" w:rsidRPr="002552BD" w:rsidRDefault="63626EF3" w:rsidP="6386EAB5">
      <w:pPr>
        <w:spacing w:after="0"/>
        <w:rPr>
          <w:rFonts w:ascii="Arial" w:hAnsi="Arial"/>
        </w:rPr>
      </w:pPr>
      <w:r w:rsidRPr="002552BD">
        <w:rPr>
          <w:rFonts w:ascii="Arial" w:hAnsi="Arial"/>
        </w:rPr>
        <w:t xml:space="preserve">We're not in a good place to be honest, you know? And I think for me, that is stark every single day, because I work in the space of child protection and youth justice. So as a </w:t>
      </w:r>
      <w:r w:rsidR="4090CCC5" w:rsidRPr="002552BD">
        <w:rPr>
          <w:rFonts w:ascii="Arial" w:hAnsi="Arial"/>
        </w:rPr>
        <w:t>C</w:t>
      </w:r>
      <w:r w:rsidRPr="002552BD">
        <w:rPr>
          <w:rFonts w:ascii="Arial" w:hAnsi="Arial"/>
        </w:rPr>
        <w:t xml:space="preserve">ommissioner, I've got a role in terms of a statutory oversight of those two systems. And in those two systems, on an almost daily basis, I see almost a willful disregard of the rights of Aboriginal and Torres Strait Islander children. And so when we look at areas like youth justice, you know, we have an amazing </w:t>
      </w:r>
      <w:r w:rsidR="6F1FB815" w:rsidRPr="002552BD">
        <w:rPr>
          <w:rFonts w:ascii="Arial" w:hAnsi="Arial"/>
        </w:rPr>
        <w:t>H</w:t>
      </w:r>
      <w:r w:rsidRPr="002552BD">
        <w:rPr>
          <w:rFonts w:ascii="Arial" w:hAnsi="Arial"/>
        </w:rPr>
        <w:t xml:space="preserve">uman </w:t>
      </w:r>
      <w:r w:rsidR="437B4795" w:rsidRPr="002552BD">
        <w:rPr>
          <w:rFonts w:ascii="Arial" w:hAnsi="Arial"/>
        </w:rPr>
        <w:t>R</w:t>
      </w:r>
      <w:r w:rsidRPr="002552BD">
        <w:rPr>
          <w:rFonts w:ascii="Arial" w:hAnsi="Arial"/>
        </w:rPr>
        <w:t>ights act in Queensland, but it's been overridden twice, and in both of those occasions, it's been in relation to children, and the children who are most disproportionately adversely affected by that are Aboriginal and Torres Strait Islander children. One of the biggest concerns for me right now is, you know, the children that we have in custody in watch houses across the state, children who the denial of the most basic human rights</w:t>
      </w:r>
      <w:r w:rsidR="3326D899" w:rsidRPr="002552BD">
        <w:rPr>
          <w:rFonts w:ascii="Arial" w:hAnsi="Arial"/>
        </w:rPr>
        <w:t xml:space="preserve"> -</w:t>
      </w:r>
      <w:r w:rsidRPr="002552BD">
        <w:rPr>
          <w:rFonts w:ascii="Arial" w:hAnsi="Arial"/>
        </w:rPr>
        <w:t xml:space="preserve"> our most vulnerable children essentially being caught up in what has been really, you know, a political discourse around tough on Crime, around this sort of </w:t>
      </w:r>
      <w:proofErr w:type="spellStart"/>
      <w:r w:rsidRPr="002552BD">
        <w:rPr>
          <w:rFonts w:ascii="Arial" w:hAnsi="Arial"/>
        </w:rPr>
        <w:t>demoni</w:t>
      </w:r>
      <w:r w:rsidR="4E0C06BE" w:rsidRPr="002552BD">
        <w:rPr>
          <w:rFonts w:ascii="Arial" w:hAnsi="Arial"/>
        </w:rPr>
        <w:t>s</w:t>
      </w:r>
      <w:r w:rsidRPr="002552BD">
        <w:rPr>
          <w:rFonts w:ascii="Arial" w:hAnsi="Arial"/>
        </w:rPr>
        <w:t>ing</w:t>
      </w:r>
      <w:proofErr w:type="spellEnd"/>
      <w:r w:rsidRPr="002552BD">
        <w:rPr>
          <w:rFonts w:ascii="Arial" w:hAnsi="Arial"/>
        </w:rPr>
        <w:t xml:space="preserve"> of children and young people as sort of the cause of every harm that's happening in communities. And </w:t>
      </w:r>
      <w:proofErr w:type="gramStart"/>
      <w:r w:rsidRPr="002552BD">
        <w:rPr>
          <w:rFonts w:ascii="Arial" w:hAnsi="Arial"/>
        </w:rPr>
        <w:t>so</w:t>
      </w:r>
      <w:proofErr w:type="gramEnd"/>
      <w:r w:rsidRPr="002552BD">
        <w:rPr>
          <w:rFonts w:ascii="Arial" w:hAnsi="Arial"/>
        </w:rPr>
        <w:t xml:space="preserve"> our inability as a system to be able to see them as rights holders and to respond to them with compassion in equal </w:t>
      </w:r>
      <w:proofErr w:type="gramStart"/>
      <w:r w:rsidRPr="002552BD">
        <w:rPr>
          <w:rFonts w:ascii="Arial" w:hAnsi="Arial"/>
        </w:rPr>
        <w:t>measure</w:t>
      </w:r>
      <w:proofErr w:type="gramEnd"/>
      <w:r w:rsidRPr="002552BD">
        <w:rPr>
          <w:rFonts w:ascii="Arial" w:hAnsi="Arial"/>
        </w:rPr>
        <w:t xml:space="preserve"> has just not been part of the landscape in the last 18 months</w:t>
      </w:r>
      <w:r w:rsidR="4766E636" w:rsidRPr="002552BD">
        <w:rPr>
          <w:rFonts w:ascii="Arial" w:hAnsi="Arial"/>
        </w:rPr>
        <w:t>.</w:t>
      </w:r>
    </w:p>
    <w:p w14:paraId="34CE0A41" w14:textId="77777777" w:rsidR="00225C9B" w:rsidRPr="002552BD" w:rsidRDefault="00225C9B">
      <w:pPr>
        <w:spacing w:after="0"/>
      </w:pPr>
    </w:p>
    <w:p w14:paraId="111B1433" w14:textId="23285AC2" w:rsidR="00225C9B" w:rsidRPr="002552BD" w:rsidRDefault="283B9871" w:rsidP="283B9871">
      <w:pPr>
        <w:spacing w:after="0"/>
        <w:rPr>
          <w:rFonts w:ascii="Arial" w:hAnsi="Arial"/>
          <w:color w:val="5D7284"/>
        </w:rPr>
      </w:pPr>
      <w:r w:rsidRPr="002552BD">
        <w:rPr>
          <w:rFonts w:ascii="Arial" w:hAnsi="Arial"/>
          <w:b/>
          <w:bCs/>
        </w:rPr>
        <w:t xml:space="preserve">Solua </w:t>
      </w:r>
      <w:proofErr w:type="gramStart"/>
      <w:r w:rsidRPr="002552BD">
        <w:rPr>
          <w:rFonts w:ascii="Arial" w:hAnsi="Arial"/>
          <w:b/>
          <w:bCs/>
        </w:rPr>
        <w:t xml:space="preserve">Middleton  </w:t>
      </w:r>
      <w:r w:rsidRPr="002552BD">
        <w:rPr>
          <w:rFonts w:ascii="Arial" w:hAnsi="Arial"/>
          <w:color w:val="5D7284"/>
        </w:rPr>
        <w:t>19:4</w:t>
      </w:r>
      <w:r w:rsidR="630153FC" w:rsidRPr="002552BD">
        <w:rPr>
          <w:rFonts w:ascii="Arial" w:hAnsi="Arial"/>
          <w:color w:val="5D7284"/>
        </w:rPr>
        <w:t>4</w:t>
      </w:r>
      <w:proofErr w:type="gramEnd"/>
    </w:p>
    <w:p w14:paraId="679DBDCF" w14:textId="075F63E5" w:rsidR="00225C9B" w:rsidRPr="002552BD" w:rsidRDefault="0D28DEFC">
      <w:pPr>
        <w:spacing w:after="0"/>
      </w:pPr>
      <w:r w:rsidRPr="002552BD">
        <w:rPr>
          <w:rFonts w:ascii="Arial" w:hAnsi="Arial"/>
        </w:rPr>
        <w:lastRenderedPageBreak/>
        <w:t>W</w:t>
      </w:r>
      <w:r w:rsidR="63626EF3" w:rsidRPr="002552BD">
        <w:rPr>
          <w:rFonts w:ascii="Arial" w:hAnsi="Arial"/>
        </w:rPr>
        <w:t>hat do you see as the most urgent human rights issue facing Aboriginal and Torres Strait Islander people today?</w:t>
      </w:r>
    </w:p>
    <w:p w14:paraId="62EBF3C5" w14:textId="77777777" w:rsidR="00225C9B" w:rsidRPr="002552BD" w:rsidRDefault="00225C9B">
      <w:pPr>
        <w:spacing w:after="0"/>
      </w:pPr>
    </w:p>
    <w:p w14:paraId="65737ABF" w14:textId="4B1AC3C7" w:rsidR="00225C9B" w:rsidRPr="002552BD" w:rsidRDefault="645C1498" w:rsidP="645C1498">
      <w:pPr>
        <w:spacing w:after="0"/>
        <w:rPr>
          <w:rFonts w:ascii="Arial" w:hAnsi="Arial"/>
          <w:color w:val="5D7284"/>
        </w:rPr>
      </w:pPr>
      <w:r w:rsidRPr="002552BD">
        <w:rPr>
          <w:rFonts w:ascii="Arial" w:hAnsi="Arial"/>
          <w:b/>
          <w:bCs/>
        </w:rPr>
        <w:t xml:space="preserve">Mick </w:t>
      </w:r>
      <w:proofErr w:type="gramStart"/>
      <w:r w:rsidRPr="002552BD">
        <w:rPr>
          <w:rFonts w:ascii="Arial" w:hAnsi="Arial"/>
          <w:b/>
          <w:bCs/>
        </w:rPr>
        <w:t xml:space="preserve">Gooda  </w:t>
      </w:r>
      <w:r w:rsidRPr="002552BD">
        <w:rPr>
          <w:rFonts w:ascii="Arial" w:hAnsi="Arial"/>
          <w:color w:val="5D7284"/>
        </w:rPr>
        <w:t>19:5</w:t>
      </w:r>
      <w:r w:rsidR="611372F5" w:rsidRPr="002552BD">
        <w:rPr>
          <w:rFonts w:ascii="Arial" w:hAnsi="Arial"/>
          <w:color w:val="5D7284"/>
        </w:rPr>
        <w:t>2</w:t>
      </w:r>
      <w:proofErr w:type="gramEnd"/>
    </w:p>
    <w:p w14:paraId="675A8F38" w14:textId="49CEE505" w:rsidR="00225C9B" w:rsidRPr="002552BD" w:rsidRDefault="46BEEC74" w:rsidP="0950B01E">
      <w:pPr>
        <w:spacing w:after="0"/>
        <w:rPr>
          <w:rFonts w:ascii="Arial" w:hAnsi="Arial"/>
        </w:rPr>
      </w:pPr>
      <w:r w:rsidRPr="002552BD">
        <w:rPr>
          <w:rFonts w:ascii="Arial" w:hAnsi="Arial"/>
        </w:rPr>
        <w:t>It's being</w:t>
      </w:r>
      <w:r w:rsidR="0048520B" w:rsidRPr="002552BD">
        <w:rPr>
          <w:rFonts w:ascii="Arial" w:hAnsi="Arial"/>
        </w:rPr>
        <w:t>-</w:t>
      </w:r>
      <w:r w:rsidRPr="002552BD">
        <w:rPr>
          <w:rFonts w:ascii="Arial" w:hAnsi="Arial"/>
        </w:rPr>
        <w:t xml:space="preserve"> being able to participate in decisions that affect you, because I can</w:t>
      </w:r>
      <w:r w:rsidR="1C2E0D4B" w:rsidRPr="002552BD">
        <w:rPr>
          <w:rFonts w:ascii="Arial" w:hAnsi="Arial"/>
        </w:rPr>
        <w:t xml:space="preserve"> r</w:t>
      </w:r>
      <w:r w:rsidRPr="002552BD">
        <w:rPr>
          <w:rFonts w:ascii="Arial" w:hAnsi="Arial"/>
        </w:rPr>
        <w:t>un off justice, I can run off housing, I can run off employment. I'm not that interested in what government wants right now, but what I am interested in is what we want, and that's what we should control. That's taking our power back, and that's not even considering we'll cross that bridge when we get to it, because the purpose is eventually to have a relationship with government, but right now, what we've got to do in that room is actually get ourselves together, and that'll form all sorts of healing, that'll that we've taken control back, that we're going to get over the trauma of the referendum.</w:t>
      </w:r>
    </w:p>
    <w:p w14:paraId="6D98A12B" w14:textId="47FBE111" w:rsidR="00225C9B" w:rsidRPr="002552BD" w:rsidRDefault="00225C9B" w:rsidP="6C4A1EF8">
      <w:pPr>
        <w:spacing w:after="0"/>
      </w:pPr>
    </w:p>
    <w:p w14:paraId="312E87FC"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20:36</w:t>
      </w:r>
      <w:proofErr w:type="gramEnd"/>
    </w:p>
    <w:p w14:paraId="3F0D2F9B" w14:textId="3CBC622C" w:rsidR="00225C9B" w:rsidRPr="002552BD" w:rsidRDefault="6C4A1EF8" w:rsidP="0A90526B">
      <w:pPr>
        <w:spacing w:after="0"/>
        <w:rPr>
          <w:rFonts w:ascii="Arial" w:hAnsi="Arial"/>
        </w:rPr>
      </w:pPr>
      <w:r w:rsidRPr="002552BD">
        <w:rPr>
          <w:rFonts w:ascii="Arial" w:hAnsi="Arial"/>
        </w:rPr>
        <w:t xml:space="preserve">We do have a newly </w:t>
      </w:r>
      <w:r w:rsidR="517D04DF" w:rsidRPr="002552BD">
        <w:rPr>
          <w:rFonts w:ascii="Arial" w:hAnsi="Arial"/>
        </w:rPr>
        <w:t>reelected</w:t>
      </w:r>
      <w:r w:rsidRPr="002552BD">
        <w:rPr>
          <w:rFonts w:ascii="Arial" w:hAnsi="Arial"/>
        </w:rPr>
        <w:t xml:space="preserve"> </w:t>
      </w:r>
      <w:r w:rsidR="377B9B41" w:rsidRPr="002552BD">
        <w:rPr>
          <w:rFonts w:ascii="Arial" w:hAnsi="Arial"/>
        </w:rPr>
        <w:t>P</w:t>
      </w:r>
      <w:r w:rsidRPr="002552BD">
        <w:rPr>
          <w:rFonts w:ascii="Arial" w:hAnsi="Arial"/>
        </w:rPr>
        <w:t xml:space="preserve">rime </w:t>
      </w:r>
      <w:r w:rsidR="10462538" w:rsidRPr="002552BD">
        <w:rPr>
          <w:rFonts w:ascii="Arial" w:hAnsi="Arial"/>
        </w:rPr>
        <w:t>M</w:t>
      </w:r>
      <w:r w:rsidRPr="002552BD">
        <w:rPr>
          <w:rFonts w:ascii="Arial" w:hAnsi="Arial"/>
        </w:rPr>
        <w:t>inister and a new Queensland Premier. What's your message to Anthony Albanese and David C</w:t>
      </w:r>
      <w:r w:rsidR="0A90526B" w:rsidRPr="002552BD">
        <w:rPr>
          <w:rFonts w:ascii="Arial" w:hAnsi="Arial"/>
        </w:rPr>
        <w:t>ris</w:t>
      </w:r>
      <w:r w:rsidR="13652E08" w:rsidRPr="002552BD">
        <w:rPr>
          <w:rFonts w:ascii="Arial" w:hAnsi="Arial"/>
        </w:rPr>
        <w:t>afulli?</w:t>
      </w:r>
    </w:p>
    <w:p w14:paraId="2946DB82" w14:textId="77777777" w:rsidR="00225C9B" w:rsidRPr="002552BD" w:rsidRDefault="00225C9B">
      <w:pPr>
        <w:spacing w:after="0"/>
      </w:pPr>
    </w:p>
    <w:p w14:paraId="5B43BAA3"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20:50</w:t>
      </w:r>
      <w:proofErr w:type="gramEnd"/>
    </w:p>
    <w:p w14:paraId="6B4B7FB0" w14:textId="4358CC77" w:rsidR="00225C9B" w:rsidRPr="002552BD" w:rsidRDefault="55462A67" w:rsidP="55462A67">
      <w:pPr>
        <w:spacing w:after="0"/>
        <w:rPr>
          <w:rFonts w:ascii="Arial" w:hAnsi="Arial"/>
        </w:rPr>
      </w:pPr>
      <w:r w:rsidRPr="002552BD">
        <w:rPr>
          <w:rFonts w:ascii="Arial" w:hAnsi="Arial"/>
        </w:rPr>
        <w:t xml:space="preserve">Same message I give everyone that's </w:t>
      </w:r>
      <w:r w:rsidR="28BBCAEE" w:rsidRPr="002552BD">
        <w:rPr>
          <w:rFonts w:ascii="Arial" w:hAnsi="Arial"/>
        </w:rPr>
        <w:t>“</w:t>
      </w:r>
      <w:r w:rsidRPr="002552BD">
        <w:rPr>
          <w:rFonts w:ascii="Arial" w:hAnsi="Arial"/>
        </w:rPr>
        <w:t>listen to us</w:t>
      </w:r>
      <w:r w:rsidR="1C028EB7" w:rsidRPr="002552BD">
        <w:rPr>
          <w:rFonts w:ascii="Arial" w:hAnsi="Arial"/>
        </w:rPr>
        <w:t>”</w:t>
      </w:r>
      <w:r w:rsidRPr="002552BD">
        <w:rPr>
          <w:rFonts w:ascii="Arial" w:hAnsi="Arial"/>
        </w:rPr>
        <w:t xml:space="preserve">. Listen to us on the big issues, like the broad, strategic issues, but then you </w:t>
      </w:r>
      <w:proofErr w:type="spellStart"/>
      <w:r w:rsidRPr="002552BD">
        <w:rPr>
          <w:rFonts w:ascii="Arial" w:hAnsi="Arial"/>
        </w:rPr>
        <w:t>gotta</w:t>
      </w:r>
      <w:proofErr w:type="spellEnd"/>
      <w:r w:rsidRPr="002552BD">
        <w:rPr>
          <w:rFonts w:ascii="Arial" w:hAnsi="Arial"/>
        </w:rPr>
        <w:t xml:space="preserve"> go and listen to communities</w:t>
      </w:r>
    </w:p>
    <w:p w14:paraId="5997CC1D" w14:textId="77777777" w:rsidR="00225C9B" w:rsidRPr="002552BD" w:rsidRDefault="00225C9B">
      <w:pPr>
        <w:spacing w:after="0"/>
      </w:pPr>
    </w:p>
    <w:p w14:paraId="6B7298E7"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21:06</w:t>
      </w:r>
      <w:proofErr w:type="gramEnd"/>
    </w:p>
    <w:p w14:paraId="34FAD057" w14:textId="77777777" w:rsidR="00225C9B" w:rsidRPr="002552BD" w:rsidRDefault="00B73576">
      <w:pPr>
        <w:spacing w:after="0"/>
      </w:pPr>
      <w:r w:rsidRPr="002552BD">
        <w:rPr>
          <w:rFonts w:ascii="Arial" w:hAnsi="Arial"/>
        </w:rPr>
        <w:t>What does healing mean to you? Personally?</w:t>
      </w:r>
    </w:p>
    <w:p w14:paraId="110FFD37" w14:textId="77777777" w:rsidR="00225C9B" w:rsidRPr="002552BD" w:rsidRDefault="00225C9B">
      <w:pPr>
        <w:spacing w:after="0"/>
      </w:pPr>
    </w:p>
    <w:p w14:paraId="28DB0AA5" w14:textId="77777777" w:rsidR="00225C9B" w:rsidRPr="002552BD" w:rsidRDefault="00B73576">
      <w:pPr>
        <w:spacing w:after="0"/>
      </w:pPr>
      <w:r w:rsidRPr="002552BD">
        <w:rPr>
          <w:rFonts w:ascii="Arial" w:hAnsi="Arial"/>
          <w:b/>
        </w:rPr>
        <w:t xml:space="preserve">Mick </w:t>
      </w:r>
      <w:proofErr w:type="gramStart"/>
      <w:r w:rsidRPr="002552BD">
        <w:rPr>
          <w:rFonts w:ascii="Arial" w:hAnsi="Arial"/>
          <w:b/>
        </w:rPr>
        <w:t xml:space="preserve">Gooda  </w:t>
      </w:r>
      <w:r w:rsidRPr="002552BD">
        <w:rPr>
          <w:rFonts w:ascii="Arial" w:hAnsi="Arial"/>
          <w:color w:val="5D7284"/>
        </w:rPr>
        <w:t>21:08</w:t>
      </w:r>
      <w:proofErr w:type="gramEnd"/>
    </w:p>
    <w:p w14:paraId="265399D3" w14:textId="6A1A4BC0" w:rsidR="00225C9B" w:rsidRPr="002552BD" w:rsidRDefault="63626EF3" w:rsidP="0573C9F3">
      <w:pPr>
        <w:spacing w:after="0"/>
        <w:rPr>
          <w:rFonts w:ascii="Arial" w:hAnsi="Arial"/>
        </w:rPr>
      </w:pPr>
      <w:r w:rsidRPr="002552BD">
        <w:rPr>
          <w:rFonts w:ascii="Arial" w:hAnsi="Arial"/>
        </w:rPr>
        <w:t>It all depends</w:t>
      </w:r>
      <w:r w:rsidR="072AF5EC" w:rsidRPr="002552BD">
        <w:rPr>
          <w:rFonts w:ascii="Arial" w:hAnsi="Arial"/>
        </w:rPr>
        <w:t>,</w:t>
      </w:r>
      <w:r w:rsidRPr="002552BD">
        <w:rPr>
          <w:rFonts w:ascii="Arial" w:hAnsi="Arial"/>
        </w:rPr>
        <w:t xml:space="preserve"> what context you're talking about. I think we've all got to heal like I say to, you know, </w:t>
      </w:r>
      <w:r w:rsidR="5A36A686" w:rsidRPr="002552BD">
        <w:rPr>
          <w:rFonts w:ascii="Arial" w:hAnsi="Arial"/>
        </w:rPr>
        <w:t>particularly</w:t>
      </w:r>
      <w:r w:rsidRPr="002552BD">
        <w:rPr>
          <w:rFonts w:ascii="Arial" w:hAnsi="Arial"/>
        </w:rPr>
        <w:t xml:space="preserve"> the right wing, say that, then Black fellas just got to get over it, you know, just get over it. And I say to </w:t>
      </w:r>
      <w:proofErr w:type="spellStart"/>
      <w:r w:rsidR="5A48E552" w:rsidRPr="002552BD">
        <w:rPr>
          <w:rFonts w:ascii="Arial" w:hAnsi="Arial"/>
        </w:rPr>
        <w:t>em</w:t>
      </w:r>
      <w:proofErr w:type="spellEnd"/>
      <w:r w:rsidRPr="002552BD">
        <w:rPr>
          <w:rFonts w:ascii="Arial" w:hAnsi="Arial"/>
        </w:rPr>
        <w:t xml:space="preserve">, </w:t>
      </w:r>
      <w:r w:rsidR="269215F2" w:rsidRPr="002552BD">
        <w:rPr>
          <w:rFonts w:ascii="Arial" w:hAnsi="Arial"/>
        </w:rPr>
        <w:t>y</w:t>
      </w:r>
      <w:r w:rsidRPr="002552BD">
        <w:rPr>
          <w:rFonts w:ascii="Arial" w:hAnsi="Arial"/>
        </w:rPr>
        <w:t xml:space="preserve">ou know what, I really want to get over it. I want to get over that. My mum lost </w:t>
      </w:r>
      <w:proofErr w:type="gramStart"/>
      <w:r w:rsidRPr="002552BD">
        <w:rPr>
          <w:rFonts w:ascii="Arial" w:hAnsi="Arial"/>
        </w:rPr>
        <w:t>all of</w:t>
      </w:r>
      <w:proofErr w:type="gramEnd"/>
      <w:r w:rsidRPr="002552BD">
        <w:rPr>
          <w:rFonts w:ascii="Arial" w:hAnsi="Arial"/>
        </w:rPr>
        <w:t xml:space="preserve"> her money when she was a domestic, taken from </w:t>
      </w:r>
      <w:proofErr w:type="spellStart"/>
      <w:r w:rsidR="399A7EA4" w:rsidRPr="002552BD">
        <w:rPr>
          <w:rFonts w:ascii="Arial" w:hAnsi="Arial"/>
        </w:rPr>
        <w:t>Woorabinda</w:t>
      </w:r>
      <w:proofErr w:type="spellEnd"/>
      <w:r w:rsidR="399A7EA4" w:rsidRPr="002552BD">
        <w:rPr>
          <w:rFonts w:ascii="Arial" w:hAnsi="Arial"/>
        </w:rPr>
        <w:t xml:space="preserve"> </w:t>
      </w:r>
      <w:r w:rsidRPr="002552BD">
        <w:rPr>
          <w:rFonts w:ascii="Arial" w:hAnsi="Arial"/>
        </w:rPr>
        <w:t xml:space="preserve">and was, you know, when </w:t>
      </w:r>
      <w:proofErr w:type="gramStart"/>
      <w:r w:rsidRPr="002552BD">
        <w:rPr>
          <w:rFonts w:ascii="Arial" w:hAnsi="Arial"/>
        </w:rPr>
        <w:t>she's</w:t>
      </w:r>
      <w:proofErr w:type="gramEnd"/>
      <w:r w:rsidRPr="002552BD">
        <w:rPr>
          <w:rFonts w:ascii="Arial" w:hAnsi="Arial"/>
        </w:rPr>
        <w:t xml:space="preserve"> 13</w:t>
      </w:r>
      <w:r w:rsidR="21740C7A" w:rsidRPr="002552BD">
        <w:rPr>
          <w:rFonts w:ascii="Arial" w:hAnsi="Arial"/>
        </w:rPr>
        <w:t>,</w:t>
      </w:r>
      <w:r w:rsidR="6CD876D8" w:rsidRPr="002552BD">
        <w:rPr>
          <w:rFonts w:ascii="Arial" w:hAnsi="Arial"/>
        </w:rPr>
        <w:t xml:space="preserve"> </w:t>
      </w:r>
      <w:r w:rsidRPr="002552BD">
        <w:rPr>
          <w:rFonts w:ascii="Arial" w:hAnsi="Arial"/>
        </w:rPr>
        <w:t xml:space="preserve">14, to become a domestic in these cattle properties, and lost 80% of her money in the stolen wages. Now I would love to get over </w:t>
      </w:r>
      <w:proofErr w:type="gramStart"/>
      <w:r w:rsidRPr="002552BD">
        <w:rPr>
          <w:rFonts w:ascii="Arial" w:hAnsi="Arial"/>
        </w:rPr>
        <w:t>that, but</w:t>
      </w:r>
      <w:proofErr w:type="gramEnd"/>
      <w:r w:rsidRPr="002552BD">
        <w:rPr>
          <w:rFonts w:ascii="Arial" w:hAnsi="Arial"/>
        </w:rPr>
        <w:t xml:space="preserve"> guess what we're doing in the Northern Territory at the time we did Income Management, so we're still managing people's money. I'd love to get over that. I'd love to get over the Stolen Generations, but we've got now more kids in care than Mick Dodson wrote his report. </w:t>
      </w:r>
      <w:proofErr w:type="gramStart"/>
      <w:r w:rsidRPr="002552BD">
        <w:rPr>
          <w:rFonts w:ascii="Arial" w:hAnsi="Arial"/>
        </w:rPr>
        <w:t>So</w:t>
      </w:r>
      <w:proofErr w:type="gramEnd"/>
      <w:r w:rsidRPr="002552BD">
        <w:rPr>
          <w:rFonts w:ascii="Arial" w:hAnsi="Arial"/>
        </w:rPr>
        <w:t xml:space="preserve"> I'd love to get over the </w:t>
      </w:r>
      <w:r w:rsidR="33F9DE2E" w:rsidRPr="002552BD">
        <w:rPr>
          <w:rFonts w:ascii="Arial" w:hAnsi="Arial"/>
        </w:rPr>
        <w:t>S</w:t>
      </w:r>
      <w:r w:rsidRPr="002552BD">
        <w:rPr>
          <w:rFonts w:ascii="Arial" w:hAnsi="Arial"/>
        </w:rPr>
        <w:t xml:space="preserve">tolen </w:t>
      </w:r>
      <w:r w:rsidR="229C736B" w:rsidRPr="002552BD">
        <w:rPr>
          <w:rFonts w:ascii="Arial" w:hAnsi="Arial"/>
        </w:rPr>
        <w:t>G</w:t>
      </w:r>
      <w:r w:rsidRPr="002552BD">
        <w:rPr>
          <w:rFonts w:ascii="Arial" w:hAnsi="Arial"/>
        </w:rPr>
        <w:t xml:space="preserve">eneration, but that's still happening and so I think for hit, for one level healing, is that, for me, it's </w:t>
      </w:r>
      <w:proofErr w:type="gramStart"/>
      <w:r w:rsidRPr="002552BD">
        <w:rPr>
          <w:rFonts w:ascii="Arial" w:hAnsi="Arial"/>
        </w:rPr>
        <w:t>actually looking</w:t>
      </w:r>
      <w:proofErr w:type="gramEnd"/>
      <w:r w:rsidRPr="002552BD">
        <w:rPr>
          <w:rFonts w:ascii="Arial" w:hAnsi="Arial"/>
        </w:rPr>
        <w:t xml:space="preserve"> deeper into what's happening. </w:t>
      </w:r>
      <w:proofErr w:type="gramStart"/>
      <w:r w:rsidRPr="002552BD">
        <w:rPr>
          <w:rFonts w:ascii="Arial" w:hAnsi="Arial"/>
        </w:rPr>
        <w:t>So</w:t>
      </w:r>
      <w:proofErr w:type="gramEnd"/>
      <w:r w:rsidRPr="002552BD">
        <w:rPr>
          <w:rFonts w:ascii="Arial" w:hAnsi="Arial"/>
        </w:rPr>
        <w:t xml:space="preserve"> I think that's part of healing. It's truth telling. </w:t>
      </w:r>
      <w:proofErr w:type="gramStart"/>
      <w:r w:rsidRPr="002552BD">
        <w:rPr>
          <w:rFonts w:ascii="Arial" w:hAnsi="Arial"/>
        </w:rPr>
        <w:t>Is</w:t>
      </w:r>
      <w:proofErr w:type="gramEnd"/>
      <w:r w:rsidRPr="002552BD">
        <w:rPr>
          <w:rFonts w:ascii="Arial" w:hAnsi="Arial"/>
        </w:rPr>
        <w:t xml:space="preserve"> a part of healing. Apologies</w:t>
      </w:r>
      <w:r w:rsidR="6AE9B309" w:rsidRPr="002552BD">
        <w:rPr>
          <w:rFonts w:ascii="Arial" w:hAnsi="Arial"/>
        </w:rPr>
        <w:t xml:space="preserve"> are</w:t>
      </w:r>
      <w:r w:rsidRPr="002552BD">
        <w:rPr>
          <w:rFonts w:ascii="Arial" w:hAnsi="Arial"/>
        </w:rPr>
        <w:t xml:space="preserve"> part of healing. We helped write the Queensland healing strategy when I was on the first children and family board, and I said, we need, we need experts in each department on healing. Well, why don't we just treat people decently? Why don't we </w:t>
      </w:r>
      <w:proofErr w:type="gramStart"/>
      <w:r w:rsidRPr="002552BD">
        <w:rPr>
          <w:rFonts w:ascii="Arial" w:hAnsi="Arial"/>
        </w:rPr>
        <w:t>just</w:t>
      </w:r>
      <w:proofErr w:type="gramEnd"/>
      <w:r w:rsidRPr="002552BD">
        <w:rPr>
          <w:rFonts w:ascii="Arial" w:hAnsi="Arial"/>
        </w:rPr>
        <w:t xml:space="preserve"> that? That would be a very big part of healing. You </w:t>
      </w:r>
      <w:proofErr w:type="spellStart"/>
      <w:r w:rsidRPr="002552BD">
        <w:rPr>
          <w:rFonts w:ascii="Arial" w:hAnsi="Arial"/>
        </w:rPr>
        <w:t>gotta</w:t>
      </w:r>
      <w:proofErr w:type="spellEnd"/>
      <w:r w:rsidRPr="002552BD">
        <w:rPr>
          <w:rFonts w:ascii="Arial" w:hAnsi="Arial"/>
        </w:rPr>
        <w:t xml:space="preserve"> leave some stuff baggage behind you, but you can't do it unless the truth is being told and people are giving commitments not to do it again, and then we can move on. And hopefully the whole nation becomes healed out of this, because it's not just for us, then White people have got to heal. Jackie Huggins and I talked about during the part of the </w:t>
      </w:r>
      <w:r w:rsidR="0040411A" w:rsidRPr="002552BD">
        <w:rPr>
          <w:rFonts w:ascii="Arial" w:hAnsi="Arial"/>
        </w:rPr>
        <w:t>Treaty</w:t>
      </w:r>
      <w:r w:rsidRPr="002552BD">
        <w:rPr>
          <w:rFonts w:ascii="Arial" w:hAnsi="Arial"/>
        </w:rPr>
        <w:t xml:space="preserve"> process, </w:t>
      </w:r>
      <w:proofErr w:type="gramStart"/>
      <w:r w:rsidRPr="002552BD">
        <w:rPr>
          <w:rFonts w:ascii="Arial" w:hAnsi="Arial"/>
        </w:rPr>
        <w:t>a number of</w:t>
      </w:r>
      <w:proofErr w:type="gramEnd"/>
      <w:r w:rsidRPr="002552BD">
        <w:rPr>
          <w:rFonts w:ascii="Arial" w:hAnsi="Arial"/>
        </w:rPr>
        <w:t xml:space="preserve"> </w:t>
      </w:r>
      <w:r w:rsidR="707437EF" w:rsidRPr="002552BD">
        <w:rPr>
          <w:rFonts w:ascii="Arial" w:hAnsi="Arial"/>
        </w:rPr>
        <w:t>non-Indigenous</w:t>
      </w:r>
      <w:r w:rsidRPr="002552BD">
        <w:rPr>
          <w:rFonts w:ascii="Arial" w:hAnsi="Arial"/>
        </w:rPr>
        <w:t xml:space="preserve"> people want to come and tell their stories about what happened to them, what their families did. It's almost, I'm a Catholic. It's almost like confessing your sins and then you can move on. So healing is for everyone. It's not even when we did the healing </w:t>
      </w:r>
      <w:r w:rsidRPr="002552BD">
        <w:rPr>
          <w:rFonts w:ascii="Arial" w:hAnsi="Arial"/>
        </w:rPr>
        <w:lastRenderedPageBreak/>
        <w:t>strategy. The first thing we said in it, the healing strategy has got to address everyone's healing in Queensland, not just Aboriginal Torres Strait Islander</w:t>
      </w:r>
      <w:r w:rsidR="42C45F70" w:rsidRPr="002552BD">
        <w:rPr>
          <w:rFonts w:ascii="Arial" w:hAnsi="Arial"/>
        </w:rPr>
        <w:t xml:space="preserve"> people.</w:t>
      </w:r>
    </w:p>
    <w:p w14:paraId="6B699379" w14:textId="77777777" w:rsidR="00225C9B" w:rsidRPr="002552BD" w:rsidRDefault="00225C9B">
      <w:pPr>
        <w:spacing w:after="0"/>
      </w:pPr>
    </w:p>
    <w:p w14:paraId="2CD6D457"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23:34</w:t>
      </w:r>
      <w:proofErr w:type="gramEnd"/>
    </w:p>
    <w:p w14:paraId="409A410A" w14:textId="2CFAC360" w:rsidR="00225C9B" w:rsidRPr="002552BD" w:rsidRDefault="63626EF3" w:rsidP="5D0772DC">
      <w:pPr>
        <w:spacing w:after="0"/>
        <w:rPr>
          <w:rFonts w:ascii="Arial" w:hAnsi="Arial"/>
        </w:rPr>
      </w:pPr>
      <w:r w:rsidRPr="002552BD">
        <w:rPr>
          <w:rFonts w:ascii="Arial" w:hAnsi="Arial"/>
        </w:rPr>
        <w:t xml:space="preserve">Queensland Human Rights Commissioner Scott McDougall says we're going backwards when it comes to protecting </w:t>
      </w:r>
      <w:r w:rsidR="6977E9CA" w:rsidRPr="002552BD">
        <w:rPr>
          <w:rFonts w:ascii="Arial" w:hAnsi="Arial"/>
        </w:rPr>
        <w:t>I</w:t>
      </w:r>
      <w:r w:rsidRPr="002552BD">
        <w:rPr>
          <w:rFonts w:ascii="Arial" w:hAnsi="Arial"/>
        </w:rPr>
        <w:t>ndigenous human rights,</w:t>
      </w:r>
    </w:p>
    <w:p w14:paraId="3FE9F23F" w14:textId="77777777" w:rsidR="00225C9B" w:rsidRPr="002552BD" w:rsidRDefault="00225C9B">
      <w:pPr>
        <w:spacing w:after="0"/>
      </w:pPr>
    </w:p>
    <w:p w14:paraId="496852FF" w14:textId="4FE5D385" w:rsidR="00225C9B" w:rsidRPr="002552BD" w:rsidRDefault="101B51F5" w:rsidP="63626EF3">
      <w:pPr>
        <w:spacing w:after="0"/>
        <w:rPr>
          <w:rFonts w:ascii="Arial" w:hAnsi="Arial"/>
          <w:color w:val="5D7284"/>
        </w:rPr>
      </w:pPr>
      <w:r w:rsidRPr="002552BD">
        <w:rPr>
          <w:rFonts w:ascii="Arial" w:hAnsi="Arial"/>
          <w:b/>
          <w:bCs/>
        </w:rPr>
        <w:t xml:space="preserve">Scott </w:t>
      </w:r>
      <w:proofErr w:type="gramStart"/>
      <w:r w:rsidRPr="002552BD">
        <w:rPr>
          <w:rFonts w:ascii="Arial" w:hAnsi="Arial"/>
          <w:b/>
          <w:bCs/>
        </w:rPr>
        <w:t>McDougall</w:t>
      </w:r>
      <w:r w:rsidR="63626EF3" w:rsidRPr="002552BD">
        <w:rPr>
          <w:rFonts w:ascii="Arial" w:hAnsi="Arial"/>
          <w:b/>
          <w:bCs/>
        </w:rPr>
        <w:t xml:space="preserve">  </w:t>
      </w:r>
      <w:r w:rsidR="63626EF3" w:rsidRPr="002552BD">
        <w:rPr>
          <w:rFonts w:ascii="Arial" w:hAnsi="Arial"/>
          <w:color w:val="5D7284"/>
        </w:rPr>
        <w:t>23:42</w:t>
      </w:r>
      <w:proofErr w:type="gramEnd"/>
    </w:p>
    <w:p w14:paraId="46EA0E6B" w14:textId="4EFD9EC7" w:rsidR="00225C9B" w:rsidRPr="002552BD" w:rsidRDefault="101DFDA4" w:rsidP="5D0772DC">
      <w:pPr>
        <w:spacing w:after="0"/>
        <w:rPr>
          <w:rFonts w:ascii="Arial" w:hAnsi="Arial"/>
        </w:rPr>
      </w:pPr>
      <w:r w:rsidRPr="002552BD">
        <w:rPr>
          <w:rFonts w:ascii="Arial" w:hAnsi="Arial"/>
        </w:rPr>
        <w:t>G</w:t>
      </w:r>
      <w:r w:rsidR="63626EF3" w:rsidRPr="002552BD">
        <w:rPr>
          <w:rFonts w:ascii="Arial" w:hAnsi="Arial"/>
        </w:rPr>
        <w:t xml:space="preserve">overnment needs to </w:t>
      </w:r>
      <w:proofErr w:type="spellStart"/>
      <w:r w:rsidR="63626EF3" w:rsidRPr="002552BD">
        <w:rPr>
          <w:rFonts w:ascii="Arial" w:hAnsi="Arial"/>
        </w:rPr>
        <w:t>recogni</w:t>
      </w:r>
      <w:r w:rsidR="00919BC6" w:rsidRPr="002552BD">
        <w:rPr>
          <w:rFonts w:ascii="Arial" w:hAnsi="Arial"/>
        </w:rPr>
        <w:t>s</w:t>
      </w:r>
      <w:r w:rsidR="63626EF3" w:rsidRPr="002552BD">
        <w:rPr>
          <w:rFonts w:ascii="Arial" w:hAnsi="Arial"/>
        </w:rPr>
        <w:t>e</w:t>
      </w:r>
      <w:proofErr w:type="spellEnd"/>
      <w:r w:rsidR="63626EF3" w:rsidRPr="002552BD">
        <w:rPr>
          <w:rFonts w:ascii="Arial" w:hAnsi="Arial"/>
        </w:rPr>
        <w:t xml:space="preserve"> that Queensland's First Nations communities have the right to continue as a people. So that means establishing a formal mechanism of engagement with First Nations people. It's completely unacceptable in today's age, there's no way of gaining input formally from First Nations communities to address issues. </w:t>
      </w:r>
      <w:proofErr w:type="gramStart"/>
      <w:r w:rsidR="63626EF3" w:rsidRPr="002552BD">
        <w:rPr>
          <w:rFonts w:ascii="Arial" w:hAnsi="Arial"/>
        </w:rPr>
        <w:t>So</w:t>
      </w:r>
      <w:proofErr w:type="gramEnd"/>
      <w:r w:rsidR="63626EF3" w:rsidRPr="002552BD">
        <w:rPr>
          <w:rFonts w:ascii="Arial" w:hAnsi="Arial"/>
        </w:rPr>
        <w:t xml:space="preserve"> I think it's essential that we move away from the current policy settings which essentially just ignore Aboriginal and Torres Strait Islander people don't pay any respect to their rights to exist as indigenous people and establish some sort of relationship which is just foundational to good governance</w:t>
      </w:r>
      <w:r w:rsidR="60C8CA47" w:rsidRPr="002552BD">
        <w:rPr>
          <w:rFonts w:ascii="Arial" w:hAnsi="Arial"/>
        </w:rPr>
        <w:t>.</w:t>
      </w:r>
    </w:p>
    <w:p w14:paraId="1F72F646" w14:textId="77777777" w:rsidR="00225C9B" w:rsidRPr="002552BD" w:rsidRDefault="00225C9B">
      <w:pPr>
        <w:spacing w:after="0"/>
      </w:pPr>
    </w:p>
    <w:p w14:paraId="18E17FC4" w14:textId="77777777" w:rsidR="00225C9B" w:rsidRPr="002552BD" w:rsidRDefault="00B73576">
      <w:pPr>
        <w:spacing w:after="0"/>
      </w:pPr>
      <w:r w:rsidRPr="002552BD">
        <w:rPr>
          <w:rFonts w:ascii="Arial" w:hAnsi="Arial"/>
          <w:b/>
        </w:rPr>
        <w:t xml:space="preserve">Kobi </w:t>
      </w:r>
      <w:proofErr w:type="gramStart"/>
      <w:r w:rsidRPr="002552BD">
        <w:rPr>
          <w:rFonts w:ascii="Arial" w:hAnsi="Arial"/>
          <w:b/>
        </w:rPr>
        <w:t xml:space="preserve">Page  </w:t>
      </w:r>
      <w:r w:rsidRPr="002552BD">
        <w:rPr>
          <w:rFonts w:ascii="Arial" w:hAnsi="Arial"/>
          <w:color w:val="5D7284"/>
        </w:rPr>
        <w:t>24:47</w:t>
      </w:r>
      <w:proofErr w:type="gramEnd"/>
    </w:p>
    <w:p w14:paraId="45C4843C" w14:textId="2B78873B" w:rsidR="00225C9B" w:rsidRPr="002552BD" w:rsidRDefault="4F730F04" w:rsidP="7B3D8B97">
      <w:pPr>
        <w:spacing w:after="0"/>
        <w:rPr>
          <w:rFonts w:ascii="Arial" w:hAnsi="Arial"/>
        </w:rPr>
      </w:pPr>
      <w:r w:rsidRPr="002552BD">
        <w:rPr>
          <w:rFonts w:ascii="Arial" w:hAnsi="Arial"/>
        </w:rPr>
        <w:t>In</w:t>
      </w:r>
      <w:r w:rsidR="63626EF3" w:rsidRPr="002552BD">
        <w:rPr>
          <w:rFonts w:ascii="Arial" w:hAnsi="Arial"/>
        </w:rPr>
        <w:t xml:space="preserve"> my community, initiatives that are working </w:t>
      </w:r>
      <w:proofErr w:type="gramStart"/>
      <w:r w:rsidR="63626EF3" w:rsidRPr="002552BD">
        <w:rPr>
          <w:rFonts w:ascii="Arial" w:hAnsi="Arial"/>
        </w:rPr>
        <w:t>is</w:t>
      </w:r>
      <w:proofErr w:type="gramEnd"/>
      <w:r w:rsidR="63626EF3" w:rsidRPr="002552BD">
        <w:rPr>
          <w:rFonts w:ascii="Arial" w:hAnsi="Arial"/>
        </w:rPr>
        <w:t xml:space="preserve"> programs that involve being connected to country and culture. </w:t>
      </w:r>
      <w:proofErr w:type="gramStart"/>
      <w:r w:rsidR="63626EF3" w:rsidRPr="002552BD">
        <w:rPr>
          <w:rFonts w:ascii="Arial" w:hAnsi="Arial"/>
        </w:rPr>
        <w:t>So</w:t>
      </w:r>
      <w:proofErr w:type="gramEnd"/>
      <w:r w:rsidR="63626EF3" w:rsidRPr="002552BD">
        <w:rPr>
          <w:rFonts w:ascii="Arial" w:hAnsi="Arial"/>
        </w:rPr>
        <w:t xml:space="preserve"> whether </w:t>
      </w:r>
      <w:proofErr w:type="gramStart"/>
      <w:r w:rsidR="63626EF3" w:rsidRPr="002552BD">
        <w:rPr>
          <w:rFonts w:ascii="Arial" w:hAnsi="Arial"/>
        </w:rPr>
        <w:t>it's</w:t>
      </w:r>
      <w:proofErr w:type="gramEnd"/>
      <w:r w:rsidR="63626EF3" w:rsidRPr="002552BD">
        <w:rPr>
          <w:rFonts w:ascii="Arial" w:hAnsi="Arial"/>
        </w:rPr>
        <w:t xml:space="preserve"> traditional dance learning the stories going out </w:t>
      </w:r>
      <w:proofErr w:type="gramStart"/>
      <w:r w:rsidR="63626EF3" w:rsidRPr="002552BD">
        <w:rPr>
          <w:rFonts w:ascii="Arial" w:hAnsi="Arial"/>
        </w:rPr>
        <w:t>on</w:t>
      </w:r>
      <w:proofErr w:type="gramEnd"/>
      <w:r w:rsidR="63626EF3" w:rsidRPr="002552BD">
        <w:rPr>
          <w:rFonts w:ascii="Arial" w:hAnsi="Arial"/>
        </w:rPr>
        <w:t xml:space="preserve"> country with</w:t>
      </w:r>
      <w:r w:rsidR="1D21CE33" w:rsidRPr="002552BD">
        <w:rPr>
          <w:rFonts w:ascii="Arial" w:hAnsi="Arial"/>
        </w:rPr>
        <w:t xml:space="preserve"> E</w:t>
      </w:r>
      <w:r w:rsidR="63626EF3" w:rsidRPr="002552BD">
        <w:rPr>
          <w:rFonts w:ascii="Arial" w:hAnsi="Arial"/>
        </w:rPr>
        <w:t>lders. As looking after country language, practicing and learning that, speaking it as well, and having safe places to go to, whether that's in community or in school or any other space that isn't meant for them.</w:t>
      </w:r>
    </w:p>
    <w:p w14:paraId="08CE6F91" w14:textId="77777777" w:rsidR="00225C9B" w:rsidRPr="002552BD" w:rsidRDefault="00225C9B">
      <w:pPr>
        <w:spacing w:after="0"/>
      </w:pPr>
    </w:p>
    <w:p w14:paraId="36CB73C4" w14:textId="77777777" w:rsidR="00225C9B" w:rsidRPr="002552BD" w:rsidRDefault="00B73576">
      <w:pPr>
        <w:spacing w:after="0"/>
      </w:pPr>
      <w:r w:rsidRPr="002552BD">
        <w:rPr>
          <w:rFonts w:ascii="Arial" w:hAnsi="Arial"/>
          <w:b/>
        </w:rPr>
        <w:t xml:space="preserve">Mena </w:t>
      </w:r>
      <w:proofErr w:type="gramStart"/>
      <w:r w:rsidRPr="002552BD">
        <w:rPr>
          <w:rFonts w:ascii="Arial" w:hAnsi="Arial"/>
          <w:b/>
        </w:rPr>
        <w:t xml:space="preserve">Waller  </w:t>
      </w:r>
      <w:r w:rsidRPr="002552BD">
        <w:rPr>
          <w:rFonts w:ascii="Arial" w:hAnsi="Arial"/>
          <w:color w:val="5D7284"/>
        </w:rPr>
        <w:t>25:17</w:t>
      </w:r>
      <w:proofErr w:type="gramEnd"/>
    </w:p>
    <w:p w14:paraId="04D15BB1" w14:textId="362B1FA3" w:rsidR="00225C9B" w:rsidRPr="002552BD" w:rsidRDefault="5FF00780">
      <w:pPr>
        <w:spacing w:after="0"/>
      </w:pPr>
      <w:r w:rsidRPr="002552BD">
        <w:rPr>
          <w:rFonts w:ascii="Arial" w:hAnsi="Arial"/>
        </w:rPr>
        <w:t xml:space="preserve">I think you </w:t>
      </w:r>
      <w:proofErr w:type="spellStart"/>
      <w:r w:rsidRPr="002552BD">
        <w:rPr>
          <w:rFonts w:ascii="Arial" w:hAnsi="Arial"/>
        </w:rPr>
        <w:t>reali</w:t>
      </w:r>
      <w:r w:rsidR="409478E8" w:rsidRPr="002552BD">
        <w:rPr>
          <w:rFonts w:ascii="Arial" w:hAnsi="Arial"/>
        </w:rPr>
        <w:t>s</w:t>
      </w:r>
      <w:r w:rsidRPr="002552BD">
        <w:rPr>
          <w:rFonts w:ascii="Arial" w:hAnsi="Arial"/>
        </w:rPr>
        <w:t>e</w:t>
      </w:r>
      <w:proofErr w:type="spellEnd"/>
      <w:r w:rsidRPr="002552BD">
        <w:rPr>
          <w:rFonts w:ascii="Arial" w:hAnsi="Arial"/>
        </w:rPr>
        <w:t xml:space="preserve"> how much progress we've made. You also </w:t>
      </w:r>
      <w:proofErr w:type="spellStart"/>
      <w:r w:rsidRPr="002552BD">
        <w:rPr>
          <w:rFonts w:ascii="Arial" w:hAnsi="Arial"/>
        </w:rPr>
        <w:t>reali</w:t>
      </w:r>
      <w:r w:rsidR="00FA47E8" w:rsidRPr="002552BD">
        <w:rPr>
          <w:rFonts w:ascii="Arial" w:hAnsi="Arial"/>
        </w:rPr>
        <w:t>s</w:t>
      </w:r>
      <w:r w:rsidRPr="002552BD">
        <w:rPr>
          <w:rFonts w:ascii="Arial" w:hAnsi="Arial"/>
        </w:rPr>
        <w:t>e</w:t>
      </w:r>
      <w:proofErr w:type="spellEnd"/>
      <w:r w:rsidRPr="002552BD">
        <w:rPr>
          <w:rFonts w:ascii="Arial" w:hAnsi="Arial"/>
        </w:rPr>
        <w:t xml:space="preserve"> how significant of what a body of work that </w:t>
      </w:r>
      <w:proofErr w:type="gramStart"/>
      <w:r w:rsidRPr="002552BD">
        <w:rPr>
          <w:rFonts w:ascii="Arial" w:hAnsi="Arial"/>
        </w:rPr>
        <w:t>all of</w:t>
      </w:r>
      <w:proofErr w:type="gramEnd"/>
      <w:r w:rsidRPr="002552BD">
        <w:rPr>
          <w:rFonts w:ascii="Arial" w:hAnsi="Arial"/>
        </w:rPr>
        <w:t xml:space="preserve"> our old people have done, </w:t>
      </w:r>
      <w:proofErr w:type="gramStart"/>
      <w:r w:rsidRPr="002552BD">
        <w:rPr>
          <w:rFonts w:ascii="Arial" w:hAnsi="Arial"/>
        </w:rPr>
        <w:t>all of</w:t>
      </w:r>
      <w:proofErr w:type="gramEnd"/>
      <w:r w:rsidRPr="002552BD">
        <w:rPr>
          <w:rFonts w:ascii="Arial" w:hAnsi="Arial"/>
        </w:rPr>
        <w:t xml:space="preserve"> our elders and our emerging elders as well, like things have not been easy for us and for me, it's </w:t>
      </w:r>
      <w:proofErr w:type="gramStart"/>
      <w:r w:rsidRPr="002552BD">
        <w:rPr>
          <w:rFonts w:ascii="Arial" w:hAnsi="Arial"/>
        </w:rPr>
        <w:t>really important</w:t>
      </w:r>
      <w:proofErr w:type="gramEnd"/>
      <w:r w:rsidRPr="002552BD">
        <w:rPr>
          <w:rFonts w:ascii="Arial" w:hAnsi="Arial"/>
        </w:rPr>
        <w:t xml:space="preserve"> to know where we've come from. It's to be grounded in that to understand the strategies, to understand the mindsets, to understand the drive and the way in which people have conducted themselves to be able to get to a point where we are today. In 2025 there's still a long way to go.</w:t>
      </w:r>
    </w:p>
    <w:p w14:paraId="61CDCEAD" w14:textId="77777777" w:rsidR="00225C9B" w:rsidRPr="002552BD" w:rsidRDefault="00225C9B">
      <w:pPr>
        <w:spacing w:after="0"/>
      </w:pPr>
    </w:p>
    <w:p w14:paraId="1287E332"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25:54</w:t>
      </w:r>
      <w:proofErr w:type="gramEnd"/>
    </w:p>
    <w:p w14:paraId="0050AFE3" w14:textId="4353B10B" w:rsidR="00225C9B" w:rsidRPr="002552BD" w:rsidRDefault="63626EF3">
      <w:pPr>
        <w:spacing w:after="0"/>
      </w:pPr>
      <w:r w:rsidRPr="002552BD">
        <w:rPr>
          <w:rFonts w:ascii="Arial" w:hAnsi="Arial"/>
        </w:rPr>
        <w:t>The right to speak your own language is at the heart of the work of G</w:t>
      </w:r>
      <w:r w:rsidR="557469D5" w:rsidRPr="002552BD">
        <w:rPr>
          <w:rFonts w:ascii="Arial" w:hAnsi="Arial"/>
        </w:rPr>
        <w:t>aja</w:t>
      </w:r>
      <w:r w:rsidRPr="002552BD">
        <w:rPr>
          <w:rFonts w:ascii="Arial" w:hAnsi="Arial"/>
        </w:rPr>
        <w:t xml:space="preserve"> Kerry Charlton. She grew up hearing her grandparents speak in </w:t>
      </w:r>
      <w:proofErr w:type="gramStart"/>
      <w:r w:rsidRPr="002552BD">
        <w:rPr>
          <w:rFonts w:ascii="Arial" w:hAnsi="Arial"/>
        </w:rPr>
        <w:t>language, and</w:t>
      </w:r>
      <w:proofErr w:type="gramEnd"/>
      <w:r w:rsidRPr="002552BD">
        <w:rPr>
          <w:rFonts w:ascii="Arial" w:hAnsi="Arial"/>
        </w:rPr>
        <w:t xml:space="preserve"> wants to keep those words alive for the next generation. She says that having access to your ancestral language is a fundamental human right.</w:t>
      </w:r>
    </w:p>
    <w:p w14:paraId="6BB9E253" w14:textId="77777777" w:rsidR="00225C9B" w:rsidRPr="002552BD" w:rsidRDefault="00225C9B">
      <w:pPr>
        <w:spacing w:after="0"/>
      </w:pPr>
    </w:p>
    <w:p w14:paraId="048AA4EA"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26:14</w:t>
      </w:r>
      <w:proofErr w:type="gramEnd"/>
    </w:p>
    <w:p w14:paraId="0C832425" w14:textId="614345FC" w:rsidR="00225C9B" w:rsidRPr="002552BD" w:rsidRDefault="63626EF3" w:rsidP="2D328938">
      <w:pPr>
        <w:spacing w:after="0"/>
        <w:rPr>
          <w:rFonts w:ascii="Arial" w:hAnsi="Arial"/>
        </w:rPr>
      </w:pPr>
      <w:r w:rsidRPr="002552BD">
        <w:rPr>
          <w:rFonts w:ascii="Arial" w:hAnsi="Arial"/>
        </w:rPr>
        <w:t xml:space="preserve">I am Gaja Kerry Charlton. I am an </w:t>
      </w:r>
      <w:r w:rsidR="0056005A" w:rsidRPr="002552BD">
        <w:rPr>
          <w:rFonts w:ascii="Arial" w:hAnsi="Arial"/>
        </w:rPr>
        <w:t>E</w:t>
      </w:r>
      <w:r w:rsidRPr="002552BD">
        <w:rPr>
          <w:rFonts w:ascii="Arial" w:hAnsi="Arial"/>
        </w:rPr>
        <w:t xml:space="preserve">lder from </w:t>
      </w:r>
      <w:proofErr w:type="spellStart"/>
      <w:r w:rsidR="00836056" w:rsidRPr="002552BD">
        <w:rPr>
          <w:rFonts w:ascii="Arial" w:hAnsi="Arial"/>
        </w:rPr>
        <w:t>Jagera</w:t>
      </w:r>
      <w:proofErr w:type="spellEnd"/>
      <w:r w:rsidRPr="002552BD">
        <w:rPr>
          <w:rFonts w:ascii="Arial" w:hAnsi="Arial"/>
        </w:rPr>
        <w:t xml:space="preserve"> </w:t>
      </w:r>
      <w:proofErr w:type="gramStart"/>
      <w:r w:rsidRPr="002552BD">
        <w:rPr>
          <w:rFonts w:ascii="Arial" w:hAnsi="Arial"/>
        </w:rPr>
        <w:t>country</w:t>
      </w:r>
      <w:proofErr w:type="gramEnd"/>
      <w:r w:rsidRPr="002552BD">
        <w:rPr>
          <w:rFonts w:ascii="Arial" w:hAnsi="Arial"/>
        </w:rPr>
        <w:t xml:space="preserve"> and my tribes are the </w:t>
      </w:r>
      <w:proofErr w:type="spellStart"/>
      <w:r w:rsidR="00376F75" w:rsidRPr="002552BD">
        <w:rPr>
          <w:rFonts w:ascii="Arial" w:hAnsi="Arial"/>
        </w:rPr>
        <w:t>Ugarapul</w:t>
      </w:r>
      <w:proofErr w:type="spellEnd"/>
      <w:r w:rsidR="00376F75" w:rsidRPr="002552BD">
        <w:rPr>
          <w:rFonts w:ascii="Arial" w:hAnsi="Arial"/>
        </w:rPr>
        <w:t xml:space="preserve"> </w:t>
      </w:r>
      <w:r w:rsidR="0056005A" w:rsidRPr="002552BD">
        <w:rPr>
          <w:rFonts w:ascii="Arial" w:hAnsi="Arial"/>
        </w:rPr>
        <w:t xml:space="preserve">and </w:t>
      </w:r>
      <w:proofErr w:type="spellStart"/>
      <w:r w:rsidR="00924FC6" w:rsidRPr="002552BD">
        <w:rPr>
          <w:rFonts w:ascii="Arial" w:hAnsi="Arial"/>
        </w:rPr>
        <w:t>Ngarahgwal</w:t>
      </w:r>
      <w:proofErr w:type="spellEnd"/>
      <w:r w:rsidR="00924FC6" w:rsidRPr="002552BD">
        <w:rPr>
          <w:rFonts w:ascii="Arial" w:hAnsi="Arial"/>
        </w:rPr>
        <w:t xml:space="preserve"> </w:t>
      </w:r>
      <w:r w:rsidRPr="002552BD">
        <w:rPr>
          <w:rFonts w:ascii="Arial" w:hAnsi="Arial"/>
        </w:rPr>
        <w:t xml:space="preserve">Giri </w:t>
      </w:r>
      <w:proofErr w:type="gramStart"/>
      <w:r w:rsidRPr="002552BD">
        <w:rPr>
          <w:rFonts w:ascii="Arial" w:hAnsi="Arial"/>
        </w:rPr>
        <w:t>and also</w:t>
      </w:r>
      <w:proofErr w:type="gramEnd"/>
      <w:r w:rsidRPr="002552BD">
        <w:rPr>
          <w:rFonts w:ascii="Arial" w:hAnsi="Arial"/>
        </w:rPr>
        <w:t xml:space="preserve"> </w:t>
      </w:r>
      <w:proofErr w:type="spellStart"/>
      <w:r w:rsidR="00242FA8" w:rsidRPr="002552BD">
        <w:rPr>
          <w:rFonts w:ascii="Arial" w:hAnsi="Arial"/>
        </w:rPr>
        <w:t>Moondjanbara</w:t>
      </w:r>
      <w:proofErr w:type="spellEnd"/>
      <w:r w:rsidRPr="002552BD">
        <w:rPr>
          <w:rFonts w:ascii="Arial" w:hAnsi="Arial"/>
        </w:rPr>
        <w:t xml:space="preserve"> of West </w:t>
      </w:r>
      <w:proofErr w:type="spellStart"/>
      <w:r w:rsidR="00134A7A" w:rsidRPr="002552BD">
        <w:rPr>
          <w:rFonts w:ascii="Arial" w:hAnsi="Arial"/>
        </w:rPr>
        <w:t>Jagera</w:t>
      </w:r>
      <w:proofErr w:type="spellEnd"/>
      <w:r w:rsidR="00134A7A" w:rsidRPr="002552BD">
        <w:rPr>
          <w:rFonts w:ascii="Arial" w:hAnsi="Arial"/>
        </w:rPr>
        <w:t xml:space="preserve">. </w:t>
      </w:r>
      <w:r w:rsidRPr="002552BD">
        <w:rPr>
          <w:rFonts w:ascii="Arial" w:hAnsi="Arial"/>
        </w:rPr>
        <w:t xml:space="preserve">I'm also part of the </w:t>
      </w:r>
      <w:r w:rsidR="00BA6F28" w:rsidRPr="002552BD">
        <w:rPr>
          <w:rFonts w:ascii="Arial" w:hAnsi="Arial"/>
        </w:rPr>
        <w:t>K</w:t>
      </w:r>
      <w:r w:rsidRPr="002552BD">
        <w:rPr>
          <w:rFonts w:ascii="Arial" w:hAnsi="Arial"/>
        </w:rPr>
        <w:t>abi</w:t>
      </w:r>
      <w:r w:rsidR="463A84A6" w:rsidRPr="002552BD">
        <w:rPr>
          <w:rFonts w:ascii="Arial" w:hAnsi="Arial"/>
        </w:rPr>
        <w:t>-</w:t>
      </w:r>
      <w:r w:rsidR="00BA6F28" w:rsidRPr="002552BD">
        <w:rPr>
          <w:rFonts w:ascii="Arial" w:hAnsi="Arial"/>
        </w:rPr>
        <w:t>K</w:t>
      </w:r>
      <w:r w:rsidRPr="002552BD">
        <w:rPr>
          <w:rFonts w:ascii="Arial" w:hAnsi="Arial"/>
        </w:rPr>
        <w:t xml:space="preserve">abi nation, our northern neighbor, and we're part of the </w:t>
      </w:r>
      <w:proofErr w:type="spellStart"/>
      <w:r w:rsidRPr="002552BD">
        <w:rPr>
          <w:rFonts w:ascii="Arial" w:hAnsi="Arial"/>
        </w:rPr>
        <w:t>Quandamooka</w:t>
      </w:r>
      <w:proofErr w:type="spellEnd"/>
      <w:r w:rsidRPr="002552BD">
        <w:rPr>
          <w:rFonts w:ascii="Arial" w:hAnsi="Arial"/>
        </w:rPr>
        <w:t xml:space="preserve"> peoples as well. My work is centered around language and culture, repatriation and projects, so lots of naming buildings or programs or also teaching language program in the community, in in collecting the language, we're also collecting knowledge and culture, and so we're where there's gaps in our knowledge, we're now able to fill that out to </w:t>
      </w:r>
      <w:r w:rsidR="44B73D37" w:rsidRPr="002552BD">
        <w:rPr>
          <w:rFonts w:ascii="Arial" w:hAnsi="Arial"/>
        </w:rPr>
        <w:t>c</w:t>
      </w:r>
      <w:r w:rsidRPr="002552BD">
        <w:rPr>
          <w:rFonts w:ascii="Arial" w:hAnsi="Arial"/>
        </w:rPr>
        <w:t>omplete where there's missing information.</w:t>
      </w:r>
    </w:p>
    <w:p w14:paraId="23DE523C" w14:textId="77777777" w:rsidR="00225C9B" w:rsidRPr="002552BD" w:rsidRDefault="00225C9B">
      <w:pPr>
        <w:spacing w:after="0"/>
      </w:pPr>
    </w:p>
    <w:p w14:paraId="164CCAB3" w14:textId="77777777" w:rsidR="00225C9B" w:rsidRPr="002552BD" w:rsidRDefault="00B73576">
      <w:pPr>
        <w:spacing w:after="0"/>
      </w:pPr>
      <w:r w:rsidRPr="002552BD">
        <w:rPr>
          <w:rFonts w:ascii="Arial" w:hAnsi="Arial"/>
          <w:b/>
        </w:rPr>
        <w:lastRenderedPageBreak/>
        <w:t xml:space="preserve">Solua </w:t>
      </w:r>
      <w:proofErr w:type="gramStart"/>
      <w:r w:rsidRPr="002552BD">
        <w:rPr>
          <w:rFonts w:ascii="Arial" w:hAnsi="Arial"/>
          <w:b/>
        </w:rPr>
        <w:t xml:space="preserve">Middleton  </w:t>
      </w:r>
      <w:r w:rsidRPr="002552BD">
        <w:rPr>
          <w:rFonts w:ascii="Arial" w:hAnsi="Arial"/>
          <w:color w:val="5D7284"/>
        </w:rPr>
        <w:t>27:21</w:t>
      </w:r>
      <w:proofErr w:type="gramEnd"/>
    </w:p>
    <w:p w14:paraId="19C8E080" w14:textId="68796A02" w:rsidR="00225C9B" w:rsidRPr="002552BD" w:rsidRDefault="63626EF3">
      <w:pPr>
        <w:spacing w:after="0"/>
      </w:pPr>
      <w:r w:rsidRPr="002552BD">
        <w:rPr>
          <w:rFonts w:ascii="Arial" w:hAnsi="Arial"/>
        </w:rPr>
        <w:t>Can you explain the meaning of</w:t>
      </w:r>
      <w:r w:rsidR="128AA072" w:rsidRPr="002552BD">
        <w:rPr>
          <w:rFonts w:ascii="Arial" w:hAnsi="Arial"/>
        </w:rPr>
        <w:t xml:space="preserve"> Bandarran Marra’gu?</w:t>
      </w:r>
    </w:p>
    <w:p w14:paraId="52E56223" w14:textId="77777777" w:rsidR="00225C9B" w:rsidRPr="002552BD" w:rsidRDefault="00225C9B">
      <w:pPr>
        <w:spacing w:after="0"/>
      </w:pPr>
    </w:p>
    <w:p w14:paraId="13C1864E" w14:textId="77777777" w:rsidR="00225C9B" w:rsidRPr="002552BD" w:rsidRDefault="00B73576">
      <w:pPr>
        <w:spacing w:after="0"/>
      </w:pPr>
      <w:bookmarkStart w:id="0" w:name="_Hlk212215491"/>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27:25</w:t>
      </w:r>
      <w:proofErr w:type="gramEnd"/>
    </w:p>
    <w:p w14:paraId="0CA85664" w14:textId="2DCF829E" w:rsidR="00225C9B" w:rsidRPr="002552BD" w:rsidRDefault="00610116" w:rsidP="36A213DA">
      <w:pPr>
        <w:spacing w:after="0"/>
        <w:rPr>
          <w:rFonts w:ascii="Arial" w:hAnsi="Arial"/>
        </w:rPr>
      </w:pPr>
      <w:r w:rsidRPr="002552BD">
        <w:rPr>
          <w:rFonts w:ascii="Arial" w:hAnsi="Arial"/>
        </w:rPr>
        <w:t xml:space="preserve">Bandarra </w:t>
      </w:r>
      <w:r w:rsidR="63626EF3" w:rsidRPr="002552BD">
        <w:rPr>
          <w:rFonts w:ascii="Arial" w:hAnsi="Arial"/>
        </w:rPr>
        <w:t xml:space="preserve">Is our word for strong or for strength, and then the suffix. </w:t>
      </w:r>
      <w:proofErr w:type="gramStart"/>
      <w:r w:rsidR="63626EF3" w:rsidRPr="002552BD">
        <w:rPr>
          <w:rFonts w:ascii="Arial" w:hAnsi="Arial"/>
        </w:rPr>
        <w:t>So</w:t>
      </w:r>
      <w:proofErr w:type="gramEnd"/>
      <w:r w:rsidR="63626EF3" w:rsidRPr="002552BD">
        <w:rPr>
          <w:rFonts w:ascii="Arial" w:hAnsi="Arial"/>
        </w:rPr>
        <w:t xml:space="preserve"> the suffix </w:t>
      </w:r>
      <w:r w:rsidR="007D02A8" w:rsidRPr="002552BD">
        <w:rPr>
          <w:rFonts w:ascii="Arial" w:hAnsi="Arial"/>
        </w:rPr>
        <w:t xml:space="preserve">Gu </w:t>
      </w:r>
      <w:r w:rsidR="63626EF3" w:rsidRPr="002552BD">
        <w:rPr>
          <w:rFonts w:ascii="Arial" w:hAnsi="Arial"/>
        </w:rPr>
        <w:t xml:space="preserve">turns the word into a noun into a verb. </w:t>
      </w:r>
      <w:proofErr w:type="gramStart"/>
      <w:r w:rsidR="63626EF3" w:rsidRPr="002552BD">
        <w:rPr>
          <w:rFonts w:ascii="Arial" w:hAnsi="Arial"/>
        </w:rPr>
        <w:t>So</w:t>
      </w:r>
      <w:proofErr w:type="gramEnd"/>
      <w:r w:rsidR="63626EF3" w:rsidRPr="002552BD">
        <w:rPr>
          <w:rFonts w:ascii="Arial" w:hAnsi="Arial"/>
        </w:rPr>
        <w:t xml:space="preserve"> we've got </w:t>
      </w:r>
      <w:r w:rsidR="50A16E46" w:rsidRPr="002552BD">
        <w:rPr>
          <w:rFonts w:ascii="Arial" w:hAnsi="Arial"/>
        </w:rPr>
        <w:t>Bandarran</w:t>
      </w:r>
      <w:r w:rsidR="63626EF3" w:rsidRPr="002552BD">
        <w:rPr>
          <w:rFonts w:ascii="Arial" w:hAnsi="Arial"/>
        </w:rPr>
        <w:t xml:space="preserve">, which is the strength part of it, and then Mara is hand. And so </w:t>
      </w:r>
      <w:r w:rsidR="006F3444" w:rsidRPr="002552BD">
        <w:rPr>
          <w:rFonts w:ascii="Arial" w:hAnsi="Arial"/>
        </w:rPr>
        <w:t>Marra Gu</w:t>
      </w:r>
      <w:r w:rsidR="63626EF3" w:rsidRPr="002552BD">
        <w:rPr>
          <w:rFonts w:ascii="Arial" w:hAnsi="Arial"/>
        </w:rPr>
        <w:t xml:space="preserve"> and go is the suffix, which then makes it into a doing, into a verb. </w:t>
      </w:r>
      <w:proofErr w:type="gramStart"/>
      <w:r w:rsidR="63626EF3" w:rsidRPr="002552BD">
        <w:rPr>
          <w:rFonts w:ascii="Arial" w:hAnsi="Arial"/>
        </w:rPr>
        <w:t>So</w:t>
      </w:r>
      <w:proofErr w:type="gramEnd"/>
      <w:r w:rsidR="63626EF3" w:rsidRPr="002552BD">
        <w:rPr>
          <w:rFonts w:ascii="Arial" w:hAnsi="Arial"/>
        </w:rPr>
        <w:t xml:space="preserve"> we're gathering. And hand can be used, you know, in a context of, you know, when, </w:t>
      </w:r>
      <w:proofErr w:type="gramStart"/>
      <w:r w:rsidR="63626EF3" w:rsidRPr="002552BD">
        <w:rPr>
          <w:rFonts w:ascii="Arial" w:hAnsi="Arial"/>
        </w:rPr>
        <w:t>when your</w:t>
      </w:r>
      <w:proofErr w:type="gramEnd"/>
      <w:r w:rsidR="63626EF3" w:rsidRPr="002552BD">
        <w:rPr>
          <w:rFonts w:ascii="Arial" w:hAnsi="Arial"/>
        </w:rPr>
        <w:t xml:space="preserve"> </w:t>
      </w:r>
      <w:proofErr w:type="gramStart"/>
      <w:r w:rsidR="63626EF3" w:rsidRPr="002552BD">
        <w:rPr>
          <w:rFonts w:ascii="Arial" w:hAnsi="Arial"/>
        </w:rPr>
        <w:t>mother</w:t>
      </w:r>
      <w:proofErr w:type="gramEnd"/>
      <w:r w:rsidR="63626EF3" w:rsidRPr="002552BD">
        <w:rPr>
          <w:rFonts w:ascii="Arial" w:hAnsi="Arial"/>
        </w:rPr>
        <w:t xml:space="preserve"> asks you to hand me that towel, or, you know, so we're using it in that respect. </w:t>
      </w:r>
      <w:proofErr w:type="gramStart"/>
      <w:r w:rsidR="63626EF3" w:rsidRPr="002552BD">
        <w:rPr>
          <w:rFonts w:ascii="Arial" w:hAnsi="Arial"/>
        </w:rPr>
        <w:t>So</w:t>
      </w:r>
      <w:proofErr w:type="gramEnd"/>
      <w:r w:rsidR="63626EF3" w:rsidRPr="002552BD">
        <w:rPr>
          <w:rFonts w:ascii="Arial" w:hAnsi="Arial"/>
        </w:rPr>
        <w:t xml:space="preserve"> we are gathering and we're gathering strength.</w:t>
      </w:r>
    </w:p>
    <w:bookmarkEnd w:id="0"/>
    <w:p w14:paraId="07547A01" w14:textId="77777777" w:rsidR="00225C9B" w:rsidRPr="002552BD" w:rsidRDefault="00225C9B">
      <w:pPr>
        <w:spacing w:after="0"/>
      </w:pPr>
    </w:p>
    <w:p w14:paraId="7954CA88"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28:13</w:t>
      </w:r>
      <w:proofErr w:type="gramEnd"/>
    </w:p>
    <w:p w14:paraId="68EA9CC5" w14:textId="77777777" w:rsidR="00225C9B" w:rsidRPr="002552BD" w:rsidRDefault="00B73576">
      <w:pPr>
        <w:spacing w:after="0"/>
      </w:pPr>
      <w:r w:rsidRPr="002552BD">
        <w:rPr>
          <w:rFonts w:ascii="Arial" w:hAnsi="Arial"/>
        </w:rPr>
        <w:t>Can you briefly tell me the story of how you learnt your mother tongue?</w:t>
      </w:r>
    </w:p>
    <w:p w14:paraId="5043CB0F" w14:textId="77777777" w:rsidR="00225C9B" w:rsidRPr="002552BD" w:rsidRDefault="00225C9B">
      <w:pPr>
        <w:spacing w:after="0"/>
      </w:pPr>
    </w:p>
    <w:p w14:paraId="1BC98CA7"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28:17</w:t>
      </w:r>
      <w:proofErr w:type="gramEnd"/>
    </w:p>
    <w:p w14:paraId="2C59DFA4" w14:textId="5EA69107" w:rsidR="00225C9B" w:rsidRPr="002552BD" w:rsidRDefault="081F27A4" w:rsidP="4A430FF8">
      <w:pPr>
        <w:spacing w:after="0"/>
        <w:rPr>
          <w:rFonts w:ascii="Arial" w:hAnsi="Arial"/>
        </w:rPr>
      </w:pPr>
      <w:r w:rsidRPr="002552BD">
        <w:rPr>
          <w:rFonts w:ascii="Arial" w:hAnsi="Arial"/>
        </w:rPr>
        <w:t>Well, my mother from my mother, and because my father's from was a five</w:t>
      </w:r>
      <w:r w:rsidR="7F0F818B" w:rsidRPr="002552BD">
        <w:rPr>
          <w:rFonts w:ascii="Arial" w:hAnsi="Arial"/>
        </w:rPr>
        <w:t>-</w:t>
      </w:r>
      <w:r w:rsidRPr="002552BD">
        <w:rPr>
          <w:rFonts w:ascii="Arial" w:hAnsi="Arial"/>
        </w:rPr>
        <w:t xml:space="preserve">pound </w:t>
      </w:r>
      <w:r w:rsidR="48A76381" w:rsidRPr="002552BD">
        <w:rPr>
          <w:rFonts w:ascii="Arial" w:hAnsi="Arial"/>
        </w:rPr>
        <w:t>Pom</w:t>
      </w:r>
      <w:r w:rsidRPr="002552BD">
        <w:rPr>
          <w:rFonts w:ascii="Arial" w:hAnsi="Arial"/>
        </w:rPr>
        <w:t xml:space="preserve"> from Northern England and Scotland, really, and a bit of Irish, so Gaelic background from dad. And </w:t>
      </w:r>
      <w:proofErr w:type="gramStart"/>
      <w:r w:rsidRPr="002552BD">
        <w:rPr>
          <w:rFonts w:ascii="Arial" w:hAnsi="Arial"/>
        </w:rPr>
        <w:t>so</w:t>
      </w:r>
      <w:proofErr w:type="gramEnd"/>
      <w:r w:rsidRPr="002552BD">
        <w:rPr>
          <w:rFonts w:ascii="Arial" w:hAnsi="Arial"/>
        </w:rPr>
        <w:t xml:space="preserve"> I grew up with him talking, and his way of talking, and mum and the family. But because none of his family were here, it was mostly all our family, talking language, sign language, you know facial expressions, you know silences, but you had a whole conversation with them, eyes and listening a lot.</w:t>
      </w:r>
    </w:p>
    <w:p w14:paraId="07459315" w14:textId="77777777" w:rsidR="00225C9B" w:rsidRPr="002552BD" w:rsidRDefault="00225C9B">
      <w:pPr>
        <w:spacing w:after="0"/>
      </w:pPr>
    </w:p>
    <w:p w14:paraId="7658CF37"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28:55</w:t>
      </w:r>
      <w:proofErr w:type="gramEnd"/>
    </w:p>
    <w:p w14:paraId="270E7299" w14:textId="77777777" w:rsidR="00225C9B" w:rsidRPr="002552BD" w:rsidRDefault="00B73576">
      <w:pPr>
        <w:spacing w:after="0"/>
      </w:pPr>
      <w:r w:rsidRPr="002552BD">
        <w:rPr>
          <w:rFonts w:ascii="Arial" w:hAnsi="Arial"/>
        </w:rPr>
        <w:t>So obviously you had access to your language, your native mother tongue. Do you believe that having access to your ancestral language is a human right?</w:t>
      </w:r>
    </w:p>
    <w:p w14:paraId="6537F28F" w14:textId="77777777" w:rsidR="00225C9B" w:rsidRPr="002552BD" w:rsidRDefault="00225C9B">
      <w:pPr>
        <w:spacing w:after="0"/>
      </w:pPr>
    </w:p>
    <w:p w14:paraId="4ED37985"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29:05</w:t>
      </w:r>
      <w:proofErr w:type="gramEnd"/>
    </w:p>
    <w:p w14:paraId="40D34216" w14:textId="62E71112" w:rsidR="00225C9B" w:rsidRPr="002552BD" w:rsidRDefault="63626EF3" w:rsidP="3D4039F5">
      <w:pPr>
        <w:spacing w:after="0"/>
        <w:rPr>
          <w:rFonts w:ascii="Arial" w:hAnsi="Arial"/>
        </w:rPr>
      </w:pPr>
      <w:r w:rsidRPr="002552BD">
        <w:rPr>
          <w:rFonts w:ascii="Arial" w:hAnsi="Arial"/>
        </w:rPr>
        <w:t xml:space="preserve">Absolutely how, how our psychology develops, how our culture develops, our worldview, our understanding of the environment around us? That's all to do with language. It is a basic human right to have your language. You know, I've often heard, heard it said, you know, from people who've survived really, </w:t>
      </w:r>
      <w:proofErr w:type="gramStart"/>
      <w:r w:rsidRPr="002552BD">
        <w:rPr>
          <w:rFonts w:ascii="Arial" w:hAnsi="Arial"/>
        </w:rPr>
        <w:t>really harsh</w:t>
      </w:r>
      <w:proofErr w:type="gramEnd"/>
      <w:r w:rsidRPr="002552BD">
        <w:rPr>
          <w:rFonts w:ascii="Arial" w:hAnsi="Arial"/>
        </w:rPr>
        <w:t xml:space="preserve"> incarceration during the war or in war camps. And they talked about that it </w:t>
      </w:r>
      <w:proofErr w:type="gramStart"/>
      <w:r w:rsidRPr="002552BD">
        <w:rPr>
          <w:rFonts w:ascii="Arial" w:hAnsi="Arial"/>
        </w:rPr>
        <w:t>was</w:t>
      </w:r>
      <w:proofErr w:type="gramEnd"/>
      <w:r w:rsidRPr="002552BD">
        <w:rPr>
          <w:rFonts w:ascii="Arial" w:hAnsi="Arial"/>
        </w:rPr>
        <w:t xml:space="preserve"> their mind couldn't be stolen from them, and they were able to survive through that process of what they could do with their mind and their thinking and talk, their </w:t>
      </w:r>
      <w:r w:rsidR="4B84558E" w:rsidRPr="002552BD">
        <w:rPr>
          <w:rFonts w:ascii="Arial" w:hAnsi="Arial"/>
        </w:rPr>
        <w:t>self-talk</w:t>
      </w:r>
      <w:r w:rsidRPr="002552BD">
        <w:rPr>
          <w:rFonts w:ascii="Arial" w:hAnsi="Arial"/>
        </w:rPr>
        <w:t>. We have a right to that, and to be able to think in your own language certainly connects you to your Country and to all your history.</w:t>
      </w:r>
    </w:p>
    <w:p w14:paraId="6DFB9E20" w14:textId="77777777" w:rsidR="00225C9B" w:rsidRPr="002552BD" w:rsidRDefault="00225C9B">
      <w:pPr>
        <w:spacing w:after="0"/>
      </w:pPr>
    </w:p>
    <w:p w14:paraId="131A757E"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30:03</w:t>
      </w:r>
      <w:proofErr w:type="gramEnd"/>
    </w:p>
    <w:p w14:paraId="044FF0C2" w14:textId="77777777" w:rsidR="00225C9B" w:rsidRPr="002552BD" w:rsidRDefault="00B73576">
      <w:pPr>
        <w:spacing w:after="0"/>
      </w:pPr>
      <w:r w:rsidRPr="002552BD">
        <w:rPr>
          <w:rFonts w:ascii="Arial" w:hAnsi="Arial"/>
        </w:rPr>
        <w:t xml:space="preserve">And does the loss of language </w:t>
      </w:r>
      <w:proofErr w:type="gramStart"/>
      <w:r w:rsidRPr="002552BD">
        <w:rPr>
          <w:rFonts w:ascii="Arial" w:hAnsi="Arial"/>
        </w:rPr>
        <w:t>have an effect on</w:t>
      </w:r>
      <w:proofErr w:type="gramEnd"/>
      <w:r w:rsidRPr="002552BD">
        <w:rPr>
          <w:rFonts w:ascii="Arial" w:hAnsi="Arial"/>
        </w:rPr>
        <w:t xml:space="preserve"> a sense of identity and wellbeing?</w:t>
      </w:r>
    </w:p>
    <w:p w14:paraId="70DF9E56" w14:textId="77777777" w:rsidR="00225C9B" w:rsidRPr="002552BD" w:rsidRDefault="00225C9B">
      <w:pPr>
        <w:spacing w:after="0"/>
      </w:pPr>
    </w:p>
    <w:p w14:paraId="1AEE228D"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30:10</w:t>
      </w:r>
      <w:proofErr w:type="gramEnd"/>
    </w:p>
    <w:p w14:paraId="28CCF996" w14:textId="794DE6D8" w:rsidR="00225C9B" w:rsidRPr="002552BD" w:rsidRDefault="63626EF3" w:rsidP="61953AF7">
      <w:pPr>
        <w:spacing w:after="0"/>
        <w:rPr>
          <w:rFonts w:ascii="Arial" w:hAnsi="Arial"/>
        </w:rPr>
      </w:pPr>
      <w:r w:rsidRPr="002552BD">
        <w:rPr>
          <w:rFonts w:ascii="Arial" w:hAnsi="Arial"/>
        </w:rPr>
        <w:t>Yes, absolutely, through no fault of our own</w:t>
      </w:r>
      <w:r w:rsidR="5E893D83" w:rsidRPr="002552BD">
        <w:rPr>
          <w:rFonts w:ascii="Arial" w:hAnsi="Arial"/>
        </w:rPr>
        <w:t>, s</w:t>
      </w:r>
      <w:r w:rsidRPr="002552BD">
        <w:rPr>
          <w:rFonts w:ascii="Arial" w:hAnsi="Arial"/>
        </w:rPr>
        <w:t xml:space="preserve">ome of us have had the language removed due to the policies and the breach of human rights here in this country in the Aboriginal Protection Act. </w:t>
      </w:r>
      <w:proofErr w:type="gramStart"/>
      <w:r w:rsidRPr="002552BD">
        <w:rPr>
          <w:rFonts w:ascii="Arial" w:hAnsi="Arial"/>
        </w:rPr>
        <w:t>So</w:t>
      </w:r>
      <w:proofErr w:type="gramEnd"/>
      <w:r w:rsidRPr="002552BD">
        <w:rPr>
          <w:rFonts w:ascii="Arial" w:hAnsi="Arial"/>
        </w:rPr>
        <w:t xml:space="preserve"> for the early decades of the Aboriginal Protection Act, people still could speak their language, but then they changed around the 1920s and 1930s and it was to assimilate into English. So, you know, I had my grandmother's people </w:t>
      </w:r>
      <w:proofErr w:type="gramStart"/>
      <w:r w:rsidRPr="002552BD">
        <w:rPr>
          <w:rFonts w:ascii="Arial" w:hAnsi="Arial"/>
        </w:rPr>
        <w:t>were brought</w:t>
      </w:r>
      <w:proofErr w:type="gramEnd"/>
      <w:r w:rsidRPr="002552BD">
        <w:rPr>
          <w:rFonts w:ascii="Arial" w:hAnsi="Arial"/>
        </w:rPr>
        <w:t xml:space="preserve"> down from the Gulf country, and a lot of them were put onto Cherbourg, and some ended up on Stradbroke, and they couldn't, you know, like you had to stop that </w:t>
      </w:r>
      <w:r w:rsidRPr="002552BD">
        <w:rPr>
          <w:rFonts w:ascii="Arial" w:hAnsi="Arial"/>
        </w:rPr>
        <w:lastRenderedPageBreak/>
        <w:t xml:space="preserve">language. And the children were put in the dormitory when they became school age, so that the parents could be sent out to work and all that and to not have your own language, to even talk amongst each other. When I think about us growing up, and some of the younger ones who come along and didn't learn it like we learnt it, they learnt bits of it, I think that we still taught culture very strong and lived culture. But once they start doing the programs, it's like it just </w:t>
      </w:r>
      <w:proofErr w:type="gramStart"/>
      <w:r w:rsidRPr="002552BD">
        <w:rPr>
          <w:rFonts w:ascii="Arial" w:hAnsi="Arial"/>
        </w:rPr>
        <w:t>wakens</w:t>
      </w:r>
      <w:proofErr w:type="gramEnd"/>
      <w:r w:rsidRPr="002552BD">
        <w:rPr>
          <w:rFonts w:ascii="Arial" w:hAnsi="Arial"/>
        </w:rPr>
        <w:t xml:space="preserve"> up endorphins in their brain. You know, cultural endorphins </w:t>
      </w:r>
      <w:proofErr w:type="gramStart"/>
      <w:r w:rsidRPr="002552BD">
        <w:rPr>
          <w:rFonts w:ascii="Arial" w:hAnsi="Arial"/>
        </w:rPr>
        <w:t>open up</w:t>
      </w:r>
      <w:proofErr w:type="gramEnd"/>
      <w:r w:rsidRPr="002552BD">
        <w:rPr>
          <w:rFonts w:ascii="Arial" w:hAnsi="Arial"/>
        </w:rPr>
        <w:t xml:space="preserve"> </w:t>
      </w:r>
      <w:proofErr w:type="gramStart"/>
      <w:r w:rsidRPr="002552BD">
        <w:rPr>
          <w:rFonts w:ascii="Arial" w:hAnsi="Arial"/>
        </w:rPr>
        <w:t>and they</w:t>
      </w:r>
      <w:proofErr w:type="gramEnd"/>
      <w:r w:rsidRPr="002552BD">
        <w:rPr>
          <w:rFonts w:ascii="Arial" w:hAnsi="Arial"/>
        </w:rPr>
        <w:t xml:space="preserve"> that's it. They just want to </w:t>
      </w:r>
      <w:proofErr w:type="gramStart"/>
      <w:r w:rsidRPr="002552BD">
        <w:rPr>
          <w:rFonts w:ascii="Arial" w:hAnsi="Arial"/>
        </w:rPr>
        <w:t>talk</w:t>
      </w:r>
      <w:proofErr w:type="gramEnd"/>
      <w:r w:rsidRPr="002552BD">
        <w:rPr>
          <w:rFonts w:ascii="Arial" w:hAnsi="Arial"/>
        </w:rPr>
        <w:t xml:space="preserve"> it </w:t>
      </w:r>
      <w:proofErr w:type="gramStart"/>
      <w:r w:rsidRPr="002552BD">
        <w:rPr>
          <w:rFonts w:ascii="Arial" w:hAnsi="Arial"/>
        </w:rPr>
        <w:t>more and more</w:t>
      </w:r>
      <w:proofErr w:type="gramEnd"/>
      <w:r w:rsidRPr="002552BD">
        <w:rPr>
          <w:rFonts w:ascii="Arial" w:hAnsi="Arial"/>
        </w:rPr>
        <w:t xml:space="preserve">. </w:t>
      </w:r>
    </w:p>
    <w:p w14:paraId="44E871BC" w14:textId="77777777" w:rsidR="00225C9B" w:rsidRPr="002552BD" w:rsidRDefault="00225C9B">
      <w:pPr>
        <w:spacing w:after="0"/>
      </w:pPr>
    </w:p>
    <w:p w14:paraId="27F757A1" w14:textId="77777777" w:rsidR="00225C9B" w:rsidRPr="002552BD" w:rsidRDefault="00B73576">
      <w:pPr>
        <w:spacing w:after="0"/>
      </w:pPr>
      <w:r w:rsidRPr="002552BD">
        <w:rPr>
          <w:rFonts w:ascii="Arial" w:hAnsi="Arial"/>
          <w:b/>
        </w:rPr>
        <w:t xml:space="preserve">Manny </w:t>
      </w:r>
      <w:proofErr w:type="gramStart"/>
      <w:r w:rsidRPr="002552BD">
        <w:rPr>
          <w:rFonts w:ascii="Arial" w:hAnsi="Arial"/>
          <w:b/>
        </w:rPr>
        <w:t xml:space="preserve">Williams  </w:t>
      </w:r>
      <w:r w:rsidRPr="002552BD">
        <w:rPr>
          <w:rFonts w:ascii="Arial" w:hAnsi="Arial"/>
          <w:color w:val="5D7284"/>
        </w:rPr>
        <w:t>31:43</w:t>
      </w:r>
      <w:proofErr w:type="gramEnd"/>
    </w:p>
    <w:p w14:paraId="02DE2EFB" w14:textId="40DA9554" w:rsidR="00225C9B" w:rsidRPr="002552BD" w:rsidRDefault="63626EF3" w:rsidP="34A7E659">
      <w:pPr>
        <w:spacing w:after="0"/>
        <w:rPr>
          <w:rFonts w:ascii="Arial" w:hAnsi="Arial"/>
        </w:rPr>
      </w:pPr>
      <w:r w:rsidRPr="002552BD">
        <w:rPr>
          <w:rFonts w:ascii="Arial" w:hAnsi="Arial"/>
        </w:rPr>
        <w:t xml:space="preserve">The thing that lights my spirit up the most is when I get to travel back on my </w:t>
      </w:r>
      <w:r w:rsidR="049E56B1" w:rsidRPr="002552BD">
        <w:rPr>
          <w:rFonts w:ascii="Arial" w:hAnsi="Arial"/>
        </w:rPr>
        <w:t>C</w:t>
      </w:r>
      <w:r w:rsidRPr="002552BD">
        <w:rPr>
          <w:rFonts w:ascii="Arial" w:hAnsi="Arial"/>
        </w:rPr>
        <w:t xml:space="preserve">ountry and into my community. </w:t>
      </w:r>
      <w:proofErr w:type="gramStart"/>
      <w:r w:rsidRPr="002552BD">
        <w:rPr>
          <w:rFonts w:ascii="Arial" w:hAnsi="Arial"/>
        </w:rPr>
        <w:t>So</w:t>
      </w:r>
      <w:proofErr w:type="gramEnd"/>
      <w:r w:rsidRPr="002552BD">
        <w:rPr>
          <w:rFonts w:ascii="Arial" w:hAnsi="Arial"/>
        </w:rPr>
        <w:t xml:space="preserve"> I currently live in Cairns. </w:t>
      </w:r>
      <w:proofErr w:type="gramStart"/>
      <w:r w:rsidRPr="002552BD">
        <w:rPr>
          <w:rFonts w:ascii="Arial" w:hAnsi="Arial"/>
        </w:rPr>
        <w:t>So</w:t>
      </w:r>
      <w:proofErr w:type="gramEnd"/>
      <w:r w:rsidRPr="002552BD">
        <w:rPr>
          <w:rFonts w:ascii="Arial" w:hAnsi="Arial"/>
        </w:rPr>
        <w:t xml:space="preserve"> rainforest country, you know, and the sea there. So then driving all the way home, seeing the landscape change from rainforest to </w:t>
      </w:r>
      <w:r w:rsidR="5157C287" w:rsidRPr="002552BD">
        <w:rPr>
          <w:rFonts w:ascii="Arial" w:hAnsi="Arial"/>
        </w:rPr>
        <w:t>bush</w:t>
      </w:r>
      <w:r w:rsidRPr="002552BD">
        <w:rPr>
          <w:rFonts w:ascii="Arial" w:hAnsi="Arial"/>
        </w:rPr>
        <w:t xml:space="preserve"> to then the rugged hills of calculus country, that I can feel it in my spirit, that I'm, you know, I can feel the sense of relaxation. And then I'm driving back home, and it's like, ah, you know, sense of this is where I belong. And that every time I do go back on the </w:t>
      </w:r>
      <w:r w:rsidR="6854DC13" w:rsidRPr="002552BD">
        <w:rPr>
          <w:rFonts w:ascii="Arial" w:hAnsi="Arial"/>
        </w:rPr>
        <w:t>C</w:t>
      </w:r>
      <w:r w:rsidRPr="002552BD">
        <w:rPr>
          <w:rFonts w:ascii="Arial" w:hAnsi="Arial"/>
        </w:rPr>
        <w:t xml:space="preserve">ountry and, you know, plant my feet in the red dirt. I look out and I can see that this is what is the most important thing for us as Aboriginal and Torres Island people, is </w:t>
      </w:r>
      <w:proofErr w:type="gramStart"/>
      <w:r w:rsidRPr="002552BD">
        <w:rPr>
          <w:rFonts w:ascii="Arial" w:hAnsi="Arial"/>
        </w:rPr>
        <w:t>continue</w:t>
      </w:r>
      <w:proofErr w:type="gramEnd"/>
      <w:r w:rsidRPr="002552BD">
        <w:rPr>
          <w:rFonts w:ascii="Arial" w:hAnsi="Arial"/>
        </w:rPr>
        <w:t xml:space="preserve"> to ground ourselves and tell our country what is going on.</w:t>
      </w:r>
    </w:p>
    <w:p w14:paraId="144A5D23" w14:textId="77777777" w:rsidR="00225C9B" w:rsidRPr="002552BD" w:rsidRDefault="00225C9B">
      <w:pPr>
        <w:spacing w:after="0"/>
      </w:pPr>
    </w:p>
    <w:p w14:paraId="0AA9398D"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32:40</w:t>
      </w:r>
      <w:proofErr w:type="gramEnd"/>
    </w:p>
    <w:p w14:paraId="3F12970F" w14:textId="66DAEE1D" w:rsidR="00225C9B" w:rsidRPr="002552BD" w:rsidRDefault="63626EF3" w:rsidP="7368977E">
      <w:pPr>
        <w:spacing w:after="0"/>
        <w:rPr>
          <w:rFonts w:ascii="Arial" w:hAnsi="Arial"/>
        </w:rPr>
      </w:pPr>
      <w:r w:rsidRPr="002552BD">
        <w:rPr>
          <w:rFonts w:ascii="Arial" w:hAnsi="Arial"/>
        </w:rPr>
        <w:t xml:space="preserve">How does language connect to justice and </w:t>
      </w:r>
      <w:r w:rsidR="610620B9" w:rsidRPr="002552BD">
        <w:rPr>
          <w:rFonts w:ascii="Arial" w:hAnsi="Arial"/>
        </w:rPr>
        <w:t>self-determination</w:t>
      </w:r>
      <w:r w:rsidRPr="002552BD">
        <w:rPr>
          <w:rFonts w:ascii="Arial" w:hAnsi="Arial"/>
        </w:rPr>
        <w:t xml:space="preserve"> for First Nations people</w:t>
      </w:r>
      <w:r w:rsidR="2F97C980" w:rsidRPr="002552BD">
        <w:rPr>
          <w:rFonts w:ascii="Arial" w:hAnsi="Arial"/>
        </w:rPr>
        <w:t>?</w:t>
      </w:r>
    </w:p>
    <w:p w14:paraId="738610EB" w14:textId="77777777" w:rsidR="00225C9B" w:rsidRPr="002552BD" w:rsidRDefault="00225C9B">
      <w:pPr>
        <w:spacing w:after="0"/>
      </w:pPr>
    </w:p>
    <w:p w14:paraId="3737EFBC"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32:45</w:t>
      </w:r>
      <w:proofErr w:type="gramEnd"/>
    </w:p>
    <w:p w14:paraId="66E663B0" w14:textId="326E32FC" w:rsidR="00225C9B" w:rsidRPr="002552BD" w:rsidRDefault="7368977E" w:rsidP="745E2423">
      <w:pPr>
        <w:spacing w:after="0"/>
        <w:rPr>
          <w:rFonts w:ascii="Arial" w:hAnsi="Arial"/>
        </w:rPr>
      </w:pPr>
      <w:r w:rsidRPr="002552BD">
        <w:rPr>
          <w:rFonts w:ascii="Arial" w:hAnsi="Arial"/>
        </w:rPr>
        <w:t xml:space="preserve">I can't think of anybody from anywhere in the world who, if somebody came and said to them, can we take away your language and culture, or would you be happy if you just only speak English and read our English books and learn our history and our curriculum. </w:t>
      </w:r>
      <w:proofErr w:type="gramStart"/>
      <w:r w:rsidRPr="002552BD">
        <w:rPr>
          <w:rFonts w:ascii="Arial" w:hAnsi="Arial"/>
        </w:rPr>
        <w:t>Blah, blah</w:t>
      </w:r>
      <w:proofErr w:type="gramEnd"/>
      <w:r w:rsidRPr="002552BD">
        <w:rPr>
          <w:rFonts w:ascii="Arial" w:hAnsi="Arial"/>
        </w:rPr>
        <w:t xml:space="preserve">, blah, blah, blah. You can only do the jobs that we do. You can only celebrate the dates that we say. You </w:t>
      </w:r>
      <w:proofErr w:type="gramStart"/>
      <w:r w:rsidRPr="002552BD">
        <w:rPr>
          <w:rFonts w:ascii="Arial" w:hAnsi="Arial"/>
        </w:rPr>
        <w:t>have to</w:t>
      </w:r>
      <w:proofErr w:type="gramEnd"/>
      <w:r w:rsidRPr="002552BD">
        <w:rPr>
          <w:rFonts w:ascii="Arial" w:hAnsi="Arial"/>
        </w:rPr>
        <w:t xml:space="preserve"> only use one flag. I can't see anybody saying yes to that. </w:t>
      </w:r>
      <w:proofErr w:type="gramStart"/>
      <w:r w:rsidRPr="002552BD">
        <w:rPr>
          <w:rFonts w:ascii="Arial" w:hAnsi="Arial"/>
        </w:rPr>
        <w:t>So</w:t>
      </w:r>
      <w:proofErr w:type="gramEnd"/>
      <w:r w:rsidRPr="002552BD">
        <w:rPr>
          <w:rFonts w:ascii="Arial" w:hAnsi="Arial"/>
        </w:rPr>
        <w:t xml:space="preserve"> </w:t>
      </w:r>
      <w:r w:rsidR="51608AE4" w:rsidRPr="002552BD">
        <w:rPr>
          <w:rFonts w:ascii="Arial" w:hAnsi="Arial"/>
        </w:rPr>
        <w:t>self-determination</w:t>
      </w:r>
      <w:r w:rsidRPr="002552BD">
        <w:rPr>
          <w:rFonts w:ascii="Arial" w:hAnsi="Arial"/>
        </w:rPr>
        <w:t xml:space="preserve"> and language </w:t>
      </w:r>
      <w:proofErr w:type="gramStart"/>
      <w:r w:rsidRPr="002552BD">
        <w:rPr>
          <w:rFonts w:ascii="Arial" w:hAnsi="Arial"/>
        </w:rPr>
        <w:t>linked</w:t>
      </w:r>
      <w:proofErr w:type="gramEnd"/>
      <w:r w:rsidRPr="002552BD">
        <w:rPr>
          <w:rFonts w:ascii="Arial" w:hAnsi="Arial"/>
        </w:rPr>
        <w:t xml:space="preserve"> to human rights. It's the cultural way. It's the processes within us, within our mind, our thinking and our intellect. But it's also to do </w:t>
      </w:r>
      <w:proofErr w:type="gramStart"/>
      <w:r w:rsidRPr="002552BD">
        <w:rPr>
          <w:rFonts w:ascii="Arial" w:hAnsi="Arial"/>
        </w:rPr>
        <w:t>with</w:t>
      </w:r>
      <w:proofErr w:type="gramEnd"/>
      <w:r w:rsidRPr="002552BD">
        <w:rPr>
          <w:rFonts w:ascii="Arial" w:hAnsi="Arial"/>
        </w:rPr>
        <w:t xml:space="preserve"> we've been here for </w:t>
      </w:r>
      <w:r w:rsidR="10EA822E" w:rsidRPr="002552BD">
        <w:rPr>
          <w:rFonts w:ascii="Arial" w:hAnsi="Arial"/>
        </w:rPr>
        <w:t>thousands</w:t>
      </w:r>
      <w:r w:rsidRPr="002552BD">
        <w:rPr>
          <w:rFonts w:ascii="Arial" w:hAnsi="Arial"/>
        </w:rPr>
        <w:t xml:space="preserve"> of years. There is a way of thinking and looking at things, and that goes back to our </w:t>
      </w:r>
      <w:proofErr w:type="gramStart"/>
      <w:r w:rsidRPr="002552BD">
        <w:rPr>
          <w:rFonts w:ascii="Arial" w:hAnsi="Arial"/>
        </w:rPr>
        <w:t>construct</w:t>
      </w:r>
      <w:proofErr w:type="gramEnd"/>
      <w:r w:rsidRPr="002552BD">
        <w:rPr>
          <w:rFonts w:ascii="Arial" w:hAnsi="Arial"/>
        </w:rPr>
        <w:t xml:space="preserve">, and that's flowing in our blood nonstop. My grandmother would tell us little stories which would help us to understand better about oppression or about how we needed to behave in front of </w:t>
      </w:r>
      <w:proofErr w:type="spellStart"/>
      <w:r w:rsidRPr="002552BD">
        <w:rPr>
          <w:rFonts w:ascii="Arial" w:hAnsi="Arial"/>
        </w:rPr>
        <w:t>dug</w:t>
      </w:r>
      <w:r w:rsidR="7D2A1D23" w:rsidRPr="002552BD">
        <w:rPr>
          <w:rFonts w:ascii="Arial" w:hAnsi="Arial"/>
        </w:rPr>
        <w:t>gais</w:t>
      </w:r>
      <w:proofErr w:type="spellEnd"/>
      <w:r w:rsidRPr="002552BD">
        <w:rPr>
          <w:rFonts w:ascii="Arial" w:hAnsi="Arial"/>
        </w:rPr>
        <w:t xml:space="preserve"> you know, white fellas at the school or at the shop or wherever, and then we'd have little language words to say amongst ourselves, which helped keep us strong in those times. And I think that's not just human rights. It's </w:t>
      </w:r>
      <w:r w:rsidR="579C8451" w:rsidRPr="002552BD">
        <w:rPr>
          <w:rFonts w:ascii="Arial" w:hAnsi="Arial"/>
        </w:rPr>
        <w:t>self-determination</w:t>
      </w:r>
      <w:r w:rsidRPr="002552BD">
        <w:rPr>
          <w:rFonts w:ascii="Arial" w:hAnsi="Arial"/>
        </w:rPr>
        <w:t>, it's justice, but it's being who you were born to be.</w:t>
      </w:r>
    </w:p>
    <w:p w14:paraId="2E0642BC" w14:textId="080E0A55" w:rsidR="7368977E" w:rsidRPr="002552BD" w:rsidRDefault="7368977E" w:rsidP="7368977E">
      <w:pPr>
        <w:spacing w:after="0"/>
        <w:rPr>
          <w:rFonts w:ascii="Arial" w:hAnsi="Arial"/>
        </w:rPr>
      </w:pPr>
    </w:p>
    <w:p w14:paraId="637805D2" w14:textId="77777777" w:rsidR="00225C9B" w:rsidRPr="002552BD" w:rsidRDefault="00225C9B">
      <w:pPr>
        <w:spacing w:after="0"/>
      </w:pPr>
    </w:p>
    <w:p w14:paraId="7411FEB1"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34:29</w:t>
      </w:r>
      <w:proofErr w:type="gramEnd"/>
    </w:p>
    <w:p w14:paraId="5D351070" w14:textId="77777777" w:rsidR="00225C9B" w:rsidRPr="002552BD" w:rsidRDefault="00B73576">
      <w:pPr>
        <w:spacing w:after="0"/>
      </w:pPr>
      <w:r w:rsidRPr="002552BD">
        <w:rPr>
          <w:rFonts w:ascii="Arial" w:hAnsi="Arial"/>
        </w:rPr>
        <w:t>Some of the concepts you've shared with us today, talk a bit about healing. Is there a word for healing that you have or use?</w:t>
      </w:r>
    </w:p>
    <w:p w14:paraId="463F29E8" w14:textId="77777777" w:rsidR="00225C9B" w:rsidRPr="002552BD" w:rsidRDefault="00225C9B">
      <w:pPr>
        <w:spacing w:after="0"/>
      </w:pPr>
    </w:p>
    <w:p w14:paraId="59DB1E53"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34:39</w:t>
      </w:r>
      <w:proofErr w:type="gramEnd"/>
    </w:p>
    <w:p w14:paraId="06587EF0" w14:textId="61308A34" w:rsidR="00225C9B" w:rsidRPr="002552BD" w:rsidRDefault="6381BB14" w:rsidP="77CA4327">
      <w:pPr>
        <w:spacing w:after="0"/>
        <w:rPr>
          <w:rFonts w:ascii="Arial" w:hAnsi="Arial"/>
        </w:rPr>
      </w:pPr>
      <w:r w:rsidRPr="002552BD">
        <w:rPr>
          <w:rFonts w:ascii="Arial" w:hAnsi="Arial"/>
        </w:rPr>
        <w:t xml:space="preserve">There's a word for knowing, understanding, and </w:t>
      </w:r>
      <w:proofErr w:type="gramStart"/>
      <w:r w:rsidRPr="002552BD">
        <w:rPr>
          <w:rFonts w:ascii="Arial" w:hAnsi="Arial"/>
        </w:rPr>
        <w:t xml:space="preserve">so </w:t>
      </w:r>
      <w:r w:rsidR="00C3101F" w:rsidRPr="002552BD">
        <w:rPr>
          <w:rFonts w:ascii="Arial" w:hAnsi="Arial"/>
        </w:rPr>
        <w:t>”</w:t>
      </w:r>
      <w:proofErr w:type="spellStart"/>
      <w:r w:rsidR="008967E6" w:rsidRPr="002552BD">
        <w:rPr>
          <w:rFonts w:ascii="Arial" w:hAnsi="Arial"/>
        </w:rPr>
        <w:t>winyanga</w:t>
      </w:r>
      <w:proofErr w:type="spellEnd"/>
      <w:proofErr w:type="gramEnd"/>
      <w:r w:rsidR="008967E6" w:rsidRPr="002552BD">
        <w:rPr>
          <w:rFonts w:ascii="Arial" w:hAnsi="Arial"/>
        </w:rPr>
        <w:t>”, “</w:t>
      </w:r>
      <w:proofErr w:type="spellStart"/>
      <w:r w:rsidR="008967E6" w:rsidRPr="002552BD">
        <w:rPr>
          <w:rFonts w:ascii="Arial" w:hAnsi="Arial"/>
        </w:rPr>
        <w:t>winyanga</w:t>
      </w:r>
      <w:proofErr w:type="spellEnd"/>
      <w:r w:rsidR="008967E6" w:rsidRPr="002552BD">
        <w:rPr>
          <w:rFonts w:ascii="Arial" w:hAnsi="Arial"/>
        </w:rPr>
        <w:t>”</w:t>
      </w:r>
      <w:r w:rsidRPr="002552BD">
        <w:rPr>
          <w:rFonts w:ascii="Arial" w:hAnsi="Arial"/>
        </w:rPr>
        <w:t xml:space="preserve">, and then it </w:t>
      </w:r>
      <w:proofErr w:type="gramStart"/>
      <w:r w:rsidRPr="002552BD">
        <w:rPr>
          <w:rFonts w:ascii="Arial" w:hAnsi="Arial"/>
        </w:rPr>
        <w:t>depends</w:t>
      </w:r>
      <w:proofErr w:type="gramEnd"/>
      <w:r w:rsidRPr="002552BD">
        <w:rPr>
          <w:rFonts w:ascii="Arial" w:hAnsi="Arial"/>
        </w:rPr>
        <w:t xml:space="preserve"> what you might put as a suffix or a prefix, whether it's healing of the mind of the body. You know the </w:t>
      </w:r>
      <w:proofErr w:type="gramStart"/>
      <w:r w:rsidRPr="002552BD">
        <w:rPr>
          <w:rFonts w:ascii="Arial" w:hAnsi="Arial"/>
        </w:rPr>
        <w:t xml:space="preserve">spirit </w:t>
      </w:r>
      <w:r w:rsidR="00FE1409" w:rsidRPr="002552BD">
        <w:rPr>
          <w:rFonts w:ascii="Arial" w:hAnsi="Arial"/>
        </w:rPr>
        <w:t>”</w:t>
      </w:r>
      <w:proofErr w:type="spellStart"/>
      <w:r w:rsidR="00FE1409" w:rsidRPr="002552BD">
        <w:rPr>
          <w:rFonts w:ascii="Arial" w:hAnsi="Arial"/>
        </w:rPr>
        <w:t>winyanga</w:t>
      </w:r>
      <w:proofErr w:type="spellEnd"/>
      <w:proofErr w:type="gramEnd"/>
      <w:r w:rsidR="00FE1409" w:rsidRPr="002552BD">
        <w:rPr>
          <w:rFonts w:ascii="Arial" w:hAnsi="Arial"/>
        </w:rPr>
        <w:t xml:space="preserve"> </w:t>
      </w:r>
      <w:proofErr w:type="spellStart"/>
      <w:r w:rsidR="00FE1409" w:rsidRPr="002552BD">
        <w:rPr>
          <w:rFonts w:ascii="Arial" w:hAnsi="Arial"/>
        </w:rPr>
        <w:t>nguru</w:t>
      </w:r>
      <w:proofErr w:type="spellEnd"/>
      <w:r w:rsidR="00FE1409" w:rsidRPr="002552BD">
        <w:rPr>
          <w:rFonts w:ascii="Arial" w:hAnsi="Arial"/>
        </w:rPr>
        <w:t>”</w:t>
      </w:r>
      <w:r w:rsidRPr="002552BD">
        <w:rPr>
          <w:rFonts w:ascii="Arial" w:hAnsi="Arial"/>
        </w:rPr>
        <w:t xml:space="preserve"> spirit heal</w:t>
      </w:r>
      <w:r w:rsidR="003409CD" w:rsidRPr="002552BD">
        <w:rPr>
          <w:rFonts w:ascii="Arial" w:hAnsi="Arial"/>
        </w:rPr>
        <w:t xml:space="preserve">ing… </w:t>
      </w:r>
      <w:r w:rsidRPr="002552BD">
        <w:rPr>
          <w:rFonts w:ascii="Arial" w:hAnsi="Arial"/>
        </w:rPr>
        <w:t xml:space="preserve">different things like that and, you know, when you start with like </w:t>
      </w:r>
      <w:r w:rsidRPr="002552BD">
        <w:rPr>
          <w:rFonts w:ascii="Arial" w:hAnsi="Arial"/>
        </w:rPr>
        <w:lastRenderedPageBreak/>
        <w:t xml:space="preserve">language, it's just not sitting there and looking at lists. If ever you learn </w:t>
      </w:r>
      <w:proofErr w:type="gramStart"/>
      <w:r w:rsidRPr="002552BD">
        <w:rPr>
          <w:rFonts w:ascii="Arial" w:hAnsi="Arial"/>
        </w:rPr>
        <w:t>to</w:t>
      </w:r>
      <w:proofErr w:type="gramEnd"/>
      <w:r w:rsidRPr="002552BD">
        <w:rPr>
          <w:rFonts w:ascii="Arial" w:hAnsi="Arial"/>
        </w:rPr>
        <w:t xml:space="preserve"> language, you </w:t>
      </w:r>
      <w:proofErr w:type="gramStart"/>
      <w:r w:rsidRPr="002552BD">
        <w:rPr>
          <w:rFonts w:ascii="Arial" w:hAnsi="Arial"/>
        </w:rPr>
        <w:t>have to</w:t>
      </w:r>
      <w:proofErr w:type="gramEnd"/>
      <w:r w:rsidRPr="002552BD">
        <w:rPr>
          <w:rFonts w:ascii="Arial" w:hAnsi="Arial"/>
        </w:rPr>
        <w:t xml:space="preserve"> learn about that country, about the way the language is used. Then you start to learn the foods that they eat and the culture and the practices and customs, and that's what happens when we're learning our own language.</w:t>
      </w:r>
    </w:p>
    <w:p w14:paraId="3B7B4B86" w14:textId="77777777" w:rsidR="00225C9B" w:rsidRPr="002552BD" w:rsidRDefault="00225C9B">
      <w:pPr>
        <w:spacing w:after="0"/>
      </w:pPr>
    </w:p>
    <w:p w14:paraId="683DAE23"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35:28</w:t>
      </w:r>
      <w:proofErr w:type="gramEnd"/>
    </w:p>
    <w:p w14:paraId="196E5190" w14:textId="77777777" w:rsidR="00225C9B" w:rsidRPr="002552BD" w:rsidRDefault="00B73576">
      <w:pPr>
        <w:spacing w:after="0"/>
      </w:pPr>
      <w:r w:rsidRPr="002552BD">
        <w:rPr>
          <w:rFonts w:ascii="Arial" w:hAnsi="Arial"/>
        </w:rPr>
        <w:t xml:space="preserve">Here, I can see you lighting up when you're talking there. </w:t>
      </w:r>
      <w:proofErr w:type="gramStart"/>
      <w:r w:rsidRPr="002552BD">
        <w:rPr>
          <w:rFonts w:ascii="Arial" w:hAnsi="Arial"/>
        </w:rPr>
        <w:t>So</w:t>
      </w:r>
      <w:proofErr w:type="gramEnd"/>
      <w:r w:rsidRPr="002552BD">
        <w:rPr>
          <w:rFonts w:ascii="Arial" w:hAnsi="Arial"/>
        </w:rPr>
        <w:t xml:space="preserve"> what does it feel like, you know, to speak in the language of your ancestors?</w:t>
      </w:r>
    </w:p>
    <w:p w14:paraId="3A0FF5F2" w14:textId="77777777" w:rsidR="00225C9B" w:rsidRPr="002552BD" w:rsidRDefault="00225C9B">
      <w:pPr>
        <w:spacing w:after="0"/>
      </w:pPr>
    </w:p>
    <w:p w14:paraId="06C940D0"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35:37</w:t>
      </w:r>
      <w:proofErr w:type="gramEnd"/>
    </w:p>
    <w:p w14:paraId="19540B02" w14:textId="5D5B5D12" w:rsidR="00225C9B" w:rsidRPr="002552BD" w:rsidRDefault="3F5ACDDF">
      <w:pPr>
        <w:spacing w:after="0"/>
      </w:pPr>
      <w:r w:rsidRPr="002552BD">
        <w:rPr>
          <w:rFonts w:ascii="Arial" w:hAnsi="Arial"/>
        </w:rPr>
        <w:t xml:space="preserve">You know, it's fulfilling. It's satisfying. I think it fills a hole. It's like quenching </w:t>
      </w:r>
      <w:proofErr w:type="gramStart"/>
      <w:r w:rsidRPr="002552BD">
        <w:rPr>
          <w:rFonts w:ascii="Arial" w:hAnsi="Arial"/>
        </w:rPr>
        <w:t>a thirst</w:t>
      </w:r>
      <w:proofErr w:type="gramEnd"/>
      <w:r w:rsidRPr="002552BD">
        <w:rPr>
          <w:rFonts w:ascii="Arial" w:hAnsi="Arial"/>
        </w:rPr>
        <w:t xml:space="preserve">. Because as little ones, we fell asleep listening to sometimes the grannies would be singing, or we'd go to like a lot of us, you know, we would fall asleep while the adults are talking, and they would be using English and language and remembering some of the tunes and now translating some of the audio that was taken of grannies and understanding what they were singing. You know, that really </w:t>
      </w:r>
      <w:proofErr w:type="gramStart"/>
      <w:r w:rsidRPr="002552BD">
        <w:rPr>
          <w:rFonts w:ascii="Arial" w:hAnsi="Arial"/>
        </w:rPr>
        <w:t>connects</w:t>
      </w:r>
      <w:proofErr w:type="gramEnd"/>
      <w:r w:rsidRPr="002552BD">
        <w:rPr>
          <w:rFonts w:ascii="Arial" w:hAnsi="Arial"/>
        </w:rPr>
        <w:t xml:space="preserve"> me I'm 66 connects me back to my granny, who </w:t>
      </w:r>
      <w:proofErr w:type="gramStart"/>
      <w:r w:rsidRPr="002552BD">
        <w:rPr>
          <w:rFonts w:ascii="Arial" w:hAnsi="Arial"/>
        </w:rPr>
        <w:t>was</w:t>
      </w:r>
      <w:proofErr w:type="gramEnd"/>
      <w:r w:rsidRPr="002552BD">
        <w:rPr>
          <w:rFonts w:ascii="Arial" w:hAnsi="Arial"/>
        </w:rPr>
        <w:t xml:space="preserve"> early 80s, </w:t>
      </w:r>
      <w:proofErr w:type="gramStart"/>
      <w:r w:rsidRPr="002552BD">
        <w:rPr>
          <w:rFonts w:ascii="Arial" w:hAnsi="Arial"/>
        </w:rPr>
        <w:t>80</w:t>
      </w:r>
      <w:proofErr w:type="gramEnd"/>
      <w:r w:rsidRPr="002552BD">
        <w:rPr>
          <w:rFonts w:ascii="Arial" w:hAnsi="Arial"/>
        </w:rPr>
        <w:t xml:space="preserve">, you know, and that would take her back to 80 years before, when she was tiny. So that's how the transmission is, how that </w:t>
      </w:r>
      <w:r w:rsidR="04A57D51" w:rsidRPr="002552BD">
        <w:rPr>
          <w:rFonts w:ascii="Arial" w:hAnsi="Arial"/>
        </w:rPr>
        <w:t>inter-generational</w:t>
      </w:r>
      <w:r w:rsidRPr="002552BD">
        <w:rPr>
          <w:rFonts w:ascii="Arial" w:hAnsi="Arial"/>
        </w:rPr>
        <w:t xml:space="preserve"> connection, and then that brings intergenerational healing as well.</w:t>
      </w:r>
    </w:p>
    <w:p w14:paraId="5630AD66" w14:textId="77777777" w:rsidR="00225C9B" w:rsidRPr="002552BD" w:rsidRDefault="00225C9B">
      <w:pPr>
        <w:spacing w:after="0"/>
      </w:pPr>
    </w:p>
    <w:p w14:paraId="277E0BE9"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36:45</w:t>
      </w:r>
      <w:proofErr w:type="gramEnd"/>
    </w:p>
    <w:p w14:paraId="67C15F33" w14:textId="77777777" w:rsidR="00225C9B" w:rsidRPr="002552BD" w:rsidRDefault="00B73576">
      <w:pPr>
        <w:spacing w:after="0"/>
      </w:pPr>
      <w:r w:rsidRPr="002552BD">
        <w:rPr>
          <w:rFonts w:ascii="Arial" w:hAnsi="Arial"/>
        </w:rPr>
        <w:t>Finally, do you have a word for Thank you?</w:t>
      </w:r>
    </w:p>
    <w:p w14:paraId="61829076" w14:textId="77777777" w:rsidR="00225C9B" w:rsidRPr="002552BD" w:rsidRDefault="00225C9B">
      <w:pPr>
        <w:spacing w:after="0"/>
      </w:pPr>
    </w:p>
    <w:p w14:paraId="412E34EC" w14:textId="77777777" w:rsidR="00225C9B" w:rsidRPr="002552BD" w:rsidRDefault="00B73576">
      <w:pPr>
        <w:spacing w:after="0"/>
      </w:pPr>
      <w:r w:rsidRPr="002552BD">
        <w:rPr>
          <w:rFonts w:ascii="Arial" w:hAnsi="Arial"/>
          <w:b/>
        </w:rPr>
        <w:t xml:space="preserve">Gaja Kerry </w:t>
      </w:r>
      <w:proofErr w:type="gramStart"/>
      <w:r w:rsidRPr="002552BD">
        <w:rPr>
          <w:rFonts w:ascii="Arial" w:hAnsi="Arial"/>
          <w:b/>
        </w:rPr>
        <w:t xml:space="preserve">Charlton  </w:t>
      </w:r>
      <w:r w:rsidRPr="002552BD">
        <w:rPr>
          <w:rFonts w:ascii="Arial" w:hAnsi="Arial"/>
          <w:color w:val="5D7284"/>
        </w:rPr>
        <w:t>36:48</w:t>
      </w:r>
      <w:proofErr w:type="gramEnd"/>
    </w:p>
    <w:p w14:paraId="12327E95" w14:textId="20FCE72A" w:rsidR="00225C9B" w:rsidRPr="002552BD" w:rsidRDefault="3F5ACDDF" w:rsidP="3D836434">
      <w:pPr>
        <w:spacing w:after="0"/>
        <w:rPr>
          <w:rFonts w:ascii="Arial" w:hAnsi="Arial"/>
        </w:rPr>
      </w:pPr>
      <w:r w:rsidRPr="002552BD">
        <w:rPr>
          <w:rFonts w:ascii="Arial" w:hAnsi="Arial"/>
        </w:rPr>
        <w:t xml:space="preserve">Well, there's a couple of words, right? </w:t>
      </w:r>
      <w:r w:rsidR="56519B5C" w:rsidRPr="002552BD">
        <w:rPr>
          <w:rFonts w:ascii="Arial" w:hAnsi="Arial"/>
        </w:rPr>
        <w:t>Murrumba</w:t>
      </w:r>
      <w:r w:rsidRPr="002552BD">
        <w:rPr>
          <w:rFonts w:ascii="Arial" w:hAnsi="Arial"/>
        </w:rPr>
        <w:t xml:space="preserve">, </w:t>
      </w:r>
      <w:r w:rsidR="01B1F196" w:rsidRPr="002552BD">
        <w:rPr>
          <w:rFonts w:ascii="Arial" w:hAnsi="Arial"/>
        </w:rPr>
        <w:t>Murrumba D</w:t>
      </w:r>
      <w:r w:rsidRPr="002552BD">
        <w:rPr>
          <w:rFonts w:ascii="Arial" w:hAnsi="Arial"/>
        </w:rPr>
        <w:t xml:space="preserve">owns, yep, but it's really </w:t>
      </w:r>
      <w:r w:rsidR="7A36FC9D" w:rsidRPr="002552BD">
        <w:rPr>
          <w:rFonts w:ascii="Arial" w:hAnsi="Arial"/>
        </w:rPr>
        <w:t>Murrumba</w:t>
      </w:r>
      <w:r w:rsidRPr="002552BD">
        <w:rPr>
          <w:rFonts w:ascii="Arial" w:hAnsi="Arial"/>
        </w:rPr>
        <w:t xml:space="preserve">. And so that's a word for all the positive things. </w:t>
      </w:r>
      <w:r w:rsidR="56519B5C" w:rsidRPr="002552BD">
        <w:rPr>
          <w:rFonts w:ascii="Arial" w:hAnsi="Arial"/>
        </w:rPr>
        <w:t>Murrumba</w:t>
      </w:r>
      <w:r w:rsidRPr="002552BD">
        <w:rPr>
          <w:rFonts w:ascii="Arial" w:hAnsi="Arial"/>
        </w:rPr>
        <w:t xml:space="preserve">. </w:t>
      </w:r>
      <w:r w:rsidR="7A36FC9D" w:rsidRPr="002552BD">
        <w:rPr>
          <w:rFonts w:ascii="Arial" w:hAnsi="Arial"/>
        </w:rPr>
        <w:t>Murrumba</w:t>
      </w:r>
      <w:r w:rsidRPr="002552BD">
        <w:rPr>
          <w:rFonts w:ascii="Arial" w:hAnsi="Arial"/>
        </w:rPr>
        <w:t>, good, good, good, good</w:t>
      </w:r>
      <w:r w:rsidR="102481F8" w:rsidRPr="002552BD">
        <w:rPr>
          <w:rFonts w:ascii="Arial" w:hAnsi="Arial"/>
        </w:rPr>
        <w:t>.</w:t>
      </w:r>
    </w:p>
    <w:p w14:paraId="2BA226A1" w14:textId="77777777" w:rsidR="00225C9B" w:rsidRPr="002552BD" w:rsidRDefault="00225C9B">
      <w:pPr>
        <w:spacing w:after="0"/>
      </w:pPr>
    </w:p>
    <w:p w14:paraId="4449C271"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37:06</w:t>
      </w:r>
      <w:proofErr w:type="gramEnd"/>
    </w:p>
    <w:p w14:paraId="6C49ADB4" w14:textId="33CCD90F" w:rsidR="00225C9B" w:rsidRPr="002552BD" w:rsidRDefault="31CF979D" w:rsidP="4B55986F">
      <w:pPr>
        <w:spacing w:after="0"/>
        <w:rPr>
          <w:rFonts w:ascii="Arial" w:hAnsi="Arial"/>
        </w:rPr>
      </w:pPr>
      <w:r w:rsidRPr="002552BD">
        <w:rPr>
          <w:rFonts w:ascii="Arial" w:hAnsi="Arial"/>
        </w:rPr>
        <w:t>H</w:t>
      </w:r>
      <w:r w:rsidR="63626EF3" w:rsidRPr="002552BD">
        <w:rPr>
          <w:rFonts w:ascii="Arial" w:hAnsi="Arial"/>
        </w:rPr>
        <w:t xml:space="preserve">ealing </w:t>
      </w:r>
      <w:r w:rsidR="44A77B01" w:rsidRPr="002552BD">
        <w:rPr>
          <w:rFonts w:ascii="Arial" w:hAnsi="Arial"/>
        </w:rPr>
        <w:t xml:space="preserve">- </w:t>
      </w:r>
      <w:r w:rsidR="63626EF3" w:rsidRPr="002552BD">
        <w:rPr>
          <w:rFonts w:ascii="Arial" w:hAnsi="Arial"/>
        </w:rPr>
        <w:t xml:space="preserve">with thanks to Mick Gooda and </w:t>
      </w:r>
      <w:r w:rsidR="697B950F" w:rsidRPr="002552BD">
        <w:rPr>
          <w:rFonts w:ascii="Arial" w:hAnsi="Arial"/>
        </w:rPr>
        <w:t>Gaja</w:t>
      </w:r>
      <w:r w:rsidR="63626EF3" w:rsidRPr="002552BD">
        <w:rPr>
          <w:rFonts w:ascii="Arial" w:hAnsi="Arial"/>
        </w:rPr>
        <w:t xml:space="preserve"> Kerry Charlton</w:t>
      </w:r>
      <w:r w:rsidR="40009A4A" w:rsidRPr="002552BD">
        <w:rPr>
          <w:rFonts w:ascii="Arial" w:hAnsi="Arial"/>
        </w:rPr>
        <w:t>.</w:t>
      </w:r>
      <w:r w:rsidR="63626EF3" w:rsidRPr="002552BD">
        <w:rPr>
          <w:rFonts w:ascii="Arial" w:hAnsi="Arial"/>
        </w:rPr>
        <w:t xml:space="preserve"> </w:t>
      </w:r>
      <w:r w:rsidR="0020DB86" w:rsidRPr="002552BD">
        <w:rPr>
          <w:rFonts w:ascii="Arial" w:hAnsi="Arial"/>
        </w:rPr>
        <w:t>I</w:t>
      </w:r>
      <w:r w:rsidR="63626EF3" w:rsidRPr="002552BD">
        <w:rPr>
          <w:rFonts w:ascii="Arial" w:hAnsi="Arial"/>
        </w:rPr>
        <w:t xml:space="preserve">n episode two, </w:t>
      </w:r>
      <w:r w:rsidR="3D1274BB" w:rsidRPr="002552BD">
        <w:rPr>
          <w:rFonts w:ascii="Arial" w:hAnsi="Arial"/>
        </w:rPr>
        <w:t>T</w:t>
      </w:r>
      <w:r w:rsidR="63626EF3" w:rsidRPr="002552BD">
        <w:rPr>
          <w:rFonts w:ascii="Arial" w:hAnsi="Arial"/>
        </w:rPr>
        <w:t xml:space="preserve">alking, what do we as </w:t>
      </w:r>
      <w:proofErr w:type="gramStart"/>
      <w:r w:rsidR="63626EF3" w:rsidRPr="002552BD">
        <w:rPr>
          <w:rFonts w:ascii="Arial" w:hAnsi="Arial"/>
        </w:rPr>
        <w:t>mob</w:t>
      </w:r>
      <w:proofErr w:type="gramEnd"/>
      <w:r w:rsidR="63626EF3" w:rsidRPr="002552BD">
        <w:rPr>
          <w:rFonts w:ascii="Arial" w:hAnsi="Arial"/>
        </w:rPr>
        <w:t xml:space="preserve"> need to be discussing, and how can we listen to each other as we </w:t>
      </w:r>
      <w:r w:rsidR="2F6C0DD4" w:rsidRPr="002552BD">
        <w:rPr>
          <w:rFonts w:ascii="Arial" w:hAnsi="Arial"/>
        </w:rPr>
        <w:t>b</w:t>
      </w:r>
      <w:r w:rsidR="63626EF3" w:rsidRPr="002552BD">
        <w:rPr>
          <w:rFonts w:ascii="Arial" w:hAnsi="Arial"/>
        </w:rPr>
        <w:t xml:space="preserve">uild a path ahead and protect our human rights. </w:t>
      </w:r>
    </w:p>
    <w:p w14:paraId="17AD93B2" w14:textId="77777777" w:rsidR="00225C9B" w:rsidRPr="002552BD" w:rsidRDefault="00225C9B">
      <w:pPr>
        <w:spacing w:after="0"/>
      </w:pPr>
    </w:p>
    <w:p w14:paraId="4902BAFE" w14:textId="77777777" w:rsidR="00225C9B" w:rsidRPr="002552BD" w:rsidRDefault="00B73576">
      <w:pPr>
        <w:spacing w:after="0"/>
      </w:pPr>
      <w:r w:rsidRPr="002552BD">
        <w:rPr>
          <w:rFonts w:ascii="Arial" w:hAnsi="Arial"/>
          <w:b/>
        </w:rPr>
        <w:t xml:space="preserve">Solua </w:t>
      </w:r>
      <w:proofErr w:type="gramStart"/>
      <w:r w:rsidRPr="002552BD">
        <w:rPr>
          <w:rFonts w:ascii="Arial" w:hAnsi="Arial"/>
          <w:b/>
        </w:rPr>
        <w:t xml:space="preserve">Middleton  </w:t>
      </w:r>
      <w:r w:rsidRPr="002552BD">
        <w:rPr>
          <w:rFonts w:ascii="Arial" w:hAnsi="Arial"/>
          <w:color w:val="5D7284"/>
        </w:rPr>
        <w:t>37:45</w:t>
      </w:r>
      <w:proofErr w:type="gramEnd"/>
    </w:p>
    <w:p w14:paraId="2BD965EA" w14:textId="50F2E0E2" w:rsidR="00225C9B" w:rsidRDefault="254185D7" w:rsidP="4DC7D1D4">
      <w:pPr>
        <w:spacing w:after="0"/>
        <w:rPr>
          <w:rFonts w:ascii="Arial" w:hAnsi="Arial"/>
        </w:rPr>
      </w:pPr>
      <w:r w:rsidRPr="002552BD">
        <w:rPr>
          <w:rFonts w:ascii="Arial" w:hAnsi="Arial"/>
        </w:rPr>
        <w:t>G</w:t>
      </w:r>
      <w:r w:rsidR="63626EF3" w:rsidRPr="002552BD">
        <w:rPr>
          <w:rFonts w:ascii="Arial" w:hAnsi="Arial"/>
        </w:rPr>
        <w:t xml:space="preserve">athering </w:t>
      </w:r>
      <w:r w:rsidR="645BEB9B" w:rsidRPr="002552BD">
        <w:rPr>
          <w:rFonts w:ascii="Arial" w:hAnsi="Arial"/>
        </w:rPr>
        <w:t>S</w:t>
      </w:r>
      <w:r w:rsidR="63626EF3" w:rsidRPr="002552BD">
        <w:rPr>
          <w:rFonts w:ascii="Arial" w:hAnsi="Arial"/>
        </w:rPr>
        <w:t xml:space="preserve">trength is series one of the </w:t>
      </w:r>
      <w:r w:rsidR="4995E9AA" w:rsidRPr="002552BD">
        <w:rPr>
          <w:rFonts w:ascii="Arial" w:hAnsi="Arial"/>
        </w:rPr>
        <w:t xml:space="preserve">Rights Made Real </w:t>
      </w:r>
      <w:proofErr w:type="gramStart"/>
      <w:r w:rsidR="4995E9AA" w:rsidRPr="002552BD">
        <w:rPr>
          <w:rFonts w:ascii="Arial" w:hAnsi="Arial"/>
        </w:rPr>
        <w:t>podcast</w:t>
      </w:r>
      <w:proofErr w:type="gramEnd"/>
      <w:r w:rsidR="63626EF3" w:rsidRPr="002552BD">
        <w:rPr>
          <w:rFonts w:ascii="Arial" w:hAnsi="Arial"/>
        </w:rPr>
        <w:t>. It's a series of yarns with First Nations community members about how to uphold, promote and protect human rights of Aboriginal peoples and Torres Strait Islander peoples</w:t>
      </w:r>
      <w:r w:rsidR="10B9DFAB" w:rsidRPr="002552BD">
        <w:rPr>
          <w:rFonts w:ascii="Arial" w:hAnsi="Arial"/>
        </w:rPr>
        <w:t>. M</w:t>
      </w:r>
      <w:r w:rsidR="63626EF3" w:rsidRPr="002552BD">
        <w:rPr>
          <w:rFonts w:ascii="Arial" w:hAnsi="Arial"/>
        </w:rPr>
        <w:t xml:space="preserve">ake sure you're following </w:t>
      </w:r>
      <w:r w:rsidR="256D0D2C" w:rsidRPr="002552BD">
        <w:rPr>
          <w:rFonts w:ascii="Arial" w:hAnsi="Arial"/>
        </w:rPr>
        <w:t>Rights Made Real</w:t>
      </w:r>
      <w:r w:rsidR="63626EF3" w:rsidRPr="002552BD">
        <w:rPr>
          <w:rFonts w:ascii="Arial" w:hAnsi="Arial"/>
        </w:rPr>
        <w:t xml:space="preserve"> </w:t>
      </w:r>
      <w:r w:rsidR="4FCAC42C" w:rsidRPr="002552BD">
        <w:rPr>
          <w:rFonts w:ascii="Arial" w:hAnsi="Arial"/>
        </w:rPr>
        <w:t xml:space="preserve">on </w:t>
      </w:r>
      <w:r w:rsidR="63626EF3" w:rsidRPr="002552BD">
        <w:rPr>
          <w:rFonts w:ascii="Arial" w:hAnsi="Arial"/>
        </w:rPr>
        <w:t>any podcast app</w:t>
      </w:r>
      <w:r w:rsidR="17ED9CE7" w:rsidRPr="002552BD">
        <w:rPr>
          <w:rFonts w:ascii="Arial" w:hAnsi="Arial"/>
        </w:rPr>
        <w:t xml:space="preserve"> t</w:t>
      </w:r>
      <w:r w:rsidR="63626EF3" w:rsidRPr="002552BD">
        <w:rPr>
          <w:rFonts w:ascii="Arial" w:hAnsi="Arial"/>
        </w:rPr>
        <w:t xml:space="preserve">o find all the episodes of this </w:t>
      </w:r>
      <w:r w:rsidR="1B7990AD" w:rsidRPr="002552BD">
        <w:rPr>
          <w:rFonts w:ascii="Arial" w:hAnsi="Arial"/>
        </w:rPr>
        <w:t xml:space="preserve">Gathering Strength </w:t>
      </w:r>
      <w:r w:rsidR="63626EF3" w:rsidRPr="002552BD">
        <w:rPr>
          <w:rFonts w:ascii="Arial" w:hAnsi="Arial"/>
        </w:rPr>
        <w:t>series</w:t>
      </w:r>
      <w:r w:rsidR="574D3322" w:rsidRPr="002552BD">
        <w:rPr>
          <w:rFonts w:ascii="Arial" w:hAnsi="Arial"/>
        </w:rPr>
        <w:t xml:space="preserve">. You </w:t>
      </w:r>
      <w:r w:rsidR="63626EF3" w:rsidRPr="002552BD">
        <w:rPr>
          <w:rFonts w:ascii="Arial" w:hAnsi="Arial"/>
        </w:rPr>
        <w:t>can also head to the Queensland Human Rights Commission website to find out more. Thanks to the other participants in this episode</w:t>
      </w:r>
      <w:proofErr w:type="gramStart"/>
      <w:r w:rsidR="63626EF3" w:rsidRPr="002552BD">
        <w:rPr>
          <w:rFonts w:ascii="Arial" w:hAnsi="Arial"/>
        </w:rPr>
        <w:t>, including</w:t>
      </w:r>
      <w:proofErr w:type="gramEnd"/>
      <w:r w:rsidR="63626EF3" w:rsidRPr="002552BD">
        <w:rPr>
          <w:rFonts w:ascii="Arial" w:hAnsi="Arial"/>
        </w:rPr>
        <w:t xml:space="preserve"> Professor Chelsea </w:t>
      </w:r>
      <w:r w:rsidR="7187E745" w:rsidRPr="002552BD">
        <w:rPr>
          <w:rFonts w:ascii="Arial" w:hAnsi="Arial"/>
        </w:rPr>
        <w:t xml:space="preserve">Watego, </w:t>
      </w:r>
      <w:r w:rsidR="1C35CE63" w:rsidRPr="002552BD">
        <w:rPr>
          <w:rFonts w:ascii="Arial" w:eastAsia="Arial" w:hAnsi="Arial" w:cs="Arial"/>
        </w:rPr>
        <w:t>Mundanara Bayles, Me</w:t>
      </w:r>
      <w:r w:rsidR="63626EF3" w:rsidRPr="002552BD">
        <w:rPr>
          <w:rFonts w:ascii="Arial" w:hAnsi="Arial"/>
        </w:rPr>
        <w:t xml:space="preserve">na Waller, </w:t>
      </w:r>
      <w:r w:rsidR="2DC665BC" w:rsidRPr="002552BD">
        <w:rPr>
          <w:rFonts w:ascii="Arial" w:hAnsi="Arial"/>
        </w:rPr>
        <w:t>Kobi</w:t>
      </w:r>
      <w:r w:rsidR="63626EF3" w:rsidRPr="002552BD">
        <w:rPr>
          <w:rFonts w:ascii="Arial" w:hAnsi="Arial"/>
        </w:rPr>
        <w:t xml:space="preserve"> </w:t>
      </w:r>
      <w:r w:rsidR="6342EC6B" w:rsidRPr="002552BD">
        <w:rPr>
          <w:rFonts w:ascii="Arial" w:hAnsi="Arial"/>
        </w:rPr>
        <w:t>Page</w:t>
      </w:r>
      <w:r w:rsidR="63626EF3" w:rsidRPr="002552BD">
        <w:rPr>
          <w:rFonts w:ascii="Arial" w:hAnsi="Arial"/>
        </w:rPr>
        <w:t xml:space="preserve">, Joanne </w:t>
      </w:r>
      <w:r w:rsidR="0CAE78AE" w:rsidRPr="002552BD">
        <w:rPr>
          <w:rFonts w:ascii="Arial" w:hAnsi="Arial"/>
        </w:rPr>
        <w:t>S</w:t>
      </w:r>
      <w:r w:rsidR="63626EF3" w:rsidRPr="002552BD">
        <w:rPr>
          <w:rFonts w:ascii="Arial" w:hAnsi="Arial"/>
        </w:rPr>
        <w:t xml:space="preserve">chmider, Dr Alicia Veasey and Manny Williams, along with </w:t>
      </w:r>
      <w:r w:rsidR="7C666A94" w:rsidRPr="002552BD">
        <w:rPr>
          <w:rFonts w:ascii="Arial" w:hAnsi="Arial"/>
        </w:rPr>
        <w:t>C</w:t>
      </w:r>
      <w:r w:rsidR="63626EF3" w:rsidRPr="002552BD">
        <w:rPr>
          <w:rFonts w:ascii="Arial" w:hAnsi="Arial"/>
        </w:rPr>
        <w:t xml:space="preserve">ommissioners Katie Kiss, Natalie Lewis and Scott McDougall. Rights made real is supported by the Queensland Human Rights Commission and produced by </w:t>
      </w:r>
      <w:proofErr w:type="spellStart"/>
      <w:r w:rsidR="63626EF3" w:rsidRPr="002552BD">
        <w:rPr>
          <w:rFonts w:ascii="Arial" w:hAnsi="Arial"/>
        </w:rPr>
        <w:t>Deadset</w:t>
      </w:r>
      <w:proofErr w:type="spellEnd"/>
      <w:r w:rsidR="63626EF3" w:rsidRPr="002552BD">
        <w:rPr>
          <w:rFonts w:ascii="Arial" w:hAnsi="Arial"/>
        </w:rPr>
        <w:t xml:space="preserve"> Studios. The executive producer is Kelly R</w:t>
      </w:r>
      <w:r w:rsidR="4BD5FC0A" w:rsidRPr="002552BD">
        <w:rPr>
          <w:rFonts w:ascii="Arial" w:hAnsi="Arial"/>
        </w:rPr>
        <w:t>iordan</w:t>
      </w:r>
      <w:r w:rsidR="63626EF3" w:rsidRPr="002552BD">
        <w:rPr>
          <w:rFonts w:ascii="Arial" w:hAnsi="Arial"/>
        </w:rPr>
        <w:t>. Supervising Producer is Rebecca L</w:t>
      </w:r>
      <w:r w:rsidR="21F764D2" w:rsidRPr="002552BD">
        <w:rPr>
          <w:rFonts w:ascii="Arial" w:hAnsi="Arial"/>
        </w:rPr>
        <w:t>e</w:t>
      </w:r>
      <w:r w:rsidR="63626EF3" w:rsidRPr="002552BD">
        <w:rPr>
          <w:rFonts w:ascii="Arial" w:hAnsi="Arial"/>
        </w:rPr>
        <w:t>vingston, and our editor is Liam R</w:t>
      </w:r>
      <w:r w:rsidR="734E44E8" w:rsidRPr="002552BD">
        <w:rPr>
          <w:rFonts w:ascii="Arial" w:hAnsi="Arial"/>
        </w:rPr>
        <w:t>iordan</w:t>
      </w:r>
      <w:r w:rsidR="63626EF3" w:rsidRPr="002552BD">
        <w:rPr>
          <w:rFonts w:ascii="Arial" w:hAnsi="Arial"/>
        </w:rPr>
        <w:t>. The</w:t>
      </w:r>
      <w:r w:rsidR="1560E258" w:rsidRPr="002552BD">
        <w:rPr>
          <w:rFonts w:ascii="Arial" w:hAnsi="Arial"/>
        </w:rPr>
        <w:t xml:space="preserve"> </w:t>
      </w:r>
      <w:r w:rsidR="63626EF3" w:rsidRPr="002552BD">
        <w:rPr>
          <w:rFonts w:ascii="Arial" w:hAnsi="Arial"/>
        </w:rPr>
        <w:t>music was composed by Clay Cas</w:t>
      </w:r>
      <w:r w:rsidR="19E96CA5" w:rsidRPr="002552BD">
        <w:rPr>
          <w:rFonts w:ascii="Arial" w:hAnsi="Arial"/>
        </w:rPr>
        <w:t>sar Daley</w:t>
      </w:r>
      <w:r w:rsidR="63626EF3" w:rsidRPr="002552BD">
        <w:rPr>
          <w:rFonts w:ascii="Arial" w:hAnsi="Arial"/>
        </w:rPr>
        <w:t xml:space="preserve">, and I'm </w:t>
      </w:r>
      <w:r w:rsidR="7A1A332E" w:rsidRPr="002552BD">
        <w:rPr>
          <w:rFonts w:ascii="Arial" w:hAnsi="Arial"/>
        </w:rPr>
        <w:t>So</w:t>
      </w:r>
      <w:r w:rsidR="63626EF3" w:rsidRPr="002552BD">
        <w:rPr>
          <w:rFonts w:ascii="Arial" w:hAnsi="Arial"/>
        </w:rPr>
        <w:t>lua Middleton.</w:t>
      </w:r>
    </w:p>
    <w:sectPr w:rsidR="00225C9B" w:rsidSect="001216B9">
      <w:footerReference w:type="even" r:id="rId12"/>
      <w:footerReference w:type="defaul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BD9C" w14:textId="77777777" w:rsidR="0002112B" w:rsidRDefault="0002112B">
      <w:pPr>
        <w:spacing w:after="0" w:line="240" w:lineRule="auto"/>
      </w:pPr>
      <w:r>
        <w:separator/>
      </w:r>
    </w:p>
  </w:endnote>
  <w:endnote w:type="continuationSeparator" w:id="0">
    <w:p w14:paraId="77500749" w14:textId="77777777" w:rsidR="0002112B" w:rsidRDefault="00021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793CEDB5"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04C94" w14:textId="77777777" w:rsidR="0002112B" w:rsidRDefault="0002112B">
      <w:pPr>
        <w:spacing w:after="0" w:line="240" w:lineRule="auto"/>
      </w:pPr>
      <w:r>
        <w:separator/>
      </w:r>
    </w:p>
  </w:footnote>
  <w:footnote w:type="continuationSeparator" w:id="0">
    <w:p w14:paraId="453BB512" w14:textId="77777777" w:rsidR="0002112B" w:rsidRDefault="00021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2605883">
    <w:abstractNumId w:val="8"/>
  </w:num>
  <w:num w:numId="2" w16cid:durableId="1363557771">
    <w:abstractNumId w:val="6"/>
  </w:num>
  <w:num w:numId="3" w16cid:durableId="1717974461">
    <w:abstractNumId w:val="5"/>
  </w:num>
  <w:num w:numId="4" w16cid:durableId="966933890">
    <w:abstractNumId w:val="4"/>
  </w:num>
  <w:num w:numId="5" w16cid:durableId="1136608743">
    <w:abstractNumId w:val="7"/>
  </w:num>
  <w:num w:numId="6" w16cid:durableId="667169687">
    <w:abstractNumId w:val="3"/>
  </w:num>
  <w:num w:numId="7" w16cid:durableId="1103457682">
    <w:abstractNumId w:val="2"/>
  </w:num>
  <w:num w:numId="8" w16cid:durableId="107968160">
    <w:abstractNumId w:val="1"/>
  </w:num>
  <w:num w:numId="9" w16cid:durableId="169364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12B"/>
    <w:rsid w:val="00034616"/>
    <w:rsid w:val="00050A6B"/>
    <w:rsid w:val="0006063C"/>
    <w:rsid w:val="00066610"/>
    <w:rsid w:val="000DA1CF"/>
    <w:rsid w:val="001216B9"/>
    <w:rsid w:val="00134A7A"/>
    <w:rsid w:val="0015074B"/>
    <w:rsid w:val="0020DB86"/>
    <w:rsid w:val="00225C9B"/>
    <w:rsid w:val="00242FA8"/>
    <w:rsid w:val="002552BD"/>
    <w:rsid w:val="0029639D"/>
    <w:rsid w:val="002969CC"/>
    <w:rsid w:val="002D47D3"/>
    <w:rsid w:val="00326F90"/>
    <w:rsid w:val="003409CD"/>
    <w:rsid w:val="003532A3"/>
    <w:rsid w:val="00376F75"/>
    <w:rsid w:val="00397AA5"/>
    <w:rsid w:val="003A0EBE"/>
    <w:rsid w:val="003A74EB"/>
    <w:rsid w:val="003C42B2"/>
    <w:rsid w:val="003E3410"/>
    <w:rsid w:val="0040411A"/>
    <w:rsid w:val="00414820"/>
    <w:rsid w:val="004614F1"/>
    <w:rsid w:val="0048520B"/>
    <w:rsid w:val="00495A41"/>
    <w:rsid w:val="004A440B"/>
    <w:rsid w:val="004A641F"/>
    <w:rsid w:val="004A7C8F"/>
    <w:rsid w:val="004B593C"/>
    <w:rsid w:val="004C6A5E"/>
    <w:rsid w:val="0054905E"/>
    <w:rsid w:val="0056005A"/>
    <w:rsid w:val="00610116"/>
    <w:rsid w:val="006523C4"/>
    <w:rsid w:val="006E2A8C"/>
    <w:rsid w:val="006F3444"/>
    <w:rsid w:val="006F3C35"/>
    <w:rsid w:val="00733DBF"/>
    <w:rsid w:val="007749AF"/>
    <w:rsid w:val="00794EBC"/>
    <w:rsid w:val="007D02A8"/>
    <w:rsid w:val="007F103F"/>
    <w:rsid w:val="00836056"/>
    <w:rsid w:val="008967E6"/>
    <w:rsid w:val="008A47C2"/>
    <w:rsid w:val="00919BC6"/>
    <w:rsid w:val="00924FC6"/>
    <w:rsid w:val="00930F33"/>
    <w:rsid w:val="00934622"/>
    <w:rsid w:val="009469E4"/>
    <w:rsid w:val="00960770"/>
    <w:rsid w:val="00960CCA"/>
    <w:rsid w:val="009B2902"/>
    <w:rsid w:val="009C3AF0"/>
    <w:rsid w:val="00A12EE5"/>
    <w:rsid w:val="00AA1D8D"/>
    <w:rsid w:val="00B47730"/>
    <w:rsid w:val="00B73576"/>
    <w:rsid w:val="00BA4C2B"/>
    <w:rsid w:val="00BA6F28"/>
    <w:rsid w:val="00BD0140"/>
    <w:rsid w:val="00C041F5"/>
    <w:rsid w:val="00C172D3"/>
    <w:rsid w:val="00C24502"/>
    <w:rsid w:val="00C3101F"/>
    <w:rsid w:val="00C93254"/>
    <w:rsid w:val="00CB0664"/>
    <w:rsid w:val="00CF48F4"/>
    <w:rsid w:val="00D32798"/>
    <w:rsid w:val="00D57E81"/>
    <w:rsid w:val="00E000AF"/>
    <w:rsid w:val="00E24851"/>
    <w:rsid w:val="00E3298C"/>
    <w:rsid w:val="00E73859"/>
    <w:rsid w:val="00ED3244"/>
    <w:rsid w:val="00EE0563"/>
    <w:rsid w:val="00EE3C04"/>
    <w:rsid w:val="00F93DC7"/>
    <w:rsid w:val="00FA1A23"/>
    <w:rsid w:val="00FA47E8"/>
    <w:rsid w:val="00FC693F"/>
    <w:rsid w:val="00FE1409"/>
    <w:rsid w:val="00FE76D9"/>
    <w:rsid w:val="00FF2303"/>
    <w:rsid w:val="01377469"/>
    <w:rsid w:val="01514E05"/>
    <w:rsid w:val="01B1F196"/>
    <w:rsid w:val="01FEA1DA"/>
    <w:rsid w:val="02AE0C8F"/>
    <w:rsid w:val="02DFF930"/>
    <w:rsid w:val="0325865A"/>
    <w:rsid w:val="042415D7"/>
    <w:rsid w:val="049E56B1"/>
    <w:rsid w:val="04A57D51"/>
    <w:rsid w:val="0573C9F3"/>
    <w:rsid w:val="05D19D92"/>
    <w:rsid w:val="06BCEF6C"/>
    <w:rsid w:val="072AF5EC"/>
    <w:rsid w:val="07B89D0B"/>
    <w:rsid w:val="081F27A4"/>
    <w:rsid w:val="0864248F"/>
    <w:rsid w:val="08A41852"/>
    <w:rsid w:val="08BAF629"/>
    <w:rsid w:val="0947DE11"/>
    <w:rsid w:val="0950B01E"/>
    <w:rsid w:val="09A5C5A8"/>
    <w:rsid w:val="09F0F3BC"/>
    <w:rsid w:val="0A14CB10"/>
    <w:rsid w:val="0A4DCD9B"/>
    <w:rsid w:val="0A660C68"/>
    <w:rsid w:val="0A90526B"/>
    <w:rsid w:val="0AEF05E9"/>
    <w:rsid w:val="0B7E592D"/>
    <w:rsid w:val="0BD74F6B"/>
    <w:rsid w:val="0C83906C"/>
    <w:rsid w:val="0CAE78AE"/>
    <w:rsid w:val="0CBF7B67"/>
    <w:rsid w:val="0D28DEFC"/>
    <w:rsid w:val="0DE3AA94"/>
    <w:rsid w:val="0E91BF9B"/>
    <w:rsid w:val="0FAB1AF2"/>
    <w:rsid w:val="0FFCF46E"/>
    <w:rsid w:val="101B51F5"/>
    <w:rsid w:val="101DFDA4"/>
    <w:rsid w:val="102481F8"/>
    <w:rsid w:val="10462538"/>
    <w:rsid w:val="10B9DFAB"/>
    <w:rsid w:val="10EA822E"/>
    <w:rsid w:val="118398ED"/>
    <w:rsid w:val="128AA072"/>
    <w:rsid w:val="130F0AAA"/>
    <w:rsid w:val="134EC281"/>
    <w:rsid w:val="13652E08"/>
    <w:rsid w:val="14296DD2"/>
    <w:rsid w:val="14940DB1"/>
    <w:rsid w:val="14FA905B"/>
    <w:rsid w:val="1505C43D"/>
    <w:rsid w:val="1552CDB8"/>
    <w:rsid w:val="1560E258"/>
    <w:rsid w:val="16DDCADC"/>
    <w:rsid w:val="179B5B91"/>
    <w:rsid w:val="17B6A114"/>
    <w:rsid w:val="17ED9CE7"/>
    <w:rsid w:val="18F699FC"/>
    <w:rsid w:val="19623962"/>
    <w:rsid w:val="19784CD1"/>
    <w:rsid w:val="19E96CA5"/>
    <w:rsid w:val="19ED26BA"/>
    <w:rsid w:val="1A2CA67D"/>
    <w:rsid w:val="1A7C1667"/>
    <w:rsid w:val="1AED2E54"/>
    <w:rsid w:val="1B4CD44D"/>
    <w:rsid w:val="1B7990AD"/>
    <w:rsid w:val="1BD50373"/>
    <w:rsid w:val="1BF3E406"/>
    <w:rsid w:val="1C028EB7"/>
    <w:rsid w:val="1C0CEE48"/>
    <w:rsid w:val="1C2E0D4B"/>
    <w:rsid w:val="1C35CE63"/>
    <w:rsid w:val="1C8B21FC"/>
    <w:rsid w:val="1C9EEB3A"/>
    <w:rsid w:val="1D0981A7"/>
    <w:rsid w:val="1D21CE33"/>
    <w:rsid w:val="1DAD9EC1"/>
    <w:rsid w:val="1DC4B5A3"/>
    <w:rsid w:val="1DE586E5"/>
    <w:rsid w:val="1E6D8942"/>
    <w:rsid w:val="1F7ABBDB"/>
    <w:rsid w:val="1FD104AD"/>
    <w:rsid w:val="1FE1A2E6"/>
    <w:rsid w:val="1FE7C96C"/>
    <w:rsid w:val="2092F0F8"/>
    <w:rsid w:val="20DE6258"/>
    <w:rsid w:val="21740C7A"/>
    <w:rsid w:val="2182D4C2"/>
    <w:rsid w:val="21F764D2"/>
    <w:rsid w:val="2283B376"/>
    <w:rsid w:val="229C736B"/>
    <w:rsid w:val="22B18644"/>
    <w:rsid w:val="22E4B743"/>
    <w:rsid w:val="2359FC84"/>
    <w:rsid w:val="23F34184"/>
    <w:rsid w:val="2525414A"/>
    <w:rsid w:val="254185D7"/>
    <w:rsid w:val="256D0D2C"/>
    <w:rsid w:val="25DC9560"/>
    <w:rsid w:val="266B0416"/>
    <w:rsid w:val="269215F2"/>
    <w:rsid w:val="26988ADC"/>
    <w:rsid w:val="27B0E950"/>
    <w:rsid w:val="283B9871"/>
    <w:rsid w:val="288DDD9B"/>
    <w:rsid w:val="28BBCAEE"/>
    <w:rsid w:val="2954CCE0"/>
    <w:rsid w:val="2A73655D"/>
    <w:rsid w:val="2AB2A3C0"/>
    <w:rsid w:val="2B17B12C"/>
    <w:rsid w:val="2B8C2059"/>
    <w:rsid w:val="2C148B96"/>
    <w:rsid w:val="2C230671"/>
    <w:rsid w:val="2D328938"/>
    <w:rsid w:val="2D7F3871"/>
    <w:rsid w:val="2DC665BC"/>
    <w:rsid w:val="2E621505"/>
    <w:rsid w:val="2F6C0DD4"/>
    <w:rsid w:val="2F97C980"/>
    <w:rsid w:val="2FDCACCC"/>
    <w:rsid w:val="30478C4E"/>
    <w:rsid w:val="3062860F"/>
    <w:rsid w:val="30A85DC1"/>
    <w:rsid w:val="30CE87A8"/>
    <w:rsid w:val="30DF1D9D"/>
    <w:rsid w:val="317FF0F3"/>
    <w:rsid w:val="31CF979D"/>
    <w:rsid w:val="32B32790"/>
    <w:rsid w:val="32CE61A8"/>
    <w:rsid w:val="32ED0C22"/>
    <w:rsid w:val="3326D899"/>
    <w:rsid w:val="33F9DE2E"/>
    <w:rsid w:val="34356A10"/>
    <w:rsid w:val="34A7E659"/>
    <w:rsid w:val="350ED465"/>
    <w:rsid w:val="35151296"/>
    <w:rsid w:val="352AE7E3"/>
    <w:rsid w:val="361E7C82"/>
    <w:rsid w:val="36A213DA"/>
    <w:rsid w:val="36B442F5"/>
    <w:rsid w:val="36C5A280"/>
    <w:rsid w:val="377B9B41"/>
    <w:rsid w:val="37BBF317"/>
    <w:rsid w:val="37D73BA6"/>
    <w:rsid w:val="3802F814"/>
    <w:rsid w:val="38472839"/>
    <w:rsid w:val="390A3C0A"/>
    <w:rsid w:val="399A7EA4"/>
    <w:rsid w:val="3C006D3B"/>
    <w:rsid w:val="3C4ADE92"/>
    <w:rsid w:val="3C80200D"/>
    <w:rsid w:val="3C85299A"/>
    <w:rsid w:val="3CC1952C"/>
    <w:rsid w:val="3CCDC2E0"/>
    <w:rsid w:val="3D1274BB"/>
    <w:rsid w:val="3D4039F5"/>
    <w:rsid w:val="3D836434"/>
    <w:rsid w:val="3E40F0BA"/>
    <w:rsid w:val="3E8E27A7"/>
    <w:rsid w:val="3E9146FC"/>
    <w:rsid w:val="3F2AC4D9"/>
    <w:rsid w:val="3F3306CA"/>
    <w:rsid w:val="3F38B952"/>
    <w:rsid w:val="3F409C4F"/>
    <w:rsid w:val="3F5ACDDF"/>
    <w:rsid w:val="3FD0D323"/>
    <w:rsid w:val="40009A4A"/>
    <w:rsid w:val="40091F4B"/>
    <w:rsid w:val="4084931B"/>
    <w:rsid w:val="4090CCC5"/>
    <w:rsid w:val="409478E8"/>
    <w:rsid w:val="41D3028C"/>
    <w:rsid w:val="42AFCB4F"/>
    <w:rsid w:val="42C45F70"/>
    <w:rsid w:val="42D6BED0"/>
    <w:rsid w:val="4341F330"/>
    <w:rsid w:val="437B4795"/>
    <w:rsid w:val="43E096EF"/>
    <w:rsid w:val="448917F5"/>
    <w:rsid w:val="44A77B01"/>
    <w:rsid w:val="44B73D37"/>
    <w:rsid w:val="44B7D80B"/>
    <w:rsid w:val="44D51824"/>
    <w:rsid w:val="45657C8E"/>
    <w:rsid w:val="45C5FF23"/>
    <w:rsid w:val="45CF4097"/>
    <w:rsid w:val="460F79BD"/>
    <w:rsid w:val="463A84A6"/>
    <w:rsid w:val="46BEEC74"/>
    <w:rsid w:val="46FED597"/>
    <w:rsid w:val="470C769F"/>
    <w:rsid w:val="4760855D"/>
    <w:rsid w:val="4766E636"/>
    <w:rsid w:val="47BAAAFC"/>
    <w:rsid w:val="47C6A28D"/>
    <w:rsid w:val="47F1442C"/>
    <w:rsid w:val="489F847F"/>
    <w:rsid w:val="48A76381"/>
    <w:rsid w:val="498C36C6"/>
    <w:rsid w:val="4995E9AA"/>
    <w:rsid w:val="49FC9E46"/>
    <w:rsid w:val="4A430FF8"/>
    <w:rsid w:val="4A5F240F"/>
    <w:rsid w:val="4A615578"/>
    <w:rsid w:val="4AC6763E"/>
    <w:rsid w:val="4B1650BC"/>
    <w:rsid w:val="4B55986F"/>
    <w:rsid w:val="4B84558E"/>
    <w:rsid w:val="4B903826"/>
    <w:rsid w:val="4BD5FC0A"/>
    <w:rsid w:val="4BFEE627"/>
    <w:rsid w:val="4CFC0F8E"/>
    <w:rsid w:val="4DC7D1D4"/>
    <w:rsid w:val="4E0C06BE"/>
    <w:rsid w:val="4EA61022"/>
    <w:rsid w:val="4EE5B2DC"/>
    <w:rsid w:val="4EE7E437"/>
    <w:rsid w:val="4EFD50DF"/>
    <w:rsid w:val="4F2E2D72"/>
    <w:rsid w:val="4F730F04"/>
    <w:rsid w:val="4FCAC42C"/>
    <w:rsid w:val="503229E5"/>
    <w:rsid w:val="50A16E46"/>
    <w:rsid w:val="51029DCF"/>
    <w:rsid w:val="513BF172"/>
    <w:rsid w:val="51548620"/>
    <w:rsid w:val="5157C287"/>
    <w:rsid w:val="51608AE4"/>
    <w:rsid w:val="517BF7DA"/>
    <w:rsid w:val="517D04DF"/>
    <w:rsid w:val="529DC4AC"/>
    <w:rsid w:val="52C56A28"/>
    <w:rsid w:val="532D487E"/>
    <w:rsid w:val="53FBEE4E"/>
    <w:rsid w:val="5481A019"/>
    <w:rsid w:val="54CE7E1C"/>
    <w:rsid w:val="55462A67"/>
    <w:rsid w:val="557469D5"/>
    <w:rsid w:val="55E97CF0"/>
    <w:rsid w:val="56445FB8"/>
    <w:rsid w:val="56519B5C"/>
    <w:rsid w:val="5684EB8C"/>
    <w:rsid w:val="5732BFBA"/>
    <w:rsid w:val="574D3322"/>
    <w:rsid w:val="579C8451"/>
    <w:rsid w:val="583C8991"/>
    <w:rsid w:val="58447451"/>
    <w:rsid w:val="584D170C"/>
    <w:rsid w:val="5874584D"/>
    <w:rsid w:val="59AE8241"/>
    <w:rsid w:val="59E56D55"/>
    <w:rsid w:val="5A36A686"/>
    <w:rsid w:val="5A48E552"/>
    <w:rsid w:val="5AD54424"/>
    <w:rsid w:val="5B0797F7"/>
    <w:rsid w:val="5B596290"/>
    <w:rsid w:val="5CB5A4B5"/>
    <w:rsid w:val="5D0772DC"/>
    <w:rsid w:val="5DCDB4B5"/>
    <w:rsid w:val="5DD7C07C"/>
    <w:rsid w:val="5E4609F4"/>
    <w:rsid w:val="5E62648C"/>
    <w:rsid w:val="5E893D83"/>
    <w:rsid w:val="5E899B38"/>
    <w:rsid w:val="5E935E8E"/>
    <w:rsid w:val="5F06F0C8"/>
    <w:rsid w:val="5F55DE1A"/>
    <w:rsid w:val="5F566BED"/>
    <w:rsid w:val="5FAAF61A"/>
    <w:rsid w:val="5FE8E357"/>
    <w:rsid w:val="5FF00780"/>
    <w:rsid w:val="5FF3D381"/>
    <w:rsid w:val="6095A286"/>
    <w:rsid w:val="60C8CA47"/>
    <w:rsid w:val="610620B9"/>
    <w:rsid w:val="611372F5"/>
    <w:rsid w:val="61952EE3"/>
    <w:rsid w:val="61953AF7"/>
    <w:rsid w:val="61F083B2"/>
    <w:rsid w:val="62AD2B53"/>
    <w:rsid w:val="62C51432"/>
    <w:rsid w:val="630153FC"/>
    <w:rsid w:val="63278F7C"/>
    <w:rsid w:val="6342EC6B"/>
    <w:rsid w:val="63626EF3"/>
    <w:rsid w:val="6381BB14"/>
    <w:rsid w:val="6386EAB5"/>
    <w:rsid w:val="645BEB9B"/>
    <w:rsid w:val="645C1498"/>
    <w:rsid w:val="6488BC55"/>
    <w:rsid w:val="65E0233C"/>
    <w:rsid w:val="661885AF"/>
    <w:rsid w:val="66D1A203"/>
    <w:rsid w:val="66E2CAB2"/>
    <w:rsid w:val="67273A2C"/>
    <w:rsid w:val="6789C28B"/>
    <w:rsid w:val="67DC6DCE"/>
    <w:rsid w:val="67F5ACF0"/>
    <w:rsid w:val="68128451"/>
    <w:rsid w:val="6854DC13"/>
    <w:rsid w:val="68DA586F"/>
    <w:rsid w:val="68F947AA"/>
    <w:rsid w:val="68FEDF14"/>
    <w:rsid w:val="6977E9CA"/>
    <w:rsid w:val="697B950F"/>
    <w:rsid w:val="6986DE8F"/>
    <w:rsid w:val="6AE9B309"/>
    <w:rsid w:val="6B4E830D"/>
    <w:rsid w:val="6B71A74B"/>
    <w:rsid w:val="6B95B741"/>
    <w:rsid w:val="6C4A1EF8"/>
    <w:rsid w:val="6C83758F"/>
    <w:rsid w:val="6C9A0D8E"/>
    <w:rsid w:val="6CAE8FE0"/>
    <w:rsid w:val="6CB3B281"/>
    <w:rsid w:val="6CD876D8"/>
    <w:rsid w:val="6D5D0A1F"/>
    <w:rsid w:val="6E413968"/>
    <w:rsid w:val="6E854D04"/>
    <w:rsid w:val="6F1FB815"/>
    <w:rsid w:val="6F4F74A8"/>
    <w:rsid w:val="6FD2BC65"/>
    <w:rsid w:val="6FD983FA"/>
    <w:rsid w:val="7001BC0F"/>
    <w:rsid w:val="7016757E"/>
    <w:rsid w:val="7032EBDB"/>
    <w:rsid w:val="70444D14"/>
    <w:rsid w:val="707437EF"/>
    <w:rsid w:val="70915FD9"/>
    <w:rsid w:val="70B9FC48"/>
    <w:rsid w:val="70C5BF2A"/>
    <w:rsid w:val="7187E745"/>
    <w:rsid w:val="719B0805"/>
    <w:rsid w:val="71B9EDDC"/>
    <w:rsid w:val="728A1CDB"/>
    <w:rsid w:val="734651E6"/>
    <w:rsid w:val="734E44E8"/>
    <w:rsid w:val="7362EC59"/>
    <w:rsid w:val="7368977E"/>
    <w:rsid w:val="73737A0B"/>
    <w:rsid w:val="745E2423"/>
    <w:rsid w:val="75070729"/>
    <w:rsid w:val="753FD206"/>
    <w:rsid w:val="76658688"/>
    <w:rsid w:val="76A299B3"/>
    <w:rsid w:val="76DC3264"/>
    <w:rsid w:val="76F589DB"/>
    <w:rsid w:val="773433E8"/>
    <w:rsid w:val="77CA4327"/>
    <w:rsid w:val="79CDB06D"/>
    <w:rsid w:val="7A03A167"/>
    <w:rsid w:val="7A1A332E"/>
    <w:rsid w:val="7A36FC9D"/>
    <w:rsid w:val="7A610814"/>
    <w:rsid w:val="7A9A7E32"/>
    <w:rsid w:val="7A9C863A"/>
    <w:rsid w:val="7B3D8B97"/>
    <w:rsid w:val="7C0B1AD4"/>
    <w:rsid w:val="7C666A94"/>
    <w:rsid w:val="7C80E829"/>
    <w:rsid w:val="7C86B9A5"/>
    <w:rsid w:val="7D2A1D23"/>
    <w:rsid w:val="7D8D5217"/>
    <w:rsid w:val="7D947C40"/>
    <w:rsid w:val="7E6FD02F"/>
    <w:rsid w:val="7E7D7714"/>
    <w:rsid w:val="7E986466"/>
    <w:rsid w:val="7EA9F040"/>
    <w:rsid w:val="7EAE597F"/>
    <w:rsid w:val="7F0F818B"/>
    <w:rsid w:val="7F2FA344"/>
    <w:rsid w:val="7F902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C42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6155ed63-341b-4a6d-8d92-bc71a3205411" ContentTypeId="0x0101000118694C86DCC840B8A954DADB00E5EA" PreviousValue="fals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43c72d-eb76-4049-99ea-07473b15cc0c">
      <Terms xmlns="http://schemas.microsoft.com/office/infopath/2007/PartnerControls"/>
    </lcf76f155ced4ddcb4097134ff3c332f>
    <TaxCatchAll xmlns="ca61dc34-46aa-470b-af0e-0de93029fe6e">
      <Value>36</Value>
    </TaxCatchAll>
    <eeb7374700b34cdba6ada6117c616034 xmlns="0c43c72d-eb76-4049-99ea-07473b15cc0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673bede0-8f6d-40f0-a0d2-3ae341685de0</TermId>
        </TermInfo>
      </Terms>
    </eeb7374700b34cdba6ada6117c616034>
    <oa9fbd0508de436da13dc19a72853b3f xmlns="0c43c72d-eb76-4049-99ea-07473b15cc0c" xsi:nil="true"/>
    <ConsentStatus xmlns="0c43c72d-eb76-4049-99ea-07473b15cc0c" xsi:nil="true"/>
    <ProjectType xmlns="0c43c72d-eb76-4049-99ea-07473b15cc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QHRC Document" ma:contentTypeID="0x0101000118694C86DCC840B8A954DADB00E5EA003E84DEDAC4846149B794043C96BA4143" ma:contentTypeVersion="20" ma:contentTypeDescription="" ma:contentTypeScope="" ma:versionID="90c89db547b50091b1bb51c7ae397417">
  <xsd:schema xmlns:xsd="http://www.w3.org/2001/XMLSchema" xmlns:xs="http://www.w3.org/2001/XMLSchema" xmlns:p="http://schemas.microsoft.com/office/2006/metadata/properties" xmlns:ns2="0c43c72d-eb76-4049-99ea-07473b15cc0c" xmlns:ns3="ca61dc34-46aa-470b-af0e-0de93029fe6e" targetNamespace="http://schemas.microsoft.com/office/2006/metadata/properties" ma:root="true" ma:fieldsID="adc72efcd1fbbd0f9274fa15a7aa5f3c" ns2:_="" ns3:_="">
    <xsd:import namespace="0c43c72d-eb76-4049-99ea-07473b15cc0c"/>
    <xsd:import namespace="ca61dc34-46aa-470b-af0e-0de93029fe6e"/>
    <xsd:element name="properties">
      <xsd:complexType>
        <xsd:sequence>
          <xsd:element name="documentManagement">
            <xsd:complexType>
              <xsd:all>
                <xsd:element ref="ns2:oa9fbd0508de436da13dc19a72853b3f" minOccurs="0"/>
                <xsd:element ref="ns3:TaxCatchAll" minOccurs="0"/>
                <xsd:element ref="ns2:TaxCatchAllLabel" minOccurs="0"/>
                <xsd:element ref="ns2:ProjectType" minOccurs="0"/>
                <xsd:element ref="ns2:ConsentStatus" minOccurs="0"/>
                <xsd:element ref="ns2:eeb7374700b34cdba6ada6117c616034"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3c72d-eb76-4049-99ea-07473b15cc0c" elementFormDefault="qualified">
    <xsd:import namespace="http://schemas.microsoft.com/office/2006/documentManagement/types"/>
    <xsd:import namespace="http://schemas.microsoft.com/office/infopath/2007/PartnerControls"/>
    <xsd:element name="oa9fbd0508de436da13dc19a72853b3f" ma:index="8" nillable="true" ma:displayName="DocumentType_0" ma:hidden="true" ma:internalName="oa9fbd0508de436da13dc19a72853b3f">
      <xsd:simpleType>
        <xsd:restriction base="dms:Note"/>
      </xsd:simpleType>
    </xsd:element>
    <xsd:element name="TaxCatchAllLabel" ma:index="10" nillable="true" ma:displayName="Taxonomy Catch All Column1" ma:hidden="true" ma:list="{1077a3bf-a85c-4608-877e-9ab734cca5a7}"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ProjectType" ma:index="12" nillable="true" ma:displayName="Campaigns/Project Type" ma:format="Dropdown" ma:internalName="ProjectType">
      <xsd:simpleType>
        <xsd:restriction base="dms:Choice">
          <xsd:enumeration value="Event"/>
          <xsd:enumeration value="Publication"/>
        </xsd:restriction>
      </xsd:simpleType>
    </xsd:element>
    <xsd:element name="ConsentStatus" ma:index="13" nillable="true" ma:displayName="Consent Status" ma:format="Dropdown" ma:internalName="ConsentStatus">
      <xsd:simpleType>
        <xsd:restriction base="dms:Choice">
          <xsd:enumeration value="Consent withdrawn"/>
          <xsd:enumeration value="Not applicable"/>
          <xsd:enumeration value="Consent applicable"/>
        </xsd:restriction>
      </xsd:simpleType>
    </xsd:element>
    <xsd:element name="eeb7374700b34cdba6ada6117c616034" ma:index="15" nillable="true" ma:taxonomy="true" ma:internalName="eeb7374700b34cdba6ada6117c616034" ma:taxonomyFieldName="CalendarYear" ma:displayName="Calendar Year" ma:default="36;#2025|673bede0-8f6d-40f0-a0d2-3ae341685de0" ma:fieldId="{eeb73747-00b3-4cdb-a6ad-a6117c616034}" ma:sspId="6155ed63-341b-4a6d-8d92-bc71a3205411" ma:termSetId="8be0305c-b7a6-464c-ae96-1446ddc0e5a5"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155ed63-341b-4a6d-8d92-bc71a320541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61dc34-46aa-470b-af0e-0de93029fe6e"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077a3bf-a85c-4608-877e-9ab734cca5a7}" ma:internalName="TaxCatchAll" ma:showField="CatchAllData" ma:web="66e99b15-4c5c-4657-a98c-11e0a0731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8BCDF-32B2-4072-BB9F-160BCE7E6F19}">
  <ds:schemaRefs>
    <ds:schemaRef ds:uri="Microsoft.SharePoint.Taxonomy.ContentTypeSync"/>
  </ds:schemaRefs>
</ds:datastoreItem>
</file>

<file path=customXml/itemProps2.xml><?xml version="1.0" encoding="utf-8"?>
<ds:datastoreItem xmlns:ds="http://schemas.openxmlformats.org/officeDocument/2006/customXml" ds:itemID="{7A1C8792-11D0-4668-8829-9D8CF6BFA56E}">
  <ds:schemaRefs>
    <ds:schemaRef ds:uri="http://schemas.microsoft.com/office/2006/metadata/properties"/>
    <ds:schemaRef ds:uri="http://schemas.microsoft.com/office/infopath/2007/PartnerControls"/>
    <ds:schemaRef ds:uri="0c43c72d-eb76-4049-99ea-07473b15cc0c"/>
    <ds:schemaRef ds:uri="ca61dc34-46aa-470b-af0e-0de93029fe6e"/>
  </ds:schemaRefs>
</ds:datastoreItem>
</file>

<file path=customXml/itemProps3.xml><?xml version="1.0" encoding="utf-8"?>
<ds:datastoreItem xmlns:ds="http://schemas.openxmlformats.org/officeDocument/2006/customXml" ds:itemID="{7D213562-4C8D-4D71-AEEC-E5F1B08B90BC}">
  <ds:schemaRefs>
    <ds:schemaRef ds:uri="http://schemas.microsoft.com/sharepoint/v3/contenttype/forms"/>
  </ds:schemaRefs>
</ds:datastoreItem>
</file>

<file path=customXml/itemProps4.xml><?xml version="1.0" encoding="utf-8"?>
<ds:datastoreItem xmlns:ds="http://schemas.openxmlformats.org/officeDocument/2006/customXml" ds:itemID="{01C9B801-1A57-45EF-A73E-063528BEE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3c72d-eb76-4049-99ea-07473b15cc0c"/>
    <ds:schemaRef ds:uri="ca61dc34-46aa-470b-af0e-0de93029f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5695</Words>
  <Characters>27450</Characters>
  <Application>Microsoft Office Word</Application>
  <DocSecurity>0</DocSecurity>
  <Lines>481</Lines>
  <Paragraphs>160</Paragraphs>
  <ScaleCrop>false</ScaleCrop>
  <Manager/>
  <Company/>
  <LinksUpToDate>false</LinksUpToDate>
  <CharactersWithSpaces>32985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Rex Cho</cp:lastModifiedBy>
  <cp:revision>30</cp:revision>
  <dcterms:created xsi:type="dcterms:W3CDTF">2025-10-09T23:18:00Z</dcterms:created>
  <dcterms:modified xsi:type="dcterms:W3CDTF">2025-11-28T03:31:00Z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0x0101000118694C86DCC840B8A954DADB00E5EA003E84DEDAC4846149B794043C96BA4143</vt:lpwstr>
  </property>
  <property fmtid="{D5CDD505-2E9C-101B-9397-08002B2CF9AE}" pid="3" name="MediaServiceImageTags">
    <vt:lpwstr/>
  </property>
  <property fmtid="{D5CDD505-2E9C-101B-9397-08002B2CF9AE}" pid="4" name="DocumentType">
    <vt:lpwstr/>
  </property>
  <property fmtid="{D5CDD505-2E9C-101B-9397-08002B2CF9AE}" pid="5" name="CalendarYear">
    <vt:lpwstr>36;#2025|673bede0-8f6d-40f0-a0d2-3ae341685de0</vt:lpwstr>
  </property>
  <property fmtid="{D5CDD505-2E9C-101B-9397-08002B2CF9AE}" pid="6" name="oa9fbd0508de436da13dc19a72853b3f0">
    <vt:lpwstr/>
  </property>
</Properties>
</file>