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D61C" w14:textId="0719B0C0" w:rsidR="00930F33" w:rsidRDefault="00930F33">
      <w:pPr>
        <w:spacing w:after="0"/>
        <w:rPr>
          <w:lang w:eastAsia="zh-CN"/>
        </w:rPr>
      </w:pPr>
    </w:p>
    <w:p w14:paraId="18360CFE" w14:textId="335EDFC8" w:rsidR="00E4262E" w:rsidRPr="00F31D39" w:rsidRDefault="7DB6E07D">
      <w:r w:rsidRPr="00F31D39">
        <w:rPr>
          <w:rFonts w:ascii="Arial" w:hAnsi="Arial"/>
          <w:sz w:val="48"/>
          <w:szCs w:val="48"/>
        </w:rPr>
        <w:t>QHRC_S1_Ep02_FINAL Transcript</w:t>
      </w:r>
    </w:p>
    <w:p w14:paraId="7790211C" w14:textId="77777777" w:rsidR="00E4262E" w:rsidRPr="00F31D39" w:rsidRDefault="00DE09B8">
      <w:pPr>
        <w:spacing w:before="440" w:after="0"/>
      </w:pPr>
      <w:r w:rsidRPr="00F31D39">
        <w:rPr>
          <w:rFonts w:ascii="Arial" w:hAnsi="Arial"/>
          <w:b/>
          <w:color w:val="4F6880"/>
        </w:rPr>
        <w:t>SUMMARY KEYWORDS</w:t>
      </w:r>
    </w:p>
    <w:p w14:paraId="50561C61" w14:textId="77777777" w:rsidR="00E4262E" w:rsidRPr="00F31D39" w:rsidRDefault="00DE09B8">
      <w:r w:rsidRPr="00F31D39">
        <w:rPr>
          <w:rFonts w:ascii="Arial" w:hAnsi="Arial"/>
          <w:color w:val="4F6880"/>
        </w:rPr>
        <w:t>First Nations voices, human rights, child removal, cultural healing, indigenous youth, reconciliation, trauma, elder abuse, community safety, traditional storytelling, United Nations, rights of nature, cultural connection, policy reform, activism.</w:t>
      </w:r>
    </w:p>
    <w:p w14:paraId="63CD2F8A" w14:textId="77777777" w:rsidR="00E4262E" w:rsidRPr="00F31D39" w:rsidRDefault="00DE09B8">
      <w:pPr>
        <w:spacing w:before="440" w:after="0"/>
      </w:pPr>
      <w:r w:rsidRPr="00F31D39">
        <w:rPr>
          <w:rFonts w:ascii="Arial" w:hAnsi="Arial"/>
          <w:b/>
          <w:color w:val="4F6880"/>
        </w:rPr>
        <w:t>SPEAKERS</w:t>
      </w:r>
    </w:p>
    <w:p w14:paraId="4196054F" w14:textId="298CD6D5" w:rsidR="00E4262E" w:rsidRPr="00F31D39" w:rsidRDefault="75790DC0" w:rsidP="7D14BAB3">
      <w:pPr>
        <w:rPr>
          <w:rFonts w:ascii="Arial" w:hAnsi="Arial"/>
          <w:color w:val="4F6880"/>
        </w:rPr>
      </w:pPr>
      <w:r w:rsidRPr="00F31D39">
        <w:rPr>
          <w:rFonts w:ascii="Arial" w:hAnsi="Arial"/>
          <w:color w:val="4F6880"/>
        </w:rPr>
        <w:t xml:space="preserve">Bruce Simpson, </w:t>
      </w:r>
      <w:r w:rsidR="4CC7FF44" w:rsidRPr="00F31D39">
        <w:rPr>
          <w:rFonts w:ascii="Arial" w:hAnsi="Arial"/>
          <w:color w:val="4F6880"/>
        </w:rPr>
        <w:t>Dr Alicia Veasey</w:t>
      </w:r>
      <w:r w:rsidRPr="00F31D39">
        <w:rPr>
          <w:rFonts w:ascii="Arial" w:hAnsi="Arial"/>
          <w:color w:val="4F6880"/>
        </w:rPr>
        <w:t xml:space="preserve">, Thomas Mayo, Natalie Lewis, </w:t>
      </w:r>
      <w:proofErr w:type="spellStart"/>
      <w:r w:rsidRPr="00F31D39">
        <w:rPr>
          <w:rFonts w:ascii="Arial" w:hAnsi="Arial"/>
          <w:color w:val="4F6880"/>
        </w:rPr>
        <w:t>Mundanara</w:t>
      </w:r>
      <w:proofErr w:type="spellEnd"/>
      <w:r w:rsidRPr="00F31D39">
        <w:rPr>
          <w:rFonts w:ascii="Arial" w:hAnsi="Arial"/>
          <w:color w:val="4F6880"/>
        </w:rPr>
        <w:t xml:space="preserve"> Bayles, </w:t>
      </w:r>
      <w:r w:rsidR="3C1A3D52" w:rsidRPr="00F31D39">
        <w:rPr>
          <w:rFonts w:ascii="Arial" w:hAnsi="Arial"/>
          <w:color w:val="4F6880"/>
        </w:rPr>
        <w:t xml:space="preserve">Michelle </w:t>
      </w:r>
      <w:proofErr w:type="spellStart"/>
      <w:r w:rsidR="3C1A3D52" w:rsidRPr="00F31D39">
        <w:rPr>
          <w:rFonts w:ascii="Arial" w:hAnsi="Arial"/>
          <w:color w:val="4F6880"/>
        </w:rPr>
        <w:t>Deshong</w:t>
      </w:r>
      <w:proofErr w:type="spellEnd"/>
      <w:r w:rsidRPr="00F31D39">
        <w:rPr>
          <w:rFonts w:ascii="Arial" w:hAnsi="Arial"/>
          <w:color w:val="4F6880"/>
        </w:rPr>
        <w:t xml:space="preserve">, Jerome Wano, Alf Lacey, </w:t>
      </w:r>
      <w:r w:rsidR="023CE6B7" w:rsidRPr="00F31D39">
        <w:rPr>
          <w:rFonts w:ascii="Arial" w:hAnsi="Arial"/>
          <w:color w:val="4F6880"/>
        </w:rPr>
        <w:t>Gaja Kerry Charlton</w:t>
      </w:r>
      <w:r w:rsidRPr="00F31D39">
        <w:rPr>
          <w:rFonts w:ascii="Arial" w:hAnsi="Arial"/>
          <w:color w:val="4F6880"/>
        </w:rPr>
        <w:t xml:space="preserve">, Aunty Gracelyn Smallwood, Vonda Malone, Solua Middleton, </w:t>
      </w:r>
      <w:r w:rsidR="4394386D" w:rsidRPr="00F31D39">
        <w:rPr>
          <w:rFonts w:ascii="Arial" w:hAnsi="Arial"/>
          <w:color w:val="4F6880"/>
        </w:rPr>
        <w:t>Scott McDougall</w:t>
      </w:r>
      <w:r w:rsidRPr="00F31D39">
        <w:rPr>
          <w:rFonts w:ascii="Arial" w:hAnsi="Arial"/>
          <w:color w:val="4F6880"/>
        </w:rPr>
        <w:t xml:space="preserve">, </w:t>
      </w:r>
      <w:r w:rsidR="23A458DB" w:rsidRPr="00F31D39">
        <w:rPr>
          <w:rFonts w:ascii="Arial" w:hAnsi="Arial"/>
          <w:color w:val="4F6880"/>
        </w:rPr>
        <w:t>Katie Kiss</w:t>
      </w:r>
    </w:p>
    <w:p w14:paraId="672A6659" w14:textId="77777777" w:rsidR="00E4262E" w:rsidRPr="00F31D39" w:rsidRDefault="00E4262E">
      <w:pPr>
        <w:spacing w:after="0"/>
      </w:pPr>
    </w:p>
    <w:p w14:paraId="333A68BD" w14:textId="77777777" w:rsidR="00E4262E" w:rsidRPr="00F31D39" w:rsidRDefault="00DE09B8">
      <w:pPr>
        <w:spacing w:after="0"/>
      </w:pPr>
      <w:r w:rsidRPr="00F31D39">
        <w:rPr>
          <w:rFonts w:ascii="Arial" w:hAnsi="Arial"/>
          <w:b/>
        </w:rPr>
        <w:t xml:space="preserve">Thomas </w:t>
      </w:r>
      <w:proofErr w:type="gramStart"/>
      <w:r w:rsidRPr="00F31D39">
        <w:rPr>
          <w:rFonts w:ascii="Arial" w:hAnsi="Arial"/>
          <w:b/>
        </w:rPr>
        <w:t xml:space="preserve">Mayo  </w:t>
      </w:r>
      <w:r w:rsidRPr="00F31D39">
        <w:rPr>
          <w:rFonts w:ascii="Arial" w:hAnsi="Arial"/>
          <w:color w:val="5D7284"/>
        </w:rPr>
        <w:t>00:00</w:t>
      </w:r>
      <w:proofErr w:type="gramEnd"/>
    </w:p>
    <w:p w14:paraId="0A13EEF9" w14:textId="41310CD6" w:rsidR="00E4262E" w:rsidRPr="00F31D39" w:rsidRDefault="7D14BAB3">
      <w:pPr>
        <w:spacing w:after="0"/>
      </w:pPr>
      <w:r w:rsidRPr="00F31D39">
        <w:rPr>
          <w:rFonts w:ascii="Arial" w:hAnsi="Arial"/>
        </w:rPr>
        <w:t xml:space="preserve">We acknowledge the traditional custodians of the land on which the podcast was made, the </w:t>
      </w:r>
      <w:proofErr w:type="spellStart"/>
      <w:r w:rsidR="085E9614" w:rsidRPr="00F31D39">
        <w:rPr>
          <w:rFonts w:ascii="Arial" w:hAnsi="Arial"/>
        </w:rPr>
        <w:t>Y</w:t>
      </w:r>
      <w:r w:rsidRPr="00F31D39">
        <w:rPr>
          <w:rFonts w:ascii="Arial" w:hAnsi="Arial"/>
        </w:rPr>
        <w:t>uggera</w:t>
      </w:r>
      <w:proofErr w:type="spellEnd"/>
      <w:r w:rsidRPr="00F31D39">
        <w:rPr>
          <w:rFonts w:ascii="Arial" w:hAnsi="Arial"/>
        </w:rPr>
        <w:t xml:space="preserve"> and </w:t>
      </w:r>
      <w:proofErr w:type="spellStart"/>
      <w:r w:rsidR="5A7F49ED" w:rsidRPr="00F31D39">
        <w:rPr>
          <w:rFonts w:ascii="Arial" w:hAnsi="Arial"/>
        </w:rPr>
        <w:t>T</w:t>
      </w:r>
      <w:r w:rsidRPr="00F31D39">
        <w:rPr>
          <w:rFonts w:ascii="Arial" w:hAnsi="Arial"/>
        </w:rPr>
        <w:t>urrbal</w:t>
      </w:r>
      <w:proofErr w:type="spellEnd"/>
      <w:r w:rsidRPr="00F31D39">
        <w:rPr>
          <w:rFonts w:ascii="Arial" w:hAnsi="Arial"/>
        </w:rPr>
        <w:t xml:space="preserve"> peoples. We recognize Aboriginal and Torres Strait Islander peoples as the land's first storytellers and their deep connection to the lands, waters and seas. We pay our respects to elders past and present</w:t>
      </w:r>
      <w:r w:rsidR="3B6AD247" w:rsidRPr="00F31D39">
        <w:rPr>
          <w:rFonts w:ascii="Arial" w:hAnsi="Arial"/>
        </w:rPr>
        <w:t>.</w:t>
      </w:r>
    </w:p>
    <w:p w14:paraId="0A37501D" w14:textId="77777777" w:rsidR="00E4262E" w:rsidRPr="00F31D39" w:rsidRDefault="00E4262E">
      <w:pPr>
        <w:spacing w:after="0"/>
      </w:pPr>
    </w:p>
    <w:p w14:paraId="43AA58C6" w14:textId="571A09C3" w:rsidR="00E4262E" w:rsidRPr="00F31D39" w:rsidRDefault="175250EE" w:rsidP="75790DC0">
      <w:pPr>
        <w:spacing w:after="0"/>
        <w:rPr>
          <w:rFonts w:ascii="Arial" w:hAnsi="Arial"/>
          <w:color w:val="5D7284"/>
        </w:rPr>
      </w:pPr>
      <w:r w:rsidRPr="00F31D39">
        <w:rPr>
          <w:rFonts w:ascii="Arial" w:hAnsi="Arial"/>
          <w:b/>
          <w:bCs/>
        </w:rPr>
        <w:t xml:space="preserve">Kerry Charlton  </w:t>
      </w:r>
      <w:r w:rsidR="75790DC0" w:rsidRPr="00F31D39">
        <w:rPr>
          <w:rFonts w:ascii="Arial" w:hAnsi="Arial"/>
          <w:color w:val="5D7284"/>
        </w:rPr>
        <w:t>00:17</w:t>
      </w:r>
    </w:p>
    <w:p w14:paraId="7210A9D7" w14:textId="77777777" w:rsidR="00F40895" w:rsidRPr="00F31D39" w:rsidRDefault="00F40895" w:rsidP="00F40895">
      <w:pPr>
        <w:spacing w:after="0"/>
        <w:rPr>
          <w:rFonts w:ascii="Arial" w:hAnsi="Arial"/>
        </w:rPr>
      </w:pPr>
      <w:proofErr w:type="spellStart"/>
      <w:r w:rsidRPr="00F31D39">
        <w:rPr>
          <w:rFonts w:ascii="Arial" w:hAnsi="Arial"/>
        </w:rPr>
        <w:t>Wanyardi</w:t>
      </w:r>
      <w:proofErr w:type="spellEnd"/>
      <w:r w:rsidRPr="00F31D39">
        <w:rPr>
          <w:rFonts w:ascii="Arial" w:hAnsi="Arial"/>
        </w:rPr>
        <w:t xml:space="preserve">, gunning, gunning, </w:t>
      </w:r>
      <w:proofErr w:type="spellStart"/>
      <w:r w:rsidRPr="00F31D39">
        <w:rPr>
          <w:rFonts w:ascii="Arial" w:hAnsi="Arial"/>
        </w:rPr>
        <w:t>garilkgo</w:t>
      </w:r>
      <w:proofErr w:type="spellEnd"/>
      <w:r w:rsidRPr="00F31D39">
        <w:rPr>
          <w:rFonts w:ascii="Arial" w:hAnsi="Arial"/>
        </w:rPr>
        <w:t xml:space="preserve">, </w:t>
      </w:r>
      <w:proofErr w:type="spellStart"/>
      <w:r w:rsidRPr="00F31D39">
        <w:rPr>
          <w:rFonts w:ascii="Arial" w:hAnsi="Arial"/>
        </w:rPr>
        <w:t>nga</w:t>
      </w:r>
      <w:proofErr w:type="spellEnd"/>
      <w:r w:rsidRPr="00F31D39">
        <w:rPr>
          <w:rFonts w:ascii="Arial" w:hAnsi="Arial"/>
        </w:rPr>
        <w:t xml:space="preserve"> </w:t>
      </w:r>
      <w:proofErr w:type="spellStart"/>
      <w:r w:rsidRPr="00F31D39">
        <w:rPr>
          <w:rFonts w:ascii="Arial" w:hAnsi="Arial"/>
        </w:rPr>
        <w:t>Yagera</w:t>
      </w:r>
      <w:proofErr w:type="spellEnd"/>
      <w:r w:rsidRPr="00F31D39">
        <w:rPr>
          <w:rFonts w:ascii="Arial" w:hAnsi="Arial"/>
        </w:rPr>
        <w:t xml:space="preserve"> </w:t>
      </w:r>
      <w:proofErr w:type="spellStart"/>
      <w:r w:rsidRPr="00F31D39">
        <w:rPr>
          <w:rFonts w:ascii="Arial" w:hAnsi="Arial"/>
        </w:rPr>
        <w:t>jaruna</w:t>
      </w:r>
      <w:proofErr w:type="spellEnd"/>
      <w:r w:rsidRPr="00F31D39">
        <w:rPr>
          <w:rFonts w:ascii="Arial" w:hAnsi="Arial"/>
        </w:rPr>
        <w:t>.</w:t>
      </w:r>
    </w:p>
    <w:p w14:paraId="5DAB6C7B" w14:textId="77777777" w:rsidR="00E4262E" w:rsidRPr="00F31D39" w:rsidRDefault="00E4262E">
      <w:pPr>
        <w:spacing w:after="0"/>
      </w:pPr>
    </w:p>
    <w:p w14:paraId="71C1CC53" w14:textId="37A2712C" w:rsidR="00E4262E" w:rsidRPr="00F31D39" w:rsidRDefault="35553342" w:rsidP="4FB1EDC2">
      <w:pPr>
        <w:spacing w:after="0"/>
        <w:rPr>
          <w:rFonts w:ascii="Arial" w:hAnsi="Arial"/>
          <w:color w:val="5D7284"/>
        </w:rPr>
      </w:pPr>
      <w:r w:rsidRPr="00F31D39">
        <w:rPr>
          <w:rFonts w:ascii="Arial" w:hAnsi="Arial"/>
          <w:b/>
          <w:bCs/>
        </w:rPr>
        <w:t xml:space="preserve">Mayor, </w:t>
      </w:r>
      <w:r w:rsidR="4FB1EDC2" w:rsidRPr="00F31D39">
        <w:rPr>
          <w:rFonts w:ascii="Arial" w:hAnsi="Arial"/>
          <w:b/>
          <w:bCs/>
        </w:rPr>
        <w:t xml:space="preserve">Alf Lacey  </w:t>
      </w:r>
      <w:r w:rsidR="4FB1EDC2" w:rsidRPr="00F31D39">
        <w:rPr>
          <w:rFonts w:ascii="Arial" w:hAnsi="Arial"/>
          <w:color w:val="5D7284"/>
        </w:rPr>
        <w:t>00:32</w:t>
      </w:r>
    </w:p>
    <w:p w14:paraId="614215BD" w14:textId="6FF575FF" w:rsidR="00E4262E" w:rsidRPr="00F31D39" w:rsidRDefault="555FC024">
      <w:pPr>
        <w:spacing w:after="0"/>
      </w:pPr>
      <w:r w:rsidRPr="00F31D39">
        <w:rPr>
          <w:rFonts w:ascii="Arial" w:hAnsi="Arial"/>
        </w:rPr>
        <w:t>H</w:t>
      </w:r>
      <w:r w:rsidR="7D14BAB3" w:rsidRPr="00F31D39">
        <w:rPr>
          <w:rFonts w:ascii="Arial" w:hAnsi="Arial"/>
        </w:rPr>
        <w:t>ousing is top of the agenda, clean drinking water, cost of living, food prices, and just those basic stuff that the rest of the state take</w:t>
      </w:r>
      <w:r w:rsidR="208B2486" w:rsidRPr="00F31D39">
        <w:rPr>
          <w:rFonts w:ascii="Arial" w:hAnsi="Arial"/>
        </w:rPr>
        <w:t>s</w:t>
      </w:r>
      <w:r w:rsidR="7D14BAB3" w:rsidRPr="00F31D39">
        <w:rPr>
          <w:rFonts w:ascii="Arial" w:hAnsi="Arial"/>
        </w:rPr>
        <w:t xml:space="preserve"> for granted, and certainly us, particularly on </w:t>
      </w:r>
      <w:r w:rsidR="1E9CC2CE" w:rsidRPr="00F31D39">
        <w:rPr>
          <w:rFonts w:ascii="Arial" w:hAnsi="Arial"/>
        </w:rPr>
        <w:t>P</w:t>
      </w:r>
      <w:r w:rsidR="7D14BAB3" w:rsidRPr="00F31D39">
        <w:rPr>
          <w:rFonts w:ascii="Arial" w:hAnsi="Arial"/>
        </w:rPr>
        <w:t>alm, is that those are the unique challenges.</w:t>
      </w:r>
    </w:p>
    <w:p w14:paraId="02EB378F" w14:textId="77777777" w:rsidR="00E4262E" w:rsidRPr="00F31D39" w:rsidRDefault="00E4262E">
      <w:pPr>
        <w:spacing w:after="0"/>
      </w:pPr>
    </w:p>
    <w:p w14:paraId="25E693E4" w14:textId="6CBA18C1" w:rsidR="00E4262E" w:rsidRPr="00F31D39" w:rsidRDefault="2D821457" w:rsidP="7D14BAB3">
      <w:pPr>
        <w:spacing w:after="0"/>
        <w:rPr>
          <w:rFonts w:ascii="Arial" w:hAnsi="Arial"/>
          <w:color w:val="5D7284"/>
        </w:rPr>
      </w:pPr>
      <w:r w:rsidRPr="00F31D39">
        <w:rPr>
          <w:rFonts w:ascii="Arial" w:hAnsi="Arial"/>
          <w:b/>
          <w:bCs/>
        </w:rPr>
        <w:t>Dr Alicia Veasey</w:t>
      </w:r>
      <w:r w:rsidR="7D14BAB3" w:rsidRPr="00F31D39">
        <w:rPr>
          <w:rFonts w:ascii="Arial" w:hAnsi="Arial"/>
          <w:b/>
          <w:bCs/>
        </w:rPr>
        <w:t xml:space="preserve">  </w:t>
      </w:r>
      <w:r w:rsidR="7D14BAB3" w:rsidRPr="00F31D39">
        <w:rPr>
          <w:rFonts w:ascii="Arial" w:hAnsi="Arial"/>
          <w:color w:val="5D7284"/>
        </w:rPr>
        <w:t>00:48</w:t>
      </w:r>
    </w:p>
    <w:p w14:paraId="4A1254A8" w14:textId="77777777" w:rsidR="00E4262E" w:rsidRPr="00F31D39" w:rsidRDefault="00DE09B8">
      <w:pPr>
        <w:spacing w:after="0"/>
      </w:pPr>
      <w:r w:rsidRPr="00F31D39">
        <w:rPr>
          <w:rFonts w:ascii="Arial" w:hAnsi="Arial"/>
        </w:rPr>
        <w:t>There's a lot of feeling of tiredness. So are we doing this again? The repetition? I'm not that old, but already feeling like I've seen this before. But also there's feeling of hope. We have this young generation that are coming up that are so deadly and so powerful, who really don't take no for an answer anymore.</w:t>
      </w:r>
    </w:p>
    <w:p w14:paraId="6A05A809" w14:textId="77777777" w:rsidR="00E4262E" w:rsidRPr="00F31D39" w:rsidRDefault="00E4262E">
      <w:pPr>
        <w:spacing w:after="0"/>
      </w:pPr>
    </w:p>
    <w:p w14:paraId="6415053D" w14:textId="173292FE" w:rsidR="00E4262E" w:rsidRPr="00F31D39" w:rsidRDefault="471D2EC4" w:rsidP="4FB1EDC2">
      <w:pPr>
        <w:spacing w:after="0"/>
        <w:rPr>
          <w:rFonts w:ascii="Arial" w:hAnsi="Arial"/>
          <w:color w:val="5D7284"/>
        </w:rPr>
      </w:pPr>
      <w:r w:rsidRPr="00F31D39">
        <w:rPr>
          <w:rFonts w:ascii="Arial" w:hAnsi="Arial"/>
          <w:b/>
          <w:bCs/>
        </w:rPr>
        <w:t xml:space="preserve">Mayor, </w:t>
      </w:r>
      <w:r w:rsidR="4FB1EDC2" w:rsidRPr="00F31D39">
        <w:rPr>
          <w:rFonts w:ascii="Arial" w:hAnsi="Arial"/>
          <w:b/>
          <w:bCs/>
        </w:rPr>
        <w:t xml:space="preserve">Bruce Simpson  </w:t>
      </w:r>
      <w:r w:rsidR="4FB1EDC2" w:rsidRPr="00F31D39">
        <w:rPr>
          <w:rFonts w:ascii="Arial" w:hAnsi="Arial"/>
          <w:color w:val="5D7284"/>
        </w:rPr>
        <w:t>01:10</w:t>
      </w:r>
    </w:p>
    <w:p w14:paraId="610DDD58" w14:textId="1DB6D4EA" w:rsidR="00E4262E" w:rsidRPr="00F31D39" w:rsidRDefault="135DC2A5">
      <w:pPr>
        <w:spacing w:after="0"/>
      </w:pPr>
      <w:r w:rsidRPr="00F31D39">
        <w:rPr>
          <w:rFonts w:ascii="Arial" w:hAnsi="Arial"/>
        </w:rPr>
        <w:t>For too long, I think our community has been just going along with the flow and taking small steps, but not intentional steps, to make but change, and we still have the bad moments of like car theft, elder abuse and our vulnerable people with disabilities and elders, but it's about making our community safer, but also ensuring that we are ahead of the game. And currently, I think our community, we're feeling more charged and rejuvenated to make change</w:t>
      </w:r>
      <w:r w:rsidR="57521D0B" w:rsidRPr="00F31D39">
        <w:rPr>
          <w:rFonts w:ascii="Arial" w:hAnsi="Arial"/>
        </w:rPr>
        <w:t>.</w:t>
      </w:r>
    </w:p>
    <w:p w14:paraId="5A39BBE3" w14:textId="77777777" w:rsidR="00E4262E" w:rsidRPr="00F31D39" w:rsidRDefault="00E4262E">
      <w:pPr>
        <w:spacing w:after="0"/>
      </w:pPr>
    </w:p>
    <w:p w14:paraId="1363122A" w14:textId="55434D88" w:rsidR="00E4262E" w:rsidRPr="00F31D39" w:rsidRDefault="7D14BAB3">
      <w:pPr>
        <w:spacing w:after="0"/>
      </w:pPr>
      <w:r w:rsidRPr="00F31D39">
        <w:rPr>
          <w:rFonts w:ascii="Arial" w:hAnsi="Arial"/>
          <w:b/>
          <w:bCs/>
        </w:rPr>
        <w:t xml:space="preserve">Solua Middleton  </w:t>
      </w:r>
      <w:r w:rsidRPr="00F31D39">
        <w:rPr>
          <w:rFonts w:ascii="Arial" w:hAnsi="Arial"/>
          <w:color w:val="5D7284"/>
        </w:rPr>
        <w:t>01:52</w:t>
      </w:r>
    </w:p>
    <w:p w14:paraId="6BA4CE1F" w14:textId="7194B2CD" w:rsidR="00E4262E" w:rsidRPr="00F31D39" w:rsidRDefault="1FD6CD3B">
      <w:pPr>
        <w:spacing w:after="0"/>
      </w:pPr>
      <w:r w:rsidRPr="00F31D39">
        <w:rPr>
          <w:rFonts w:ascii="Arial" w:hAnsi="Arial"/>
        </w:rPr>
        <w:lastRenderedPageBreak/>
        <w:t>T</w:t>
      </w:r>
      <w:r w:rsidR="7D14BAB3" w:rsidRPr="00F31D39">
        <w:rPr>
          <w:rFonts w:ascii="Arial" w:hAnsi="Arial"/>
        </w:rPr>
        <w:t xml:space="preserve">alking to mob, our men, our women, our youth, because on this land, </w:t>
      </w:r>
      <w:r w:rsidR="4FCD1393" w:rsidRPr="00F31D39">
        <w:rPr>
          <w:rFonts w:ascii="Arial" w:hAnsi="Arial"/>
        </w:rPr>
        <w:t>s</w:t>
      </w:r>
      <w:r w:rsidR="7D14BAB3" w:rsidRPr="00F31D39">
        <w:rPr>
          <w:rFonts w:ascii="Arial" w:hAnsi="Arial"/>
        </w:rPr>
        <w:t>torytelling has always been a way of passing on knowledge, not just through one voice, but through many. Men's stories, women's stories, young people's stories, each yarn weaving into the fabric of community.</w:t>
      </w:r>
    </w:p>
    <w:p w14:paraId="41C8F396" w14:textId="77777777" w:rsidR="00E4262E" w:rsidRPr="00F31D39" w:rsidRDefault="00E4262E">
      <w:pPr>
        <w:spacing w:after="0"/>
      </w:pPr>
    </w:p>
    <w:p w14:paraId="091E3C9D" w14:textId="77777777" w:rsidR="00E4262E" w:rsidRPr="00F31D39" w:rsidRDefault="00DE09B8">
      <w:pPr>
        <w:spacing w:after="0"/>
      </w:pPr>
      <w:r w:rsidRPr="00F31D39">
        <w:rPr>
          <w:rFonts w:ascii="Arial" w:hAnsi="Arial"/>
          <w:b/>
        </w:rPr>
        <w:t xml:space="preserve">Aunty Gracelyn Smallwood  </w:t>
      </w:r>
      <w:r w:rsidRPr="00F31D39">
        <w:rPr>
          <w:rFonts w:ascii="Arial" w:hAnsi="Arial"/>
          <w:color w:val="5D7284"/>
        </w:rPr>
        <w:t>02:19</w:t>
      </w:r>
    </w:p>
    <w:p w14:paraId="5C6E1577" w14:textId="417A9520" w:rsidR="00E4262E" w:rsidRPr="00F31D39" w:rsidRDefault="7D14BAB3">
      <w:pPr>
        <w:spacing w:after="0"/>
      </w:pPr>
      <w:r w:rsidRPr="00F31D39">
        <w:rPr>
          <w:rFonts w:ascii="Arial" w:hAnsi="Arial"/>
        </w:rPr>
        <w:t xml:space="preserve">Nelson Mandela said at dinner when I was over there, he said, </w:t>
      </w:r>
      <w:r w:rsidR="1407F874" w:rsidRPr="00F31D39">
        <w:rPr>
          <w:rFonts w:ascii="Arial" w:hAnsi="Arial"/>
        </w:rPr>
        <w:t>i</w:t>
      </w:r>
      <w:r w:rsidRPr="00F31D39">
        <w:rPr>
          <w:rFonts w:ascii="Arial" w:hAnsi="Arial"/>
        </w:rPr>
        <w:t>n my country of South Africa, we're having reconciliation with the truth. In my sister's country of Australia, they're trying to reconcile without the truth, and that will never happen.</w:t>
      </w:r>
    </w:p>
    <w:p w14:paraId="72A3D3EC" w14:textId="77777777" w:rsidR="00E4262E" w:rsidRPr="00F31D39" w:rsidRDefault="00E4262E">
      <w:pPr>
        <w:spacing w:after="0"/>
      </w:pPr>
    </w:p>
    <w:p w14:paraId="2EC01238" w14:textId="77777777" w:rsidR="00E4262E" w:rsidRPr="00F31D39" w:rsidRDefault="00DE09B8">
      <w:pPr>
        <w:spacing w:after="0"/>
      </w:pPr>
      <w:r w:rsidRPr="00F31D39">
        <w:rPr>
          <w:rFonts w:ascii="Arial" w:hAnsi="Arial"/>
          <w:b/>
        </w:rPr>
        <w:t xml:space="preserve">Solua Middleton  </w:t>
      </w:r>
      <w:r w:rsidRPr="00F31D39">
        <w:rPr>
          <w:rFonts w:ascii="Arial" w:hAnsi="Arial"/>
          <w:color w:val="5D7284"/>
        </w:rPr>
        <w:t>02:34</w:t>
      </w:r>
    </w:p>
    <w:p w14:paraId="243E5025" w14:textId="77777777" w:rsidR="00E4262E" w:rsidRPr="00F31D39" w:rsidRDefault="00DE09B8">
      <w:pPr>
        <w:spacing w:after="0"/>
      </w:pPr>
      <w:r w:rsidRPr="00F31D39">
        <w:rPr>
          <w:rFonts w:ascii="Arial" w:hAnsi="Arial"/>
        </w:rPr>
        <w:t>Today, those voices are more important than ever as we face the fallout from broken promises. We gather, not just in protest, but in purpose, to speak, to listen, to empower.</w:t>
      </w:r>
    </w:p>
    <w:p w14:paraId="0D0B940D" w14:textId="77777777" w:rsidR="00E4262E" w:rsidRPr="00F31D39" w:rsidRDefault="00E4262E">
      <w:pPr>
        <w:spacing w:after="0"/>
      </w:pPr>
    </w:p>
    <w:p w14:paraId="3D0012CD" w14:textId="77777777" w:rsidR="00E4262E" w:rsidRPr="00F31D39" w:rsidRDefault="00DE09B8">
      <w:pPr>
        <w:spacing w:after="0"/>
      </w:pPr>
      <w:r w:rsidRPr="00F31D39">
        <w:rPr>
          <w:rFonts w:ascii="Arial" w:hAnsi="Arial"/>
          <w:b/>
        </w:rPr>
        <w:t xml:space="preserve">Jerome Wano  </w:t>
      </w:r>
      <w:r w:rsidRPr="00F31D39">
        <w:rPr>
          <w:rFonts w:ascii="Arial" w:hAnsi="Arial"/>
          <w:color w:val="5D7284"/>
        </w:rPr>
        <w:t>02:48</w:t>
      </w:r>
    </w:p>
    <w:p w14:paraId="2F532FD2" w14:textId="756580A6" w:rsidR="00E4262E" w:rsidRPr="00F31D39" w:rsidRDefault="7D14BAB3">
      <w:pPr>
        <w:spacing w:after="0"/>
      </w:pPr>
      <w:r w:rsidRPr="00F31D39">
        <w:rPr>
          <w:rFonts w:ascii="Arial" w:hAnsi="Arial"/>
        </w:rPr>
        <w:t xml:space="preserve">We're ready. We've got the fire in our bellies. We want to do this. </w:t>
      </w:r>
    </w:p>
    <w:p w14:paraId="0E27B00A" w14:textId="77777777" w:rsidR="00E4262E" w:rsidRPr="00F31D39" w:rsidRDefault="00E4262E">
      <w:pPr>
        <w:spacing w:after="0"/>
      </w:pPr>
    </w:p>
    <w:p w14:paraId="13CBAF0B" w14:textId="77777777" w:rsidR="00E4262E" w:rsidRPr="00F31D39" w:rsidRDefault="00DE09B8">
      <w:pPr>
        <w:spacing w:after="0"/>
      </w:pPr>
      <w:r w:rsidRPr="00F31D39">
        <w:rPr>
          <w:rFonts w:ascii="Arial" w:hAnsi="Arial"/>
          <w:b/>
        </w:rPr>
        <w:t xml:space="preserve">Solua Middleton  </w:t>
      </w:r>
      <w:r w:rsidRPr="00F31D39">
        <w:rPr>
          <w:rFonts w:ascii="Arial" w:hAnsi="Arial"/>
          <w:color w:val="5D7284"/>
        </w:rPr>
        <w:t>03:05</w:t>
      </w:r>
    </w:p>
    <w:p w14:paraId="742ED2AD" w14:textId="41BD8F4C" w:rsidR="00E4262E" w:rsidRPr="00F31D39" w:rsidRDefault="2A8C7879">
      <w:pPr>
        <w:spacing w:after="0"/>
      </w:pPr>
      <w:r w:rsidRPr="00F31D39">
        <w:rPr>
          <w:rFonts w:ascii="Arial" w:hAnsi="Arial"/>
        </w:rPr>
        <w:t xml:space="preserve">I'm </w:t>
      </w:r>
      <w:r w:rsidR="62F8D416" w:rsidRPr="00F31D39">
        <w:rPr>
          <w:rFonts w:ascii="Arial" w:hAnsi="Arial"/>
        </w:rPr>
        <w:t>So</w:t>
      </w:r>
      <w:r w:rsidRPr="00F31D39">
        <w:rPr>
          <w:rFonts w:ascii="Arial" w:hAnsi="Arial"/>
        </w:rPr>
        <w:t xml:space="preserve">lua Middleton, a proud Torres Strait Islander woman with strong family connections to </w:t>
      </w:r>
      <w:r w:rsidR="1E1ADF98" w:rsidRPr="00F31D39">
        <w:rPr>
          <w:rFonts w:ascii="Arial" w:hAnsi="Arial"/>
        </w:rPr>
        <w:t>Erub</w:t>
      </w:r>
      <w:r w:rsidRPr="00F31D39">
        <w:rPr>
          <w:rFonts w:ascii="Arial" w:hAnsi="Arial"/>
        </w:rPr>
        <w:t xml:space="preserve">. This is </w:t>
      </w:r>
      <w:r w:rsidR="46B37543" w:rsidRPr="00F31D39">
        <w:rPr>
          <w:rFonts w:ascii="Arial" w:hAnsi="Arial"/>
        </w:rPr>
        <w:t>R</w:t>
      </w:r>
      <w:r w:rsidRPr="00F31D39">
        <w:rPr>
          <w:rFonts w:ascii="Arial" w:hAnsi="Arial"/>
        </w:rPr>
        <w:t xml:space="preserve">ights </w:t>
      </w:r>
      <w:r w:rsidR="733DF397" w:rsidRPr="00F31D39">
        <w:rPr>
          <w:rFonts w:ascii="Arial" w:hAnsi="Arial"/>
        </w:rPr>
        <w:t>M</w:t>
      </w:r>
      <w:r w:rsidRPr="00F31D39">
        <w:rPr>
          <w:rFonts w:ascii="Arial" w:hAnsi="Arial"/>
        </w:rPr>
        <w:t xml:space="preserve">ade </w:t>
      </w:r>
      <w:r w:rsidR="733DF397" w:rsidRPr="00F31D39">
        <w:rPr>
          <w:rFonts w:ascii="Arial" w:hAnsi="Arial"/>
        </w:rPr>
        <w:t>R</w:t>
      </w:r>
      <w:r w:rsidRPr="00F31D39">
        <w:rPr>
          <w:rFonts w:ascii="Arial" w:hAnsi="Arial"/>
        </w:rPr>
        <w:t>eal, a podcast from the Queensland Human Rights Commission</w:t>
      </w:r>
      <w:r w:rsidR="4F5D9FCD" w:rsidRPr="00F31D39">
        <w:rPr>
          <w:rFonts w:ascii="Arial" w:hAnsi="Arial"/>
        </w:rPr>
        <w:t>.</w:t>
      </w:r>
      <w:r w:rsidRPr="00F31D39">
        <w:rPr>
          <w:rFonts w:ascii="Arial" w:hAnsi="Arial"/>
        </w:rPr>
        <w:t xml:space="preserve"> </w:t>
      </w:r>
      <w:r w:rsidR="103A5EBD" w:rsidRPr="00F31D39">
        <w:rPr>
          <w:rFonts w:ascii="Arial" w:hAnsi="Arial"/>
        </w:rPr>
        <w:t>I</w:t>
      </w:r>
      <w:r w:rsidRPr="00F31D39">
        <w:rPr>
          <w:rFonts w:ascii="Arial" w:hAnsi="Arial"/>
        </w:rPr>
        <w:t>n series one</w:t>
      </w:r>
      <w:r w:rsidR="02DF4339" w:rsidRPr="00F31D39">
        <w:rPr>
          <w:rFonts w:ascii="Arial" w:hAnsi="Arial"/>
        </w:rPr>
        <w:t>,</w:t>
      </w:r>
      <w:r w:rsidRPr="00F31D39">
        <w:rPr>
          <w:rFonts w:ascii="Arial" w:hAnsi="Arial"/>
        </w:rPr>
        <w:t xml:space="preserve"> </w:t>
      </w:r>
      <w:r w:rsidR="1ED26628" w:rsidRPr="00F31D39">
        <w:rPr>
          <w:rFonts w:ascii="Arial" w:hAnsi="Arial"/>
        </w:rPr>
        <w:t>G</w:t>
      </w:r>
      <w:r w:rsidRPr="00F31D39">
        <w:rPr>
          <w:rFonts w:ascii="Arial" w:hAnsi="Arial"/>
        </w:rPr>
        <w:t xml:space="preserve">athering </w:t>
      </w:r>
      <w:r w:rsidR="1ED26628" w:rsidRPr="00F31D39">
        <w:rPr>
          <w:rFonts w:ascii="Arial" w:hAnsi="Arial"/>
        </w:rPr>
        <w:t>S</w:t>
      </w:r>
      <w:r w:rsidRPr="00F31D39">
        <w:rPr>
          <w:rFonts w:ascii="Arial" w:hAnsi="Arial"/>
        </w:rPr>
        <w:t>trength</w:t>
      </w:r>
      <w:r w:rsidR="4E5C66DE" w:rsidRPr="00F31D39">
        <w:rPr>
          <w:rFonts w:ascii="Arial" w:hAnsi="Arial"/>
        </w:rPr>
        <w:t>,</w:t>
      </w:r>
      <w:r w:rsidRPr="00F31D39">
        <w:rPr>
          <w:rFonts w:ascii="Arial" w:hAnsi="Arial"/>
        </w:rPr>
        <w:t xml:space="preserve"> </w:t>
      </w:r>
      <w:r w:rsidR="216C2FC4" w:rsidRPr="00F31D39">
        <w:rPr>
          <w:rFonts w:ascii="Arial" w:hAnsi="Arial"/>
        </w:rPr>
        <w:t>y</w:t>
      </w:r>
      <w:r w:rsidRPr="00F31D39">
        <w:rPr>
          <w:rFonts w:ascii="Arial" w:hAnsi="Arial"/>
        </w:rPr>
        <w:t xml:space="preserve">ou'll hear </w:t>
      </w:r>
      <w:r w:rsidR="6C1FF5F8" w:rsidRPr="00F31D39">
        <w:rPr>
          <w:rFonts w:ascii="Arial" w:hAnsi="Arial"/>
        </w:rPr>
        <w:t>I</w:t>
      </w:r>
      <w:r w:rsidRPr="00F31D39">
        <w:rPr>
          <w:rFonts w:ascii="Arial" w:hAnsi="Arial"/>
        </w:rPr>
        <w:t>ndigenous voices from country, city and coast. Episode Two</w:t>
      </w:r>
      <w:r w:rsidR="002428F6" w:rsidRPr="00F31D39">
        <w:rPr>
          <w:rFonts w:ascii="Arial" w:hAnsi="Arial"/>
        </w:rPr>
        <w:t>:</w:t>
      </w:r>
      <w:r w:rsidRPr="00F31D39">
        <w:rPr>
          <w:rFonts w:ascii="Arial" w:hAnsi="Arial"/>
        </w:rPr>
        <w:t xml:space="preserve"> </w:t>
      </w:r>
      <w:r w:rsidR="1F952496" w:rsidRPr="00F31D39">
        <w:rPr>
          <w:rFonts w:ascii="Arial" w:hAnsi="Arial"/>
        </w:rPr>
        <w:t>T</w:t>
      </w:r>
      <w:r w:rsidRPr="00F31D39">
        <w:rPr>
          <w:rFonts w:ascii="Arial" w:hAnsi="Arial"/>
        </w:rPr>
        <w:t>alking</w:t>
      </w:r>
      <w:r w:rsidR="075AC2D1" w:rsidRPr="00F31D39">
        <w:rPr>
          <w:rFonts w:ascii="Arial" w:hAnsi="Arial"/>
        </w:rPr>
        <w:t>.</w:t>
      </w:r>
      <w:r w:rsidR="3F6EE238" w:rsidRPr="00F31D39">
        <w:rPr>
          <w:rFonts w:ascii="Arial" w:hAnsi="Arial"/>
        </w:rPr>
        <w:t xml:space="preserve"> W</w:t>
      </w:r>
      <w:r w:rsidRPr="00F31D39">
        <w:rPr>
          <w:rFonts w:ascii="Arial" w:hAnsi="Arial"/>
        </w:rPr>
        <w:t xml:space="preserve">ith Jerome Wano, </w:t>
      </w:r>
      <w:r w:rsidR="55CCEBF1" w:rsidRPr="00F31D39">
        <w:rPr>
          <w:rFonts w:ascii="Arial" w:hAnsi="Arial"/>
        </w:rPr>
        <w:t>A</w:t>
      </w:r>
      <w:r w:rsidRPr="00F31D39">
        <w:rPr>
          <w:rFonts w:ascii="Arial" w:hAnsi="Arial"/>
        </w:rPr>
        <w:t xml:space="preserve">unty </w:t>
      </w:r>
      <w:r w:rsidR="7678D8A0" w:rsidRPr="00F31D39">
        <w:rPr>
          <w:rFonts w:ascii="Arial" w:hAnsi="Arial"/>
        </w:rPr>
        <w:t>G</w:t>
      </w:r>
      <w:r w:rsidRPr="00F31D39">
        <w:rPr>
          <w:rFonts w:ascii="Arial" w:hAnsi="Arial"/>
        </w:rPr>
        <w:t xml:space="preserve">racelyn Smallwood and other community members about amplifying First Nations voices. </w:t>
      </w:r>
    </w:p>
    <w:p w14:paraId="60061E4C" w14:textId="77777777" w:rsidR="00E4262E" w:rsidRPr="00F31D39" w:rsidRDefault="00E4262E">
      <w:pPr>
        <w:spacing w:after="0"/>
      </w:pPr>
    </w:p>
    <w:p w14:paraId="78883309"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03:44</w:t>
      </w:r>
      <w:proofErr w:type="gramEnd"/>
    </w:p>
    <w:p w14:paraId="565AF67C" w14:textId="429811E4" w:rsidR="00E4262E" w:rsidRPr="00F31D39" w:rsidRDefault="7D14BAB3" w:rsidP="7D14BAB3">
      <w:pPr>
        <w:spacing w:after="0"/>
        <w:rPr>
          <w:rFonts w:ascii="Arial" w:hAnsi="Arial"/>
        </w:rPr>
      </w:pPr>
      <w:r w:rsidRPr="00F31D39">
        <w:rPr>
          <w:rFonts w:ascii="Arial" w:hAnsi="Arial"/>
        </w:rPr>
        <w:t>My name is J</w:t>
      </w:r>
      <w:r w:rsidR="105900F5" w:rsidRPr="00F31D39">
        <w:rPr>
          <w:rFonts w:ascii="Arial" w:hAnsi="Arial"/>
        </w:rPr>
        <w:t>erome Wano</w:t>
      </w:r>
      <w:r w:rsidR="447ECD2F" w:rsidRPr="00F31D39">
        <w:rPr>
          <w:rFonts w:ascii="Arial" w:hAnsi="Arial"/>
        </w:rPr>
        <w:t>,</w:t>
      </w:r>
      <w:r w:rsidR="261FE7D7" w:rsidRPr="00F31D39">
        <w:rPr>
          <w:rFonts w:ascii="Arial" w:hAnsi="Arial"/>
        </w:rPr>
        <w:t xml:space="preserve"> </w:t>
      </w:r>
      <w:proofErr w:type="spellStart"/>
      <w:r w:rsidR="6AAF40A3" w:rsidRPr="00F31D39">
        <w:rPr>
          <w:rFonts w:ascii="Arial" w:hAnsi="Arial"/>
        </w:rPr>
        <w:t>Wakka</w:t>
      </w:r>
      <w:proofErr w:type="spellEnd"/>
      <w:r w:rsidR="6AAF40A3" w:rsidRPr="00F31D39">
        <w:rPr>
          <w:rFonts w:ascii="Arial" w:hAnsi="Arial"/>
        </w:rPr>
        <w:t xml:space="preserve"> </w:t>
      </w:r>
      <w:proofErr w:type="spellStart"/>
      <w:r w:rsidR="6AAF40A3" w:rsidRPr="00F31D39">
        <w:rPr>
          <w:rFonts w:ascii="Arial" w:hAnsi="Arial"/>
        </w:rPr>
        <w:t>Wakka</w:t>
      </w:r>
      <w:proofErr w:type="spellEnd"/>
      <w:r w:rsidR="236CBA57" w:rsidRPr="00F31D39">
        <w:rPr>
          <w:rFonts w:ascii="Arial" w:hAnsi="Arial"/>
        </w:rPr>
        <w:t>,</w:t>
      </w:r>
      <w:r w:rsidRPr="00F31D39">
        <w:rPr>
          <w:rFonts w:ascii="Arial" w:hAnsi="Arial"/>
        </w:rPr>
        <w:t xml:space="preserve"> through my father's line, descendant of Kitty </w:t>
      </w:r>
      <w:r w:rsidR="7C5E8731" w:rsidRPr="00F31D39">
        <w:rPr>
          <w:rFonts w:ascii="Arial" w:hAnsi="Arial"/>
        </w:rPr>
        <w:t>L</w:t>
      </w:r>
      <w:r w:rsidRPr="00F31D39">
        <w:rPr>
          <w:rFonts w:ascii="Arial" w:hAnsi="Arial"/>
        </w:rPr>
        <w:t>aw</w:t>
      </w:r>
      <w:r w:rsidR="7B0AE1F6" w:rsidRPr="00F31D39">
        <w:rPr>
          <w:rFonts w:ascii="Arial" w:hAnsi="Arial"/>
        </w:rPr>
        <w:t>,</w:t>
      </w:r>
      <w:r w:rsidRPr="00F31D39">
        <w:rPr>
          <w:rFonts w:ascii="Arial" w:hAnsi="Arial"/>
        </w:rPr>
        <w:t xml:space="preserve"> and </w:t>
      </w:r>
      <w:proofErr w:type="spellStart"/>
      <w:r w:rsidRPr="00F31D39">
        <w:rPr>
          <w:rFonts w:ascii="Arial" w:hAnsi="Arial"/>
        </w:rPr>
        <w:t>Ngati</w:t>
      </w:r>
      <w:proofErr w:type="spellEnd"/>
      <w:r w:rsidRPr="00F31D39">
        <w:rPr>
          <w:rFonts w:ascii="Arial" w:hAnsi="Arial"/>
        </w:rPr>
        <w:t xml:space="preserve"> </w:t>
      </w:r>
      <w:proofErr w:type="spellStart"/>
      <w:r w:rsidR="050B1D0A" w:rsidRPr="00F31D39">
        <w:rPr>
          <w:rFonts w:ascii="Arial" w:hAnsi="Arial"/>
        </w:rPr>
        <w:t>Tuwharetoa</w:t>
      </w:r>
      <w:proofErr w:type="spellEnd"/>
      <w:r w:rsidR="050B1D0A" w:rsidRPr="00F31D39">
        <w:rPr>
          <w:rFonts w:ascii="Arial" w:hAnsi="Arial"/>
        </w:rPr>
        <w:t xml:space="preserve"> </w:t>
      </w:r>
      <w:r w:rsidRPr="00F31D39">
        <w:rPr>
          <w:rFonts w:ascii="Arial" w:hAnsi="Arial"/>
        </w:rPr>
        <w:t xml:space="preserve">from my mother's line. I'm currently doing my </w:t>
      </w:r>
      <w:proofErr w:type="spellStart"/>
      <w:proofErr w:type="gramStart"/>
      <w:r w:rsidRPr="00F31D39">
        <w:rPr>
          <w:rFonts w:ascii="Arial" w:hAnsi="Arial"/>
        </w:rPr>
        <w:t>Bachelor's</w:t>
      </w:r>
      <w:proofErr w:type="spellEnd"/>
      <w:r w:rsidRPr="00F31D39">
        <w:rPr>
          <w:rFonts w:ascii="Arial" w:hAnsi="Arial"/>
        </w:rPr>
        <w:t xml:space="preserve"> of Arts</w:t>
      </w:r>
      <w:proofErr w:type="gramEnd"/>
      <w:r w:rsidRPr="00F31D39">
        <w:rPr>
          <w:rFonts w:ascii="Arial" w:hAnsi="Arial"/>
        </w:rPr>
        <w:t xml:space="preserve"> </w:t>
      </w:r>
      <w:proofErr w:type="spellStart"/>
      <w:r w:rsidRPr="00F31D39">
        <w:rPr>
          <w:rFonts w:ascii="Arial" w:hAnsi="Arial"/>
        </w:rPr>
        <w:t>Hono</w:t>
      </w:r>
      <w:r w:rsidR="3A6837B0" w:rsidRPr="00F31D39">
        <w:rPr>
          <w:rFonts w:ascii="Arial" w:hAnsi="Arial"/>
        </w:rPr>
        <w:t>u</w:t>
      </w:r>
      <w:r w:rsidRPr="00F31D39">
        <w:rPr>
          <w:rFonts w:ascii="Arial" w:hAnsi="Arial"/>
        </w:rPr>
        <w:t>rs</w:t>
      </w:r>
      <w:proofErr w:type="spellEnd"/>
      <w:r w:rsidRPr="00F31D39">
        <w:rPr>
          <w:rFonts w:ascii="Arial" w:hAnsi="Arial"/>
        </w:rPr>
        <w:t xml:space="preserve"> at the University of the Sunshine Coast, and I'm in ecological jurisprudence, so looking at rights of nature, the framework of rights of nature, and introducing a </w:t>
      </w:r>
      <w:proofErr w:type="gramStart"/>
      <w:r w:rsidRPr="00F31D39">
        <w:rPr>
          <w:rFonts w:ascii="Arial" w:hAnsi="Arial"/>
        </w:rPr>
        <w:t>rights of country framework</w:t>
      </w:r>
      <w:proofErr w:type="gramEnd"/>
      <w:r w:rsidR="48463A78" w:rsidRPr="00F31D39">
        <w:rPr>
          <w:rFonts w:ascii="Arial" w:hAnsi="Arial"/>
        </w:rPr>
        <w:t xml:space="preserve">. And </w:t>
      </w:r>
      <w:r w:rsidRPr="00F31D39">
        <w:rPr>
          <w:rFonts w:ascii="Arial" w:hAnsi="Arial"/>
        </w:rPr>
        <w:t xml:space="preserve">within a </w:t>
      </w:r>
      <w:proofErr w:type="gramStart"/>
      <w:r w:rsidRPr="00F31D39">
        <w:rPr>
          <w:rFonts w:ascii="Arial" w:hAnsi="Arial"/>
        </w:rPr>
        <w:t>rights of country</w:t>
      </w:r>
      <w:proofErr w:type="gramEnd"/>
      <w:r w:rsidRPr="00F31D39">
        <w:rPr>
          <w:rFonts w:ascii="Arial" w:hAnsi="Arial"/>
        </w:rPr>
        <w:t xml:space="preserve">, because we know that, you know, we have </w:t>
      </w:r>
      <w:proofErr w:type="gramStart"/>
      <w:r w:rsidRPr="00F31D39">
        <w:rPr>
          <w:rFonts w:ascii="Arial" w:hAnsi="Arial"/>
        </w:rPr>
        <w:t>the metaphysical</w:t>
      </w:r>
      <w:proofErr w:type="gramEnd"/>
      <w:r w:rsidRPr="00F31D39">
        <w:rPr>
          <w:rFonts w:ascii="Arial" w:hAnsi="Arial"/>
        </w:rPr>
        <w:t xml:space="preserve">, </w:t>
      </w:r>
      <w:proofErr w:type="gramStart"/>
      <w:r w:rsidRPr="00F31D39">
        <w:rPr>
          <w:rFonts w:ascii="Arial" w:hAnsi="Arial"/>
        </w:rPr>
        <w:t>the physical</w:t>
      </w:r>
      <w:proofErr w:type="gramEnd"/>
      <w:r w:rsidRPr="00F31D39">
        <w:rPr>
          <w:rFonts w:ascii="Arial" w:hAnsi="Arial"/>
        </w:rPr>
        <w:t xml:space="preserve">, </w:t>
      </w:r>
      <w:proofErr w:type="gramStart"/>
      <w:r w:rsidRPr="00F31D39">
        <w:rPr>
          <w:rFonts w:ascii="Arial" w:hAnsi="Arial"/>
        </w:rPr>
        <w:t xml:space="preserve">the </w:t>
      </w:r>
      <w:r w:rsidR="39248B50" w:rsidRPr="00F31D39">
        <w:rPr>
          <w:rFonts w:ascii="Arial" w:hAnsi="Arial"/>
        </w:rPr>
        <w:t>s</w:t>
      </w:r>
      <w:r w:rsidRPr="00F31D39">
        <w:rPr>
          <w:rFonts w:ascii="Arial" w:hAnsi="Arial"/>
        </w:rPr>
        <w:t>piritual</w:t>
      </w:r>
      <w:proofErr w:type="gramEnd"/>
      <w:r w:rsidRPr="00F31D39">
        <w:rPr>
          <w:rFonts w:ascii="Arial" w:hAnsi="Arial"/>
        </w:rPr>
        <w:t xml:space="preserve">, </w:t>
      </w:r>
      <w:proofErr w:type="gramStart"/>
      <w:r w:rsidRPr="00F31D39">
        <w:rPr>
          <w:rFonts w:ascii="Arial" w:hAnsi="Arial"/>
        </w:rPr>
        <w:t>the cultural</w:t>
      </w:r>
      <w:proofErr w:type="gramEnd"/>
      <w:r w:rsidRPr="00F31D39">
        <w:rPr>
          <w:rFonts w:ascii="Arial" w:hAnsi="Arial"/>
        </w:rPr>
        <w:t xml:space="preserve">, </w:t>
      </w:r>
      <w:proofErr w:type="gramStart"/>
      <w:r w:rsidRPr="00F31D39">
        <w:rPr>
          <w:rFonts w:ascii="Arial" w:hAnsi="Arial"/>
        </w:rPr>
        <w:t>the ancestral</w:t>
      </w:r>
      <w:proofErr w:type="gramEnd"/>
      <w:r w:rsidRPr="00F31D39">
        <w:rPr>
          <w:rFonts w:ascii="Arial" w:hAnsi="Arial"/>
        </w:rPr>
        <w:t xml:space="preserve">, </w:t>
      </w:r>
      <w:proofErr w:type="gramStart"/>
      <w:r w:rsidRPr="00F31D39">
        <w:rPr>
          <w:rFonts w:ascii="Arial" w:hAnsi="Arial"/>
        </w:rPr>
        <w:t>all of</w:t>
      </w:r>
      <w:proofErr w:type="gramEnd"/>
      <w:r w:rsidRPr="00F31D39">
        <w:rPr>
          <w:rFonts w:ascii="Arial" w:hAnsi="Arial"/>
        </w:rPr>
        <w:t xml:space="preserve"> those things already exist within our legal frameworks, our traditional legal frameworks. </w:t>
      </w:r>
      <w:proofErr w:type="gramStart"/>
      <w:r w:rsidRPr="00F31D39">
        <w:rPr>
          <w:rFonts w:ascii="Arial" w:hAnsi="Arial"/>
        </w:rPr>
        <w:t>So</w:t>
      </w:r>
      <w:proofErr w:type="gramEnd"/>
      <w:r w:rsidRPr="00F31D39">
        <w:rPr>
          <w:rFonts w:ascii="Arial" w:hAnsi="Arial"/>
        </w:rPr>
        <w:t xml:space="preserve"> what I'm attempting to do is to reform rights of nature, introduce rights of country in a way that we almost assimilate the Western legal system. We subsume the Western legal system to make sense to us, rather than having to become assimilated to</w:t>
      </w:r>
      <w:r w:rsidR="7CE7434D" w:rsidRPr="00F31D39">
        <w:rPr>
          <w:rFonts w:ascii="Arial" w:hAnsi="Arial"/>
        </w:rPr>
        <w:t xml:space="preserve"> it.</w:t>
      </w:r>
    </w:p>
    <w:p w14:paraId="44EAFD9C" w14:textId="77777777" w:rsidR="00E4262E" w:rsidRPr="00F31D39" w:rsidRDefault="00E4262E">
      <w:pPr>
        <w:spacing w:after="0"/>
      </w:pPr>
    </w:p>
    <w:p w14:paraId="00FC4FF2"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04:48</w:t>
      </w:r>
      <w:proofErr w:type="gramEnd"/>
    </w:p>
    <w:p w14:paraId="234F2621" w14:textId="4705949C" w:rsidR="00E4262E" w:rsidRPr="00F31D39" w:rsidRDefault="7D14BAB3">
      <w:pPr>
        <w:spacing w:after="0"/>
      </w:pPr>
      <w:r w:rsidRPr="00F31D39">
        <w:rPr>
          <w:rFonts w:ascii="Arial" w:hAnsi="Arial"/>
        </w:rPr>
        <w:t>Jerome is flying the flag for Aboriginal and Torres Strait Islander peoples on the global stage.</w:t>
      </w:r>
    </w:p>
    <w:p w14:paraId="4B94D5A5" w14:textId="77777777" w:rsidR="00E4262E" w:rsidRPr="00F31D39" w:rsidRDefault="00E4262E">
      <w:pPr>
        <w:spacing w:after="0"/>
      </w:pPr>
    </w:p>
    <w:p w14:paraId="6FFA8C6E"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04:54</w:t>
      </w:r>
      <w:proofErr w:type="gramEnd"/>
    </w:p>
    <w:p w14:paraId="784E7DBA" w14:textId="76C5818F" w:rsidR="00E4262E" w:rsidRPr="00F31D39" w:rsidRDefault="7D14BAB3" w:rsidP="541828D9">
      <w:pPr>
        <w:spacing w:after="0"/>
        <w:rPr>
          <w:rFonts w:ascii="Arial" w:hAnsi="Arial"/>
        </w:rPr>
      </w:pPr>
      <w:r w:rsidRPr="00F31D39">
        <w:rPr>
          <w:rFonts w:ascii="Arial" w:hAnsi="Arial"/>
        </w:rPr>
        <w:t>I've just recently co</w:t>
      </w:r>
      <w:r w:rsidR="31289B09" w:rsidRPr="00F31D39">
        <w:rPr>
          <w:rFonts w:ascii="Arial" w:hAnsi="Arial"/>
        </w:rPr>
        <w:t>-</w:t>
      </w:r>
      <w:r w:rsidRPr="00F31D39">
        <w:rPr>
          <w:rFonts w:ascii="Arial" w:hAnsi="Arial"/>
        </w:rPr>
        <w:t xml:space="preserve">founded First Peoples of Australia </w:t>
      </w:r>
      <w:r w:rsidR="08DA915F" w:rsidRPr="00F31D39">
        <w:rPr>
          <w:rFonts w:ascii="Arial" w:hAnsi="Arial"/>
        </w:rPr>
        <w:t>C</w:t>
      </w:r>
      <w:r w:rsidRPr="00F31D39">
        <w:rPr>
          <w:rFonts w:ascii="Arial" w:hAnsi="Arial"/>
        </w:rPr>
        <w:t xml:space="preserve">aucus with </w:t>
      </w:r>
      <w:r w:rsidR="7904E03C" w:rsidRPr="00F31D39">
        <w:rPr>
          <w:rFonts w:ascii="Arial" w:hAnsi="Arial"/>
        </w:rPr>
        <w:t xml:space="preserve">a </w:t>
      </w:r>
      <w:proofErr w:type="spellStart"/>
      <w:r w:rsidR="7904E03C" w:rsidRPr="00F31D39">
        <w:rPr>
          <w:rFonts w:ascii="Arial" w:hAnsi="Arial"/>
        </w:rPr>
        <w:t>Kombumerri</w:t>
      </w:r>
      <w:proofErr w:type="spellEnd"/>
      <w:r w:rsidRPr="00F31D39">
        <w:rPr>
          <w:rFonts w:ascii="Arial" w:hAnsi="Arial"/>
        </w:rPr>
        <w:t xml:space="preserve"> woman, Madel</w:t>
      </w:r>
      <w:r w:rsidR="62667D0E" w:rsidRPr="00F31D39">
        <w:rPr>
          <w:rFonts w:ascii="Arial" w:hAnsi="Arial"/>
        </w:rPr>
        <w:t>e</w:t>
      </w:r>
      <w:r w:rsidRPr="00F31D39">
        <w:rPr>
          <w:rFonts w:ascii="Arial" w:hAnsi="Arial"/>
        </w:rPr>
        <w:t xml:space="preserve">ine Pugin, and what we do is we've got a group of youth, and we are building ourselves up with the leadership of people like Les </w:t>
      </w:r>
      <w:proofErr w:type="spellStart"/>
      <w:r w:rsidR="41DB53E3" w:rsidRPr="00F31D39">
        <w:rPr>
          <w:rFonts w:ascii="Arial" w:hAnsi="Arial"/>
        </w:rPr>
        <w:t>Malezar</w:t>
      </w:r>
      <w:proofErr w:type="spellEnd"/>
      <w:r w:rsidRPr="00F31D39">
        <w:rPr>
          <w:rFonts w:ascii="Arial" w:hAnsi="Arial"/>
        </w:rPr>
        <w:t xml:space="preserve">, Katie </w:t>
      </w:r>
      <w:r w:rsidR="0C46A657" w:rsidRPr="00F31D39">
        <w:rPr>
          <w:rFonts w:ascii="Arial" w:hAnsi="Arial"/>
        </w:rPr>
        <w:t>K</w:t>
      </w:r>
      <w:r w:rsidRPr="00F31D39">
        <w:rPr>
          <w:rFonts w:ascii="Arial" w:hAnsi="Arial"/>
        </w:rPr>
        <w:t xml:space="preserve">iss, Hannah McGlade to teach us about human rights and international law and all that sort of stuff. So we go over to Geneva, to the expert mechanism on the </w:t>
      </w:r>
      <w:r w:rsidR="50D2F7AA" w:rsidRPr="00F31D39">
        <w:rPr>
          <w:rFonts w:ascii="Arial" w:hAnsi="Arial"/>
        </w:rPr>
        <w:t>R</w:t>
      </w:r>
      <w:r w:rsidRPr="00F31D39">
        <w:rPr>
          <w:rFonts w:ascii="Arial" w:hAnsi="Arial"/>
        </w:rPr>
        <w:t xml:space="preserve">ights of </w:t>
      </w:r>
      <w:r w:rsidR="6DDB3DEF" w:rsidRPr="00F31D39">
        <w:rPr>
          <w:rFonts w:ascii="Arial" w:hAnsi="Arial"/>
        </w:rPr>
        <w:t>I</w:t>
      </w:r>
      <w:r w:rsidRPr="00F31D39">
        <w:rPr>
          <w:rFonts w:ascii="Arial" w:hAnsi="Arial"/>
        </w:rPr>
        <w:t xml:space="preserve">ndigenous </w:t>
      </w:r>
      <w:r w:rsidR="04848887" w:rsidRPr="00F31D39">
        <w:rPr>
          <w:rFonts w:ascii="Arial" w:hAnsi="Arial"/>
        </w:rPr>
        <w:t>P</w:t>
      </w:r>
      <w:r w:rsidRPr="00F31D39">
        <w:rPr>
          <w:rFonts w:ascii="Arial" w:hAnsi="Arial"/>
        </w:rPr>
        <w:t xml:space="preserve">eoples, and we go to the United Nations Permanent Forum on Indigenous issues to advocate for our rights back home. And then when we come home, we disseminate that knowledge </w:t>
      </w:r>
      <w:r w:rsidRPr="00F31D39">
        <w:rPr>
          <w:rFonts w:ascii="Arial" w:hAnsi="Arial"/>
        </w:rPr>
        <w:lastRenderedPageBreak/>
        <w:t xml:space="preserve">and information. And I've also just started weaving mana, which was in response to the human rights work that I do, I </w:t>
      </w:r>
      <w:proofErr w:type="spellStart"/>
      <w:r w:rsidRPr="00F31D39">
        <w:rPr>
          <w:rFonts w:ascii="Arial" w:hAnsi="Arial"/>
        </w:rPr>
        <w:t>reali</w:t>
      </w:r>
      <w:r w:rsidR="3A874193" w:rsidRPr="00F31D39">
        <w:rPr>
          <w:rFonts w:ascii="Arial" w:hAnsi="Arial"/>
        </w:rPr>
        <w:t>s</w:t>
      </w:r>
      <w:r w:rsidRPr="00F31D39">
        <w:rPr>
          <w:rFonts w:ascii="Arial" w:hAnsi="Arial"/>
        </w:rPr>
        <w:t>ed</w:t>
      </w:r>
      <w:proofErr w:type="spellEnd"/>
      <w:r w:rsidRPr="00F31D39">
        <w:rPr>
          <w:rFonts w:ascii="Arial" w:hAnsi="Arial"/>
        </w:rPr>
        <w:t xml:space="preserve"> that I was becoming burnt out. I was becoming a bit negative, thinking too critically about things constantly. </w:t>
      </w:r>
      <w:proofErr w:type="gramStart"/>
      <w:r w:rsidRPr="00F31D39">
        <w:rPr>
          <w:rFonts w:ascii="Arial" w:hAnsi="Arial"/>
        </w:rPr>
        <w:t>So</w:t>
      </w:r>
      <w:proofErr w:type="gramEnd"/>
      <w:r w:rsidRPr="00F31D39">
        <w:rPr>
          <w:rFonts w:ascii="Arial" w:hAnsi="Arial"/>
        </w:rPr>
        <w:t xml:space="preserve"> with weaving mana, what I'm able to do is get people, </w:t>
      </w:r>
      <w:r w:rsidR="3B9F449C" w:rsidRPr="00F31D39">
        <w:rPr>
          <w:rFonts w:ascii="Arial" w:hAnsi="Arial"/>
        </w:rPr>
        <w:t>I</w:t>
      </w:r>
      <w:r w:rsidRPr="00F31D39">
        <w:rPr>
          <w:rFonts w:ascii="Arial" w:hAnsi="Arial"/>
        </w:rPr>
        <w:t xml:space="preserve">ndigenous youth and young people from the Pacific to go over to these people's lands, and, you know, hopefully bring them back to ours. And the purpose of that is to allow ourselves just to be </w:t>
      </w:r>
      <w:r w:rsidR="271EAF28" w:rsidRPr="00F31D39">
        <w:rPr>
          <w:rFonts w:ascii="Arial" w:hAnsi="Arial"/>
        </w:rPr>
        <w:t>I</w:t>
      </w:r>
      <w:r w:rsidRPr="00F31D39">
        <w:rPr>
          <w:rFonts w:ascii="Arial" w:hAnsi="Arial"/>
        </w:rPr>
        <w:t>ndigenous. You know, we're not, we're not talking about our issues in a way where we're fighting for them. We're not fighting for our rights, and we're not connecting over the trauma, and, you know, all the issues. Rather, we're going in there and we are part of those ceremonies. We're part of the song. We're going hunting, we're going fishing. We're just relaxing.</w:t>
      </w:r>
    </w:p>
    <w:p w14:paraId="3DEEC669" w14:textId="77777777" w:rsidR="00E4262E" w:rsidRPr="00F31D39" w:rsidRDefault="00E4262E">
      <w:pPr>
        <w:spacing w:after="0"/>
      </w:pPr>
    </w:p>
    <w:p w14:paraId="45090986"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06:30</w:t>
      </w:r>
      <w:proofErr w:type="gramEnd"/>
    </w:p>
    <w:p w14:paraId="74501C3C" w14:textId="77777777" w:rsidR="00E4262E" w:rsidRPr="00F31D39" w:rsidRDefault="00DE09B8">
      <w:pPr>
        <w:spacing w:after="0"/>
      </w:pPr>
      <w:r w:rsidRPr="00F31D39">
        <w:rPr>
          <w:rFonts w:ascii="Arial" w:hAnsi="Arial"/>
        </w:rPr>
        <w:t>Jerome recently went to the US where he was able to connect and share stories with First Nations peoples in America.</w:t>
      </w:r>
    </w:p>
    <w:p w14:paraId="3656B9AB" w14:textId="77777777" w:rsidR="00E4262E" w:rsidRPr="00F31D39" w:rsidRDefault="00E4262E">
      <w:pPr>
        <w:spacing w:after="0"/>
      </w:pPr>
    </w:p>
    <w:p w14:paraId="2C76BE5E"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06:39</w:t>
      </w:r>
      <w:proofErr w:type="gramEnd"/>
    </w:p>
    <w:p w14:paraId="092FBD50" w14:textId="79938B33" w:rsidR="00E4262E" w:rsidRPr="00F31D39" w:rsidRDefault="5379F24D">
      <w:pPr>
        <w:spacing w:after="0"/>
      </w:pPr>
      <w:r w:rsidRPr="00F31D39">
        <w:rPr>
          <w:rFonts w:ascii="Arial" w:hAnsi="Arial"/>
        </w:rPr>
        <w:t xml:space="preserve">We got to speak at UCLA first, and then we went to Arizona. We were invited by one of the elders, Uncle Danny Ramos, his name is and his wife, Alda, to Cottonwood, Arizona, where we were able to have ceremony. We were able to learn the different songs. We got to go to Northern Arizona University. </w:t>
      </w:r>
      <w:proofErr w:type="gramStart"/>
      <w:r w:rsidRPr="00F31D39">
        <w:rPr>
          <w:rFonts w:ascii="Arial" w:hAnsi="Arial"/>
        </w:rPr>
        <w:t>We got we</w:t>
      </w:r>
      <w:proofErr w:type="gramEnd"/>
      <w:r w:rsidRPr="00F31D39">
        <w:rPr>
          <w:rFonts w:ascii="Arial" w:hAnsi="Arial"/>
        </w:rPr>
        <w:t xml:space="preserve"> got to go to Grand Canyon</w:t>
      </w:r>
      <w:r w:rsidR="2CE2781A" w:rsidRPr="00F31D39">
        <w:rPr>
          <w:rFonts w:ascii="Arial" w:hAnsi="Arial"/>
        </w:rPr>
        <w:t>,</w:t>
      </w:r>
      <w:r w:rsidRPr="00F31D39">
        <w:rPr>
          <w:rFonts w:ascii="Arial" w:hAnsi="Arial"/>
        </w:rPr>
        <w:t xml:space="preserve"> do a sweat lodge. Yes, it was a way where we have the Human Rights stuff, we do all that sort of work, and it's tiring, it's taxing, it's necessary. But we also have something now where it brings balance to our lives, where we can go and we can learn about other people, and we can see, well, this is why we're doing it. We need to </w:t>
      </w:r>
      <w:proofErr w:type="spellStart"/>
      <w:r w:rsidRPr="00F31D39">
        <w:rPr>
          <w:rFonts w:ascii="Arial" w:hAnsi="Arial"/>
        </w:rPr>
        <w:t>revitali</w:t>
      </w:r>
      <w:r w:rsidR="2C4F8F3F" w:rsidRPr="00F31D39">
        <w:rPr>
          <w:rFonts w:ascii="Arial" w:hAnsi="Arial"/>
        </w:rPr>
        <w:t>s</w:t>
      </w:r>
      <w:r w:rsidRPr="00F31D39">
        <w:rPr>
          <w:rFonts w:ascii="Arial" w:hAnsi="Arial"/>
        </w:rPr>
        <w:t>e</w:t>
      </w:r>
      <w:proofErr w:type="spellEnd"/>
      <w:r w:rsidRPr="00F31D39">
        <w:rPr>
          <w:rFonts w:ascii="Arial" w:hAnsi="Arial"/>
        </w:rPr>
        <w:t xml:space="preserve"> our </w:t>
      </w:r>
      <w:proofErr w:type="gramStart"/>
      <w:r w:rsidRPr="00F31D39">
        <w:rPr>
          <w:rFonts w:ascii="Arial" w:hAnsi="Arial"/>
        </w:rPr>
        <w:t>cultures</w:t>
      </w:r>
      <w:proofErr w:type="gramEnd"/>
      <w:r w:rsidRPr="00F31D39">
        <w:rPr>
          <w:rFonts w:ascii="Arial" w:hAnsi="Arial"/>
        </w:rPr>
        <w:t xml:space="preserve"> and we </w:t>
      </w:r>
      <w:proofErr w:type="gramStart"/>
      <w:r w:rsidRPr="00F31D39">
        <w:rPr>
          <w:rFonts w:ascii="Arial" w:hAnsi="Arial"/>
        </w:rPr>
        <w:t>needed</w:t>
      </w:r>
      <w:proofErr w:type="gramEnd"/>
      <w:r w:rsidRPr="00F31D39">
        <w:rPr>
          <w:rFonts w:ascii="Arial" w:hAnsi="Arial"/>
        </w:rPr>
        <w:t xml:space="preserve"> to connect again. But yeah, within ourselves, we're able to build our spirits back up and feel proud to be who we are and connect with other people outside of the political spaces.</w:t>
      </w:r>
    </w:p>
    <w:p w14:paraId="45FB0818" w14:textId="77777777" w:rsidR="00E4262E" w:rsidRPr="00F31D39" w:rsidRDefault="00E4262E">
      <w:pPr>
        <w:spacing w:after="0"/>
      </w:pPr>
    </w:p>
    <w:p w14:paraId="29C87305"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07:33</w:t>
      </w:r>
      <w:proofErr w:type="gramEnd"/>
    </w:p>
    <w:p w14:paraId="5FA8A893" w14:textId="192DA21A" w:rsidR="00E4262E" w:rsidRPr="00F31D39" w:rsidRDefault="7A422046">
      <w:pPr>
        <w:spacing w:after="0"/>
      </w:pPr>
      <w:r w:rsidRPr="00F31D39">
        <w:rPr>
          <w:rFonts w:ascii="Arial" w:hAnsi="Arial"/>
        </w:rPr>
        <w:t xml:space="preserve">You represented Indigenous Australians at the United Nations </w:t>
      </w:r>
      <w:r w:rsidR="0066A1C7" w:rsidRPr="00F31D39">
        <w:rPr>
          <w:rFonts w:ascii="Arial" w:hAnsi="Arial"/>
        </w:rPr>
        <w:t>S</w:t>
      </w:r>
      <w:r w:rsidRPr="00F31D39">
        <w:rPr>
          <w:rFonts w:ascii="Arial" w:hAnsi="Arial"/>
        </w:rPr>
        <w:t xml:space="preserve">ummit on </w:t>
      </w:r>
      <w:r w:rsidR="64963031" w:rsidRPr="00F31D39">
        <w:rPr>
          <w:rFonts w:ascii="Arial" w:hAnsi="Arial"/>
        </w:rPr>
        <w:t>I</w:t>
      </w:r>
      <w:r w:rsidRPr="00F31D39">
        <w:rPr>
          <w:rFonts w:ascii="Arial" w:hAnsi="Arial"/>
        </w:rPr>
        <w:t>ndigenous issues. How did you feel being amongst other First Nations peoples and cultures?</w:t>
      </w:r>
    </w:p>
    <w:p w14:paraId="049F31CB" w14:textId="77777777" w:rsidR="00E4262E" w:rsidRPr="00F31D39" w:rsidRDefault="00E4262E">
      <w:pPr>
        <w:spacing w:after="0"/>
      </w:pPr>
    </w:p>
    <w:p w14:paraId="4C25100E"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07:45</w:t>
      </w:r>
      <w:proofErr w:type="gramEnd"/>
    </w:p>
    <w:p w14:paraId="47460AD2" w14:textId="63A8F2BF" w:rsidR="00E4262E" w:rsidRPr="00F31D39" w:rsidRDefault="7A422046" w:rsidP="4535121A">
      <w:pPr>
        <w:spacing w:after="0"/>
        <w:rPr>
          <w:rFonts w:ascii="Arial" w:hAnsi="Arial"/>
        </w:rPr>
      </w:pPr>
      <w:r w:rsidRPr="00F31D39">
        <w:rPr>
          <w:rFonts w:ascii="Arial" w:hAnsi="Arial"/>
        </w:rPr>
        <w:t>Empowered</w:t>
      </w:r>
      <w:r w:rsidR="5D61E023" w:rsidRPr="00F31D39">
        <w:rPr>
          <w:rFonts w:ascii="Arial" w:hAnsi="Arial"/>
        </w:rPr>
        <w:t>,</w:t>
      </w:r>
      <w:r w:rsidRPr="00F31D39">
        <w:rPr>
          <w:rFonts w:ascii="Arial" w:hAnsi="Arial"/>
        </w:rPr>
        <w:t xml:space="preserve"> </w:t>
      </w:r>
      <w:proofErr w:type="gramStart"/>
      <w:r w:rsidR="5D61E023" w:rsidRPr="00F31D39">
        <w:rPr>
          <w:rFonts w:ascii="Arial" w:hAnsi="Arial"/>
        </w:rPr>
        <w:t>d</w:t>
      </w:r>
      <w:r w:rsidRPr="00F31D39">
        <w:rPr>
          <w:rFonts w:ascii="Arial" w:hAnsi="Arial"/>
        </w:rPr>
        <w:t>efinitely empowered</w:t>
      </w:r>
      <w:proofErr w:type="gramEnd"/>
      <w:r w:rsidRPr="00F31D39">
        <w:rPr>
          <w:rFonts w:ascii="Arial" w:hAnsi="Arial"/>
        </w:rPr>
        <w:t xml:space="preserve">. I remember the first time that I went to the UN headquarters, and I walked into the big room, and there was hundreds of </w:t>
      </w:r>
      <w:r w:rsidR="7D728D3C" w:rsidRPr="00F31D39">
        <w:rPr>
          <w:rFonts w:ascii="Arial" w:hAnsi="Arial"/>
        </w:rPr>
        <w:t>I</w:t>
      </w:r>
      <w:r w:rsidRPr="00F31D39">
        <w:rPr>
          <w:rFonts w:ascii="Arial" w:hAnsi="Arial"/>
        </w:rPr>
        <w:t xml:space="preserve">ndigenous people from all over the world, and they were all in their traditional clothing, their regalia, they had feathers, and, you know, and so I'll never forget that moment. And it was a moment where I'm just like, we're pretty deadly, you know, like you felt the energy, you felt, the spirit you felt, and, yeah, just the way that people were moving around each other and saying hello, and, you know, yeah, it was pretty cool to be a part of that, and then obviously it moved into the actual work. And so throughout that process, it was also cool to see the level of strength and the level of knowledge that </w:t>
      </w:r>
      <w:r w:rsidR="6B6C6E0D" w:rsidRPr="00F31D39">
        <w:rPr>
          <w:rFonts w:ascii="Arial" w:hAnsi="Arial"/>
        </w:rPr>
        <w:t>I</w:t>
      </w:r>
      <w:r w:rsidRPr="00F31D39">
        <w:rPr>
          <w:rFonts w:ascii="Arial" w:hAnsi="Arial"/>
        </w:rPr>
        <w:t>ndigenous people had around the world and their courage to stand up against their colonial governments. And it was, it was deadly to be a part of and to see.</w:t>
      </w:r>
    </w:p>
    <w:p w14:paraId="53128261" w14:textId="77777777" w:rsidR="00E4262E" w:rsidRPr="00F31D39" w:rsidRDefault="00E4262E">
      <w:pPr>
        <w:spacing w:after="0"/>
      </w:pPr>
    </w:p>
    <w:p w14:paraId="2E1E22EC"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08:43</w:t>
      </w:r>
      <w:proofErr w:type="gramEnd"/>
    </w:p>
    <w:p w14:paraId="18C26E13" w14:textId="77777777" w:rsidR="00E4262E" w:rsidRPr="00F31D39" w:rsidRDefault="00DE09B8">
      <w:pPr>
        <w:spacing w:after="0"/>
      </w:pPr>
      <w:proofErr w:type="gramStart"/>
      <w:r w:rsidRPr="00F31D39">
        <w:rPr>
          <w:rFonts w:ascii="Arial" w:hAnsi="Arial"/>
        </w:rPr>
        <w:t>So</w:t>
      </w:r>
      <w:proofErr w:type="gramEnd"/>
      <w:r w:rsidRPr="00F31D39">
        <w:rPr>
          <w:rFonts w:ascii="Arial" w:hAnsi="Arial"/>
        </w:rPr>
        <w:t xml:space="preserve"> what are the priorities moving forward for young people?</w:t>
      </w:r>
    </w:p>
    <w:p w14:paraId="62486C05" w14:textId="77777777" w:rsidR="00E4262E" w:rsidRPr="00F31D39" w:rsidRDefault="00E4262E">
      <w:pPr>
        <w:spacing w:after="0"/>
      </w:pPr>
    </w:p>
    <w:p w14:paraId="5FF5DD2F" w14:textId="77777777" w:rsidR="00E4262E" w:rsidRPr="00F31D39" w:rsidRDefault="00DE09B8">
      <w:pPr>
        <w:spacing w:after="0"/>
      </w:pPr>
      <w:r w:rsidRPr="00F31D39">
        <w:rPr>
          <w:rFonts w:ascii="Arial" w:hAnsi="Arial"/>
          <w:b/>
        </w:rPr>
        <w:lastRenderedPageBreak/>
        <w:t xml:space="preserve">Jerome </w:t>
      </w:r>
      <w:proofErr w:type="gramStart"/>
      <w:r w:rsidRPr="00F31D39">
        <w:rPr>
          <w:rFonts w:ascii="Arial" w:hAnsi="Arial"/>
          <w:b/>
        </w:rPr>
        <w:t xml:space="preserve">Wano  </w:t>
      </w:r>
      <w:r w:rsidRPr="00F31D39">
        <w:rPr>
          <w:rFonts w:ascii="Arial" w:hAnsi="Arial"/>
          <w:color w:val="5D7284"/>
        </w:rPr>
        <w:t>08:47</w:t>
      </w:r>
      <w:proofErr w:type="gramEnd"/>
    </w:p>
    <w:p w14:paraId="4C888C46" w14:textId="1D2E0031" w:rsidR="00E4262E" w:rsidRPr="00F31D39" w:rsidRDefault="07DA702F">
      <w:pPr>
        <w:spacing w:after="0"/>
      </w:pPr>
      <w:r w:rsidRPr="00F31D39">
        <w:rPr>
          <w:rFonts w:ascii="Arial" w:hAnsi="Arial"/>
        </w:rPr>
        <w:t xml:space="preserve">There's this </w:t>
      </w:r>
      <w:proofErr w:type="gramStart"/>
      <w:r w:rsidRPr="00F31D39">
        <w:rPr>
          <w:rFonts w:ascii="Arial" w:hAnsi="Arial"/>
        </w:rPr>
        <w:t>disconnect</w:t>
      </w:r>
      <w:proofErr w:type="gramEnd"/>
      <w:r w:rsidRPr="00F31D39">
        <w:rPr>
          <w:rFonts w:ascii="Arial" w:hAnsi="Arial"/>
        </w:rPr>
        <w:t xml:space="preserve"> between the generations. I find that with my generation and the young people that I sort of work with and engage with, we are,</w:t>
      </w:r>
      <w:r w:rsidR="304CCBE9" w:rsidRPr="00F31D39">
        <w:rPr>
          <w:rFonts w:ascii="Arial" w:hAnsi="Arial"/>
        </w:rPr>
        <w:t xml:space="preserve"> </w:t>
      </w:r>
      <w:r w:rsidRPr="00F31D39">
        <w:rPr>
          <w:rFonts w:ascii="Arial" w:hAnsi="Arial"/>
        </w:rPr>
        <w:t xml:space="preserve">our desire is to connect with our elders more and to be guided. We're ready. We've got the fire in our bellies. We want to do this sort of stuff. We've got </w:t>
      </w:r>
      <w:proofErr w:type="gramStart"/>
      <w:r w:rsidRPr="00F31D39">
        <w:rPr>
          <w:rFonts w:ascii="Arial" w:hAnsi="Arial"/>
        </w:rPr>
        <w:t>the energy</w:t>
      </w:r>
      <w:proofErr w:type="gramEnd"/>
      <w:r w:rsidRPr="00F31D39">
        <w:rPr>
          <w:rFonts w:ascii="Arial" w:hAnsi="Arial"/>
        </w:rPr>
        <w:t xml:space="preserve">. We just need </w:t>
      </w:r>
      <w:proofErr w:type="gramStart"/>
      <w:r w:rsidRPr="00F31D39">
        <w:rPr>
          <w:rFonts w:ascii="Arial" w:hAnsi="Arial"/>
        </w:rPr>
        <w:t>the guidance</w:t>
      </w:r>
      <w:proofErr w:type="gramEnd"/>
      <w:r w:rsidRPr="00F31D39">
        <w:rPr>
          <w:rFonts w:ascii="Arial" w:hAnsi="Arial"/>
        </w:rPr>
        <w:t xml:space="preserve">. We need the know </w:t>
      </w:r>
      <w:proofErr w:type="spellStart"/>
      <w:r w:rsidRPr="00F31D39">
        <w:rPr>
          <w:rFonts w:ascii="Arial" w:hAnsi="Arial"/>
        </w:rPr>
        <w:t>hows</w:t>
      </w:r>
      <w:proofErr w:type="spellEnd"/>
      <w:r w:rsidRPr="00F31D39">
        <w:rPr>
          <w:rFonts w:ascii="Arial" w:hAnsi="Arial"/>
        </w:rPr>
        <w:t xml:space="preserve">. We need to be </w:t>
      </w:r>
      <w:proofErr w:type="gramStart"/>
      <w:r w:rsidRPr="00F31D39">
        <w:rPr>
          <w:rFonts w:ascii="Arial" w:hAnsi="Arial"/>
        </w:rPr>
        <w:t>gifted</w:t>
      </w:r>
      <w:proofErr w:type="gramEnd"/>
      <w:r w:rsidRPr="00F31D39">
        <w:rPr>
          <w:rFonts w:ascii="Arial" w:hAnsi="Arial"/>
        </w:rPr>
        <w:t xml:space="preserve"> </w:t>
      </w:r>
      <w:proofErr w:type="gramStart"/>
      <w:r w:rsidRPr="00F31D39">
        <w:rPr>
          <w:rFonts w:ascii="Arial" w:hAnsi="Arial"/>
        </w:rPr>
        <w:t>all of</w:t>
      </w:r>
      <w:proofErr w:type="gramEnd"/>
      <w:r w:rsidRPr="00F31D39">
        <w:rPr>
          <w:rFonts w:ascii="Arial" w:hAnsi="Arial"/>
        </w:rPr>
        <w:t xml:space="preserve"> the knowledge that they have. I don't know what's causing that disconnect, but then you speak with older people, and they want to do it. </w:t>
      </w:r>
      <w:proofErr w:type="gramStart"/>
      <w:r w:rsidRPr="00F31D39">
        <w:rPr>
          <w:rFonts w:ascii="Arial" w:hAnsi="Arial"/>
        </w:rPr>
        <w:t>So</w:t>
      </w:r>
      <w:proofErr w:type="gramEnd"/>
      <w:r w:rsidRPr="00F31D39">
        <w:rPr>
          <w:rFonts w:ascii="Arial" w:hAnsi="Arial"/>
        </w:rPr>
        <w:t xml:space="preserve"> it's, it's finding a way. How do we </w:t>
      </w:r>
      <w:proofErr w:type="gramStart"/>
      <w:r w:rsidRPr="00F31D39">
        <w:rPr>
          <w:rFonts w:ascii="Arial" w:hAnsi="Arial"/>
        </w:rPr>
        <w:t>actually connect</w:t>
      </w:r>
      <w:proofErr w:type="gramEnd"/>
      <w:r w:rsidRPr="00F31D39">
        <w:rPr>
          <w:rFonts w:ascii="Arial" w:hAnsi="Arial"/>
        </w:rPr>
        <w:t>? You know, do we just sit down and yarn like, I don't know what else you would do, but yeah, I think there's that disconnect between the generations that a lot of our people, our young people, want to regain and want to have trust.</w:t>
      </w:r>
    </w:p>
    <w:p w14:paraId="4101652C" w14:textId="77777777" w:rsidR="00E4262E" w:rsidRPr="00F31D39" w:rsidRDefault="00E4262E">
      <w:pPr>
        <w:spacing w:after="0"/>
      </w:pPr>
    </w:p>
    <w:p w14:paraId="0AA55A74"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09:41</w:t>
      </w:r>
      <w:proofErr w:type="gramEnd"/>
    </w:p>
    <w:p w14:paraId="38EC9401" w14:textId="77777777" w:rsidR="00E4262E" w:rsidRPr="00F31D39" w:rsidRDefault="00DE09B8">
      <w:pPr>
        <w:spacing w:after="0"/>
      </w:pPr>
      <w:r w:rsidRPr="00F31D39">
        <w:rPr>
          <w:rFonts w:ascii="Arial" w:hAnsi="Arial"/>
        </w:rPr>
        <w:t>You've also done some work in child removal. Can you tell us about that side of the story?</w:t>
      </w:r>
    </w:p>
    <w:p w14:paraId="4B99056E" w14:textId="77777777" w:rsidR="00E4262E" w:rsidRPr="00F31D39" w:rsidRDefault="00E4262E">
      <w:pPr>
        <w:spacing w:after="0"/>
      </w:pPr>
    </w:p>
    <w:p w14:paraId="2A739DA6"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09:47</w:t>
      </w:r>
      <w:proofErr w:type="gramEnd"/>
    </w:p>
    <w:p w14:paraId="33DC6684" w14:textId="00604BCF" w:rsidR="00E4262E" w:rsidRPr="00F31D39" w:rsidRDefault="7D1A23B2" w:rsidP="4D5CA1A9">
      <w:pPr>
        <w:spacing w:after="0"/>
        <w:rPr>
          <w:rFonts w:ascii="Arial" w:hAnsi="Arial"/>
        </w:rPr>
      </w:pPr>
      <w:proofErr w:type="gramStart"/>
      <w:r w:rsidRPr="00F31D39">
        <w:rPr>
          <w:rFonts w:ascii="Arial" w:hAnsi="Arial"/>
        </w:rPr>
        <w:t>So</w:t>
      </w:r>
      <w:proofErr w:type="gramEnd"/>
      <w:r w:rsidRPr="00F31D39">
        <w:rPr>
          <w:rFonts w:ascii="Arial" w:hAnsi="Arial"/>
        </w:rPr>
        <w:t xml:space="preserve"> I was born in Alice Springs and lived there for the first part of my life, and my parents were foster carers. </w:t>
      </w:r>
      <w:proofErr w:type="gramStart"/>
      <w:r w:rsidRPr="00F31D39">
        <w:rPr>
          <w:rFonts w:ascii="Arial" w:hAnsi="Arial"/>
        </w:rPr>
        <w:t>So</w:t>
      </w:r>
      <w:proofErr w:type="gramEnd"/>
      <w:r w:rsidRPr="00F31D39">
        <w:rPr>
          <w:rFonts w:ascii="Arial" w:hAnsi="Arial"/>
        </w:rPr>
        <w:t xml:space="preserve"> through </w:t>
      </w:r>
      <w:r w:rsidR="1447C05D" w:rsidRPr="00F31D39">
        <w:rPr>
          <w:rFonts w:ascii="Arial" w:hAnsi="Arial"/>
        </w:rPr>
        <w:t>t</w:t>
      </w:r>
      <w:r w:rsidRPr="00F31D39">
        <w:rPr>
          <w:rFonts w:ascii="Arial" w:hAnsi="Arial"/>
        </w:rPr>
        <w:t>hat I was able to</w:t>
      </w:r>
      <w:r w:rsidR="157FC8B6" w:rsidRPr="00F31D39">
        <w:rPr>
          <w:rFonts w:ascii="Arial" w:hAnsi="Arial"/>
        </w:rPr>
        <w:t>,</w:t>
      </w:r>
      <w:r w:rsidRPr="00F31D39">
        <w:rPr>
          <w:rFonts w:ascii="Arial" w:hAnsi="Arial"/>
        </w:rPr>
        <w:t xml:space="preserve"> without </w:t>
      </w:r>
      <w:proofErr w:type="spellStart"/>
      <w:r w:rsidRPr="00F31D39">
        <w:rPr>
          <w:rFonts w:ascii="Arial" w:hAnsi="Arial"/>
        </w:rPr>
        <w:t>reali</w:t>
      </w:r>
      <w:r w:rsidR="505778E8" w:rsidRPr="00F31D39">
        <w:rPr>
          <w:rFonts w:ascii="Arial" w:hAnsi="Arial"/>
        </w:rPr>
        <w:t>s</w:t>
      </w:r>
      <w:r w:rsidRPr="00F31D39">
        <w:rPr>
          <w:rFonts w:ascii="Arial" w:hAnsi="Arial"/>
        </w:rPr>
        <w:t>ing</w:t>
      </w:r>
      <w:proofErr w:type="spellEnd"/>
      <w:r w:rsidR="64FBA8E8" w:rsidRPr="00F31D39">
        <w:rPr>
          <w:rFonts w:ascii="Arial" w:hAnsi="Arial"/>
        </w:rPr>
        <w:t>,</w:t>
      </w:r>
      <w:r w:rsidRPr="00F31D39">
        <w:rPr>
          <w:rFonts w:ascii="Arial" w:hAnsi="Arial"/>
        </w:rPr>
        <w:t xml:space="preserve"> see the impacts of child removal. My parents were obviously very grounded in culture and community. And I remember when my two brothers came to us and we were in Alice Springs. I was young. It's like one of my earliest memories, but </w:t>
      </w:r>
      <w:proofErr w:type="gramStart"/>
      <w:r w:rsidRPr="00F31D39">
        <w:rPr>
          <w:rFonts w:ascii="Arial" w:hAnsi="Arial"/>
        </w:rPr>
        <w:t>both of them</w:t>
      </w:r>
      <w:proofErr w:type="gramEnd"/>
      <w:r w:rsidRPr="00F31D39">
        <w:rPr>
          <w:rFonts w:ascii="Arial" w:hAnsi="Arial"/>
        </w:rPr>
        <w:t xml:space="preserve"> were standing at the clothesline, you know, </w:t>
      </w:r>
      <w:proofErr w:type="spellStart"/>
      <w:proofErr w:type="gramStart"/>
      <w:r w:rsidRPr="00F31D39">
        <w:rPr>
          <w:rFonts w:ascii="Arial" w:hAnsi="Arial"/>
        </w:rPr>
        <w:t>them</w:t>
      </w:r>
      <w:proofErr w:type="spellEnd"/>
      <w:proofErr w:type="gramEnd"/>
      <w:r w:rsidRPr="00F31D39">
        <w:rPr>
          <w:rFonts w:ascii="Arial" w:hAnsi="Arial"/>
        </w:rPr>
        <w:t xml:space="preserve"> old metal ones, yeah. </w:t>
      </w:r>
      <w:proofErr w:type="gramStart"/>
      <w:r w:rsidRPr="00F31D39">
        <w:rPr>
          <w:rFonts w:ascii="Arial" w:hAnsi="Arial"/>
        </w:rPr>
        <w:t>So</w:t>
      </w:r>
      <w:proofErr w:type="gramEnd"/>
      <w:r w:rsidRPr="00F31D39">
        <w:rPr>
          <w:rFonts w:ascii="Arial" w:hAnsi="Arial"/>
        </w:rPr>
        <w:t xml:space="preserve"> they were both there crying, and I remember just standing there being like, what are you afraid of? And it's like moments like that that I look back on now that I'm older and I understand the trauma. You know, you've just been taken away from your home, and you're here, you are in this stranger's house. And you know. </w:t>
      </w:r>
      <w:proofErr w:type="gramStart"/>
      <w:r w:rsidRPr="00F31D39">
        <w:rPr>
          <w:rFonts w:ascii="Arial" w:hAnsi="Arial"/>
        </w:rPr>
        <w:t>So</w:t>
      </w:r>
      <w:proofErr w:type="gramEnd"/>
      <w:r w:rsidRPr="00F31D39">
        <w:rPr>
          <w:rFonts w:ascii="Arial" w:hAnsi="Arial"/>
        </w:rPr>
        <w:t xml:space="preserve"> for me, when I started doing my human rights stuff, it came sort of naturally that this is something that I wanted to advocate for. Every time that I, you know, am a part of something I always make sure to try and weave in somehow child removal and the importance of, you know children staying connected to their communities, their culture, their language, their ceremonies and their kinship systems, </w:t>
      </w:r>
      <w:proofErr w:type="gramStart"/>
      <w:r w:rsidRPr="00F31D39">
        <w:rPr>
          <w:rFonts w:ascii="Arial" w:hAnsi="Arial"/>
        </w:rPr>
        <w:t>and also</w:t>
      </w:r>
      <w:proofErr w:type="gramEnd"/>
      <w:r w:rsidRPr="00F31D39">
        <w:rPr>
          <w:rFonts w:ascii="Arial" w:hAnsi="Arial"/>
        </w:rPr>
        <w:t xml:space="preserve"> understanding it as a tactic. </w:t>
      </w:r>
      <w:proofErr w:type="gramStart"/>
      <w:r w:rsidRPr="00F31D39">
        <w:rPr>
          <w:rFonts w:ascii="Arial" w:hAnsi="Arial"/>
        </w:rPr>
        <w:t>So</w:t>
      </w:r>
      <w:proofErr w:type="gramEnd"/>
      <w:r w:rsidRPr="00F31D39">
        <w:rPr>
          <w:rFonts w:ascii="Arial" w:hAnsi="Arial"/>
        </w:rPr>
        <w:t xml:space="preserve"> I do a lot of teaching at the University of the Sunshine Coast, and we look at human rights. And one of the things that I look at is the way that governments all over the world have committed acts of genocide, and by the forced transferal of Indigenous children from one group to another. It's in article 2e of the Geneva Genocide Convention, where it states, you know, an act of genocide is the forced transfer of one group to another, of children to another. And </w:t>
      </w:r>
      <w:proofErr w:type="gramStart"/>
      <w:r w:rsidRPr="00F31D39">
        <w:rPr>
          <w:rFonts w:ascii="Arial" w:hAnsi="Arial"/>
        </w:rPr>
        <w:t>so</w:t>
      </w:r>
      <w:proofErr w:type="gramEnd"/>
      <w:r w:rsidRPr="00F31D39">
        <w:rPr>
          <w:rFonts w:ascii="Arial" w:hAnsi="Arial"/>
        </w:rPr>
        <w:t xml:space="preserve"> for me, understanding it more and learning about it more, and really seeing it as a tactic of genocide has pushed me further into that space. And we see, I think </w:t>
      </w:r>
      <w:proofErr w:type="gramStart"/>
      <w:r w:rsidRPr="00F31D39">
        <w:rPr>
          <w:rFonts w:ascii="Arial" w:hAnsi="Arial"/>
        </w:rPr>
        <w:t>it was</w:t>
      </w:r>
      <w:proofErr w:type="gramEnd"/>
      <w:r w:rsidRPr="00F31D39">
        <w:rPr>
          <w:rFonts w:ascii="Arial" w:hAnsi="Arial"/>
        </w:rPr>
        <w:t xml:space="preserve"> 22,000 children in out</w:t>
      </w:r>
      <w:r w:rsidR="472544C0" w:rsidRPr="00F31D39">
        <w:rPr>
          <w:rFonts w:ascii="Arial" w:hAnsi="Arial"/>
        </w:rPr>
        <w:t>-</w:t>
      </w:r>
      <w:r w:rsidRPr="00F31D39">
        <w:rPr>
          <w:rFonts w:ascii="Arial" w:hAnsi="Arial"/>
        </w:rPr>
        <w:t>of</w:t>
      </w:r>
      <w:r w:rsidR="07052CEF" w:rsidRPr="00F31D39">
        <w:rPr>
          <w:rFonts w:ascii="Arial" w:hAnsi="Arial"/>
        </w:rPr>
        <w:t>-</w:t>
      </w:r>
      <w:r w:rsidRPr="00F31D39">
        <w:rPr>
          <w:rFonts w:ascii="Arial" w:hAnsi="Arial"/>
        </w:rPr>
        <w:t xml:space="preserve">home care. And you know, a lot of those children aren't with Aboriginal families. On top of that, they're not even with their own families. And when you connect with </w:t>
      </w:r>
      <w:r w:rsidR="17B126D0" w:rsidRPr="00F31D39">
        <w:rPr>
          <w:rFonts w:ascii="Arial" w:hAnsi="Arial"/>
        </w:rPr>
        <w:t>I</w:t>
      </w:r>
      <w:r w:rsidRPr="00F31D39">
        <w:rPr>
          <w:rFonts w:ascii="Arial" w:hAnsi="Arial"/>
        </w:rPr>
        <w:t>ndigenous peoples from all over the world who are seeing the same numbers, the same issues in their communities, you can really see it. Okay? Well, this is a global tactic of genocide.</w:t>
      </w:r>
    </w:p>
    <w:p w14:paraId="1299C43A" w14:textId="29ADDDFE" w:rsidR="00E4262E" w:rsidRPr="00F31D39" w:rsidRDefault="00E4262E">
      <w:pPr>
        <w:spacing w:after="0"/>
      </w:pPr>
    </w:p>
    <w:p w14:paraId="4150FA02" w14:textId="35A53461" w:rsidR="758F4426" w:rsidRPr="00F31D39" w:rsidRDefault="758F4426" w:rsidP="758F4426">
      <w:pPr>
        <w:spacing w:after="0"/>
      </w:pPr>
    </w:p>
    <w:p w14:paraId="1DAED8DF"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12:30</w:t>
      </w:r>
      <w:proofErr w:type="gramEnd"/>
    </w:p>
    <w:p w14:paraId="60FBDAA8" w14:textId="69C6E4AB" w:rsidR="00E4262E" w:rsidRPr="00F31D39" w:rsidRDefault="758F4426">
      <w:pPr>
        <w:spacing w:after="0"/>
      </w:pPr>
      <w:r w:rsidRPr="00F31D39">
        <w:rPr>
          <w:rFonts w:ascii="Arial" w:hAnsi="Arial"/>
        </w:rPr>
        <w:t>This issue of children being removed from their family or placed in custody is something that concerns human rights commissioners, including Natalie Lewis, the Aboriginal and Torres Strait Islander Children's Commissioner</w:t>
      </w:r>
      <w:r w:rsidR="2E57C6C1" w:rsidRPr="00F31D39">
        <w:rPr>
          <w:rFonts w:ascii="Arial" w:hAnsi="Arial"/>
        </w:rPr>
        <w:t>.</w:t>
      </w:r>
    </w:p>
    <w:p w14:paraId="4DDBEF00" w14:textId="77777777" w:rsidR="00E4262E" w:rsidRPr="00F31D39" w:rsidRDefault="00E4262E">
      <w:pPr>
        <w:spacing w:after="0"/>
      </w:pPr>
    </w:p>
    <w:p w14:paraId="020CB2CC" w14:textId="77777777" w:rsidR="00E4262E" w:rsidRPr="00F31D39" w:rsidRDefault="00DE09B8">
      <w:pPr>
        <w:spacing w:after="0"/>
      </w:pPr>
      <w:r w:rsidRPr="00F31D39">
        <w:rPr>
          <w:rFonts w:ascii="Arial" w:hAnsi="Arial"/>
          <w:b/>
        </w:rPr>
        <w:t xml:space="preserve">Natalie </w:t>
      </w:r>
      <w:proofErr w:type="gramStart"/>
      <w:r w:rsidRPr="00F31D39">
        <w:rPr>
          <w:rFonts w:ascii="Arial" w:hAnsi="Arial"/>
          <w:b/>
        </w:rPr>
        <w:t xml:space="preserve">Lewis  </w:t>
      </w:r>
      <w:r w:rsidRPr="00F31D39">
        <w:rPr>
          <w:rFonts w:ascii="Arial" w:hAnsi="Arial"/>
          <w:color w:val="5D7284"/>
        </w:rPr>
        <w:t>12:44</w:t>
      </w:r>
      <w:proofErr w:type="gramEnd"/>
    </w:p>
    <w:p w14:paraId="0D2AE0B8" w14:textId="256C0F65" w:rsidR="00E4262E" w:rsidRPr="00F31D39" w:rsidRDefault="78E58381" w:rsidP="60288EF6">
      <w:pPr>
        <w:spacing w:after="0"/>
        <w:rPr>
          <w:rFonts w:ascii="Arial" w:hAnsi="Arial"/>
        </w:rPr>
      </w:pPr>
      <w:r w:rsidRPr="00F31D39">
        <w:rPr>
          <w:rFonts w:ascii="Arial" w:hAnsi="Arial"/>
        </w:rPr>
        <w:t>O</w:t>
      </w:r>
      <w:r w:rsidR="7D14BAB3" w:rsidRPr="00F31D39">
        <w:rPr>
          <w:rFonts w:ascii="Arial" w:hAnsi="Arial"/>
        </w:rPr>
        <w:t>ne of the biggest concerns for me right now is, you know, the children that we have in custody</w:t>
      </w:r>
      <w:r w:rsidR="0F22759F" w:rsidRPr="00F31D39">
        <w:rPr>
          <w:rFonts w:ascii="Arial" w:hAnsi="Arial"/>
        </w:rPr>
        <w:t>,</w:t>
      </w:r>
      <w:r w:rsidR="7D14BAB3" w:rsidRPr="00F31D39">
        <w:rPr>
          <w:rFonts w:ascii="Arial" w:hAnsi="Arial"/>
        </w:rPr>
        <w:t xml:space="preserve"> in watch houses across the state, children </w:t>
      </w:r>
      <w:proofErr w:type="gramStart"/>
      <w:r w:rsidR="7D14BAB3" w:rsidRPr="00F31D39">
        <w:rPr>
          <w:rFonts w:ascii="Arial" w:hAnsi="Arial"/>
        </w:rPr>
        <w:t>who the</w:t>
      </w:r>
      <w:proofErr w:type="gramEnd"/>
      <w:r w:rsidR="7D14BAB3" w:rsidRPr="00F31D39">
        <w:rPr>
          <w:rFonts w:ascii="Arial" w:hAnsi="Arial"/>
        </w:rPr>
        <w:t xml:space="preserve"> </w:t>
      </w:r>
      <w:proofErr w:type="gramStart"/>
      <w:r w:rsidR="7D14BAB3" w:rsidRPr="00F31D39">
        <w:rPr>
          <w:rFonts w:ascii="Arial" w:hAnsi="Arial"/>
        </w:rPr>
        <w:t>denial of</w:t>
      </w:r>
      <w:proofErr w:type="gramEnd"/>
      <w:r w:rsidR="7D14BAB3" w:rsidRPr="00F31D39">
        <w:rPr>
          <w:rFonts w:ascii="Arial" w:hAnsi="Arial"/>
        </w:rPr>
        <w:t xml:space="preserve"> the most basic human rights. You know, our most vulnerable children, you know, essentially being caught up in, in what has been, really, you know, a political discourse around tough on crime, around, you know, this, this sort of </w:t>
      </w:r>
      <w:proofErr w:type="spellStart"/>
      <w:r w:rsidR="7D14BAB3" w:rsidRPr="00F31D39">
        <w:rPr>
          <w:rFonts w:ascii="Arial" w:hAnsi="Arial"/>
        </w:rPr>
        <w:t>demoni</w:t>
      </w:r>
      <w:r w:rsidR="4D1E77AA" w:rsidRPr="00F31D39">
        <w:rPr>
          <w:rFonts w:ascii="Arial" w:hAnsi="Arial"/>
        </w:rPr>
        <w:t>s</w:t>
      </w:r>
      <w:r w:rsidR="7D14BAB3" w:rsidRPr="00F31D39">
        <w:rPr>
          <w:rFonts w:ascii="Arial" w:hAnsi="Arial"/>
        </w:rPr>
        <w:t>ing</w:t>
      </w:r>
      <w:proofErr w:type="spellEnd"/>
      <w:r w:rsidR="7D14BAB3" w:rsidRPr="00F31D39">
        <w:rPr>
          <w:rFonts w:ascii="Arial" w:hAnsi="Arial"/>
        </w:rPr>
        <w:t xml:space="preserve"> of children and young people as sort of the cause of, of every harm that's happening in communities, and so our inability as a system to be able to see them as rights holders and to respond to them with compassion, you know, in equal measure, has just not been part of the landscape in the last 18 months,</w:t>
      </w:r>
    </w:p>
    <w:p w14:paraId="3461D779" w14:textId="77777777" w:rsidR="00E4262E" w:rsidRPr="00F31D39" w:rsidRDefault="00E4262E">
      <w:pPr>
        <w:spacing w:after="0"/>
      </w:pPr>
    </w:p>
    <w:p w14:paraId="5B816539"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13:39</w:t>
      </w:r>
      <w:proofErr w:type="gramEnd"/>
    </w:p>
    <w:p w14:paraId="7533B1ED" w14:textId="77777777" w:rsidR="00E4262E" w:rsidRPr="00F31D39" w:rsidRDefault="00DE09B8">
      <w:pPr>
        <w:spacing w:after="0"/>
      </w:pPr>
      <w:r w:rsidRPr="00F31D39">
        <w:rPr>
          <w:rFonts w:ascii="Arial" w:hAnsi="Arial"/>
        </w:rPr>
        <w:t>Queensland Human Rights Commissioner Scott McDougall says we're going backwards.</w:t>
      </w:r>
    </w:p>
    <w:p w14:paraId="3CF2D8B6" w14:textId="77777777" w:rsidR="00E4262E" w:rsidRPr="00F31D39" w:rsidRDefault="00E4262E">
      <w:pPr>
        <w:spacing w:after="0"/>
      </w:pPr>
    </w:p>
    <w:p w14:paraId="4FD9D14D" w14:textId="1EFA23D5" w:rsidR="00E4262E" w:rsidRPr="00F31D39" w:rsidRDefault="2F3C320F" w:rsidP="7D14BAB3">
      <w:pPr>
        <w:spacing w:after="0"/>
        <w:rPr>
          <w:rFonts w:ascii="Arial" w:hAnsi="Arial"/>
          <w:color w:val="5D7284"/>
        </w:rPr>
      </w:pPr>
      <w:r w:rsidRPr="00F31D39">
        <w:rPr>
          <w:rFonts w:ascii="Arial" w:hAnsi="Arial"/>
          <w:b/>
          <w:bCs/>
        </w:rPr>
        <w:t xml:space="preserve">Scott </w:t>
      </w:r>
      <w:proofErr w:type="gramStart"/>
      <w:r w:rsidRPr="00F31D39">
        <w:rPr>
          <w:rFonts w:ascii="Arial" w:hAnsi="Arial"/>
          <w:b/>
          <w:bCs/>
        </w:rPr>
        <w:t>McDougall</w:t>
      </w:r>
      <w:r w:rsidR="7D14BAB3" w:rsidRPr="00F31D39">
        <w:rPr>
          <w:rFonts w:ascii="Arial" w:hAnsi="Arial"/>
          <w:b/>
          <w:bCs/>
        </w:rPr>
        <w:t xml:space="preserve">  </w:t>
      </w:r>
      <w:r w:rsidR="7D14BAB3" w:rsidRPr="00F31D39">
        <w:rPr>
          <w:rFonts w:ascii="Arial" w:hAnsi="Arial"/>
          <w:color w:val="5D7284"/>
        </w:rPr>
        <w:t>13:44</w:t>
      </w:r>
      <w:proofErr w:type="gramEnd"/>
    </w:p>
    <w:p w14:paraId="6EE8C5E6" w14:textId="695305B5" w:rsidR="00E4262E" w:rsidRPr="00F31D39" w:rsidRDefault="77B736F9" w:rsidP="00194019">
      <w:pPr>
        <w:spacing w:after="0"/>
        <w:rPr>
          <w:rFonts w:ascii="Arial" w:hAnsi="Arial"/>
        </w:rPr>
      </w:pPr>
      <w:r w:rsidRPr="00F31D39">
        <w:rPr>
          <w:rFonts w:ascii="Arial" w:hAnsi="Arial"/>
        </w:rPr>
        <w:t xml:space="preserve">My concerns </w:t>
      </w:r>
      <w:r w:rsidR="2894B711" w:rsidRPr="00F31D39">
        <w:rPr>
          <w:rFonts w:ascii="Arial" w:hAnsi="Arial"/>
        </w:rPr>
        <w:t xml:space="preserve">are </w:t>
      </w:r>
      <w:r w:rsidRPr="00F31D39">
        <w:rPr>
          <w:rFonts w:ascii="Arial" w:hAnsi="Arial"/>
        </w:rPr>
        <w:t>both with the status of children's rights in Queensland, we've seen them swept back more than a century, back to the days of Oliver Twist, where children are being treated by the criminal system in the same way that our criminal system treats adults. In fact, adults in watch houses currently have more rights than children in Queensland, so that's a huge concern, but, but also, it's 2025 we still do not have a formal mechanism of engagement between Queensland's First Nations and the Queensland Government. That's just</w:t>
      </w:r>
      <w:r w:rsidR="0481A588" w:rsidRPr="00F31D39">
        <w:rPr>
          <w:rFonts w:ascii="Arial" w:hAnsi="Arial"/>
        </w:rPr>
        <w:t>,</w:t>
      </w:r>
      <w:r w:rsidRPr="00F31D39">
        <w:rPr>
          <w:rFonts w:ascii="Arial" w:hAnsi="Arial"/>
        </w:rPr>
        <w:t xml:space="preserve"> not only is that unacceptable, </w:t>
      </w:r>
      <w:proofErr w:type="gramStart"/>
      <w:r w:rsidRPr="00F31D39">
        <w:rPr>
          <w:rFonts w:ascii="Arial" w:hAnsi="Arial"/>
        </w:rPr>
        <w:t>it's just</w:t>
      </w:r>
      <w:proofErr w:type="gramEnd"/>
      <w:r w:rsidRPr="00F31D39">
        <w:rPr>
          <w:rFonts w:ascii="Arial" w:hAnsi="Arial"/>
        </w:rPr>
        <w:t xml:space="preserve"> completely untenable. You cannot fix social issues without talking to the people who are most impacted by those issues, and that's Aboriginal and Torres Strait Islander families, parents that need to be engaged, and there needs to be some sort of formal mechanism to represent those voices.</w:t>
      </w:r>
    </w:p>
    <w:p w14:paraId="0FB78278" w14:textId="77777777" w:rsidR="00E4262E" w:rsidRPr="00F31D39" w:rsidRDefault="00E4262E">
      <w:pPr>
        <w:spacing w:after="0"/>
      </w:pPr>
    </w:p>
    <w:p w14:paraId="4CBBB706"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14:52</w:t>
      </w:r>
      <w:proofErr w:type="gramEnd"/>
    </w:p>
    <w:p w14:paraId="0BF71ADC" w14:textId="5A68F747" w:rsidR="00E4262E" w:rsidRPr="00F31D39" w:rsidRDefault="7D14BAB3" w:rsidP="7D14BAB3">
      <w:pPr>
        <w:spacing w:after="0"/>
        <w:rPr>
          <w:rFonts w:ascii="Arial" w:hAnsi="Arial"/>
        </w:rPr>
      </w:pPr>
      <w:r w:rsidRPr="00F31D39">
        <w:rPr>
          <w:rFonts w:ascii="Arial" w:hAnsi="Arial"/>
        </w:rPr>
        <w:t>As he connects with change makers around the world. Jerome Wano takes his inspiration from a variety of sources.</w:t>
      </w:r>
    </w:p>
    <w:p w14:paraId="1FC39945" w14:textId="77777777" w:rsidR="00E4262E" w:rsidRPr="00F31D39" w:rsidRDefault="00E4262E">
      <w:pPr>
        <w:spacing w:after="0"/>
      </w:pPr>
    </w:p>
    <w:p w14:paraId="5E841FDC" w14:textId="77777777" w:rsidR="00E4262E" w:rsidRPr="00F31D39" w:rsidRDefault="00DE09B8">
      <w:pPr>
        <w:spacing w:after="0"/>
      </w:pPr>
      <w:r w:rsidRPr="00F31D39">
        <w:rPr>
          <w:rFonts w:ascii="Arial" w:hAnsi="Arial"/>
          <w:b/>
        </w:rPr>
        <w:t xml:space="preserve">Jerome </w:t>
      </w:r>
      <w:proofErr w:type="gramStart"/>
      <w:r w:rsidRPr="00F31D39">
        <w:rPr>
          <w:rFonts w:ascii="Arial" w:hAnsi="Arial"/>
          <w:b/>
        </w:rPr>
        <w:t xml:space="preserve">Wano  </w:t>
      </w:r>
      <w:r w:rsidRPr="00F31D39">
        <w:rPr>
          <w:rFonts w:ascii="Arial" w:hAnsi="Arial"/>
          <w:color w:val="5D7284"/>
        </w:rPr>
        <w:t>15:00</w:t>
      </w:r>
      <w:proofErr w:type="gramEnd"/>
    </w:p>
    <w:p w14:paraId="2F6A01AE" w14:textId="6B27B5D5" w:rsidR="00E4262E" w:rsidRPr="00F31D39" w:rsidRDefault="0974C613" w:rsidP="1BA22646">
      <w:pPr>
        <w:spacing w:after="0"/>
        <w:rPr>
          <w:rFonts w:ascii="Arial" w:hAnsi="Arial"/>
        </w:rPr>
      </w:pPr>
      <w:proofErr w:type="gramStart"/>
      <w:r w:rsidRPr="00F31D39">
        <w:rPr>
          <w:rFonts w:ascii="Arial" w:hAnsi="Arial"/>
        </w:rPr>
        <w:t>Well</w:t>
      </w:r>
      <w:proofErr w:type="gramEnd"/>
      <w:r w:rsidRPr="00F31D39">
        <w:rPr>
          <w:rFonts w:ascii="Arial" w:hAnsi="Arial"/>
        </w:rPr>
        <w:t xml:space="preserve"> there’s </w:t>
      </w:r>
      <w:r w:rsidR="7D14BAB3" w:rsidRPr="00F31D39">
        <w:rPr>
          <w:rFonts w:ascii="Arial" w:hAnsi="Arial"/>
        </w:rPr>
        <w:t xml:space="preserve">two people that come to mind, and the first one is Lydia Thorpe, and just her strength, her ability to speak her mind, no matter who it's in front of, you can agree, you can disagree. That doesn't matter, but her ability to be as strong and as bold and as black and </w:t>
      </w:r>
      <w:proofErr w:type="gramStart"/>
      <w:r w:rsidR="7D14BAB3" w:rsidRPr="00F31D39">
        <w:rPr>
          <w:rFonts w:ascii="Arial" w:hAnsi="Arial"/>
        </w:rPr>
        <w:t>as,</w:t>
      </w:r>
      <w:proofErr w:type="gramEnd"/>
      <w:r w:rsidR="7D14BAB3" w:rsidRPr="00F31D39">
        <w:rPr>
          <w:rFonts w:ascii="Arial" w:hAnsi="Arial"/>
        </w:rPr>
        <w:t xml:space="preserve"> you know, magical as she is in any room that she walks into. </w:t>
      </w:r>
      <w:proofErr w:type="gramStart"/>
      <w:r w:rsidR="7D14BAB3" w:rsidRPr="00F31D39">
        <w:rPr>
          <w:rFonts w:ascii="Arial" w:hAnsi="Arial"/>
        </w:rPr>
        <w:t>So</w:t>
      </w:r>
      <w:proofErr w:type="gramEnd"/>
      <w:r w:rsidR="7D14BAB3" w:rsidRPr="00F31D39">
        <w:rPr>
          <w:rFonts w:ascii="Arial" w:hAnsi="Arial"/>
        </w:rPr>
        <w:t xml:space="preserve"> for me, I yeah, I draw onto that sort of, you know, the way that she moves through the world, so unapologetic in who she is. And Stan Grant is the other person that I think of. These are obviously people with profiles. I've got a lot of people in my family in that but the way Stan Grant speaks, the way that he carries himself, he's got the calmness with him, but he's still very stern, and the way that he writes as well, you know, very poetic. And </w:t>
      </w:r>
      <w:proofErr w:type="gramStart"/>
      <w:r w:rsidR="7D14BAB3" w:rsidRPr="00F31D39">
        <w:rPr>
          <w:rFonts w:ascii="Arial" w:hAnsi="Arial"/>
        </w:rPr>
        <w:t>so</w:t>
      </w:r>
      <w:proofErr w:type="gramEnd"/>
      <w:r w:rsidR="7D14BAB3" w:rsidRPr="00F31D39">
        <w:rPr>
          <w:rFonts w:ascii="Arial" w:hAnsi="Arial"/>
        </w:rPr>
        <w:t xml:space="preserve"> they're the two people that I sort of look to when I'm in these sorts of spaces. And, you know, to be bold, but to also be poetic and gentle, and, you know, trying to work in those two spaces. But then my mother and my father, the way that they've just managed life, they've got all these kids, and, you know, I can barely look after myself now, and a dog, you know, they were my age. They had all these foster kids. They had, you know, their own kids, yeah, so just the way that they've managed life, and they were able to keep us fed and loved and, you know, so for me, they're </w:t>
      </w:r>
      <w:proofErr w:type="gramStart"/>
      <w:r w:rsidR="7D14BAB3" w:rsidRPr="00F31D39">
        <w:rPr>
          <w:rFonts w:ascii="Arial" w:hAnsi="Arial"/>
        </w:rPr>
        <w:t>the they're</w:t>
      </w:r>
      <w:proofErr w:type="gramEnd"/>
      <w:r w:rsidR="7D14BAB3" w:rsidRPr="00F31D39">
        <w:rPr>
          <w:rFonts w:ascii="Arial" w:hAnsi="Arial"/>
        </w:rPr>
        <w:t xml:space="preserve"> the things that I try and carry in the work that I do. </w:t>
      </w:r>
    </w:p>
    <w:p w14:paraId="0562CB0E" w14:textId="77777777" w:rsidR="00E4262E" w:rsidRPr="00F31D39" w:rsidRDefault="00E4262E">
      <w:pPr>
        <w:spacing w:after="0"/>
      </w:pPr>
    </w:p>
    <w:p w14:paraId="06A484EA" w14:textId="77777777" w:rsidR="00E4262E" w:rsidRPr="00F31D39" w:rsidRDefault="00DE09B8">
      <w:pPr>
        <w:spacing w:after="0"/>
      </w:pPr>
      <w:r w:rsidRPr="00F31D39">
        <w:rPr>
          <w:rFonts w:ascii="Arial" w:hAnsi="Arial"/>
          <w:b/>
        </w:rPr>
        <w:lastRenderedPageBreak/>
        <w:t xml:space="preserve">Solua </w:t>
      </w:r>
      <w:proofErr w:type="gramStart"/>
      <w:r w:rsidRPr="00F31D39">
        <w:rPr>
          <w:rFonts w:ascii="Arial" w:hAnsi="Arial"/>
          <w:b/>
        </w:rPr>
        <w:t xml:space="preserve">Middleton  </w:t>
      </w:r>
      <w:r w:rsidRPr="00F31D39">
        <w:rPr>
          <w:rFonts w:ascii="Arial" w:hAnsi="Arial"/>
          <w:color w:val="5D7284"/>
        </w:rPr>
        <w:t>16:43</w:t>
      </w:r>
      <w:proofErr w:type="gramEnd"/>
    </w:p>
    <w:p w14:paraId="50B95362" w14:textId="02350EC8" w:rsidR="00E4262E" w:rsidRPr="00F31D39" w:rsidRDefault="7D14BAB3">
      <w:pPr>
        <w:spacing w:after="0"/>
      </w:pPr>
      <w:r w:rsidRPr="00F31D39">
        <w:rPr>
          <w:rFonts w:ascii="Arial" w:hAnsi="Arial"/>
        </w:rPr>
        <w:t xml:space="preserve">Aboriginal and Torres Strait Islander Social Justice Commissioner Katie </w:t>
      </w:r>
      <w:r w:rsidR="4434DAE0" w:rsidRPr="00F31D39">
        <w:rPr>
          <w:rFonts w:ascii="Arial" w:hAnsi="Arial"/>
        </w:rPr>
        <w:t>K</w:t>
      </w:r>
      <w:r w:rsidRPr="00F31D39">
        <w:rPr>
          <w:rFonts w:ascii="Arial" w:hAnsi="Arial"/>
        </w:rPr>
        <w:t xml:space="preserve">iss has also been making </w:t>
      </w:r>
      <w:r w:rsidR="7BFD69D8" w:rsidRPr="00F31D39">
        <w:rPr>
          <w:rFonts w:ascii="Arial" w:hAnsi="Arial"/>
        </w:rPr>
        <w:t>g</w:t>
      </w:r>
      <w:r w:rsidRPr="00F31D39">
        <w:rPr>
          <w:rFonts w:ascii="Arial" w:hAnsi="Arial"/>
        </w:rPr>
        <w:t xml:space="preserve">lobal </w:t>
      </w:r>
      <w:r w:rsidR="1E716908" w:rsidRPr="00F31D39">
        <w:rPr>
          <w:rFonts w:ascii="Arial" w:hAnsi="Arial"/>
        </w:rPr>
        <w:t>c</w:t>
      </w:r>
      <w:r w:rsidRPr="00F31D39">
        <w:rPr>
          <w:rFonts w:ascii="Arial" w:hAnsi="Arial"/>
        </w:rPr>
        <w:t xml:space="preserve">onnections, reiterating the international obligation to protect </w:t>
      </w:r>
      <w:r w:rsidR="5F142A95" w:rsidRPr="00F31D39">
        <w:rPr>
          <w:rFonts w:ascii="Arial" w:hAnsi="Arial"/>
        </w:rPr>
        <w:t>I</w:t>
      </w:r>
      <w:r w:rsidRPr="00F31D39">
        <w:rPr>
          <w:rFonts w:ascii="Arial" w:hAnsi="Arial"/>
        </w:rPr>
        <w:t xml:space="preserve">ndigenous people's rights. </w:t>
      </w:r>
    </w:p>
    <w:p w14:paraId="019516A0" w14:textId="2BF231B7" w:rsidR="7D14BAB3" w:rsidRPr="00F31D39" w:rsidRDefault="7D14BAB3" w:rsidP="7D14BAB3">
      <w:pPr>
        <w:spacing w:after="0"/>
        <w:rPr>
          <w:rFonts w:ascii="Arial" w:hAnsi="Arial"/>
          <w:b/>
          <w:bCs/>
        </w:rPr>
      </w:pPr>
    </w:p>
    <w:p w14:paraId="162BC836" w14:textId="4295FC0B" w:rsidR="00E4262E" w:rsidRPr="00F31D39" w:rsidRDefault="51D1F73C" w:rsidP="7D14BAB3">
      <w:pPr>
        <w:spacing w:after="0"/>
        <w:rPr>
          <w:rFonts w:ascii="Arial" w:hAnsi="Arial"/>
          <w:color w:val="5D7284"/>
        </w:rPr>
      </w:pPr>
      <w:r w:rsidRPr="00F31D39">
        <w:rPr>
          <w:rFonts w:ascii="Arial" w:hAnsi="Arial"/>
          <w:b/>
          <w:bCs/>
        </w:rPr>
        <w:t xml:space="preserve">Katie </w:t>
      </w:r>
      <w:proofErr w:type="gramStart"/>
      <w:r w:rsidRPr="00F31D39">
        <w:rPr>
          <w:rFonts w:ascii="Arial" w:hAnsi="Arial"/>
          <w:b/>
          <w:bCs/>
        </w:rPr>
        <w:t>Kiss</w:t>
      </w:r>
      <w:r w:rsidR="7D14BAB3" w:rsidRPr="00F31D39">
        <w:rPr>
          <w:rFonts w:ascii="Arial" w:hAnsi="Arial"/>
          <w:b/>
          <w:bCs/>
        </w:rPr>
        <w:t xml:space="preserve">  </w:t>
      </w:r>
      <w:r w:rsidR="7D14BAB3" w:rsidRPr="00F31D39">
        <w:rPr>
          <w:rFonts w:ascii="Arial" w:hAnsi="Arial"/>
          <w:color w:val="5D7284"/>
        </w:rPr>
        <w:t>16:57</w:t>
      </w:r>
      <w:proofErr w:type="gramEnd"/>
    </w:p>
    <w:p w14:paraId="38703356" w14:textId="1EE9DF2B" w:rsidR="00E4262E" w:rsidRPr="00F31D39" w:rsidRDefault="02364348" w:rsidP="1BA22646">
      <w:pPr>
        <w:spacing w:after="0"/>
        <w:rPr>
          <w:rFonts w:ascii="Arial" w:hAnsi="Arial"/>
        </w:rPr>
      </w:pPr>
      <w:r w:rsidRPr="00F31D39">
        <w:rPr>
          <w:rFonts w:ascii="Arial" w:hAnsi="Arial"/>
        </w:rPr>
        <w:t xml:space="preserve">I’ve </w:t>
      </w:r>
      <w:r w:rsidR="7D14BAB3" w:rsidRPr="00F31D39">
        <w:rPr>
          <w:rFonts w:ascii="Arial" w:hAnsi="Arial"/>
        </w:rPr>
        <w:t xml:space="preserve">just recently come back from New York from the United Nations Permanent Forum on Indigenous </w:t>
      </w:r>
      <w:r w:rsidR="6C72D755" w:rsidRPr="00F31D39">
        <w:rPr>
          <w:rFonts w:ascii="Arial" w:hAnsi="Arial"/>
        </w:rPr>
        <w:t>I</w:t>
      </w:r>
      <w:r w:rsidR="7D14BAB3" w:rsidRPr="00F31D39">
        <w:rPr>
          <w:rFonts w:ascii="Arial" w:hAnsi="Arial"/>
        </w:rPr>
        <w:t xml:space="preserve">ssues, and the session there was opened by the United Nations Secretary General, Antonio Guterres, and he opened the conference reminding us that </w:t>
      </w:r>
      <w:r w:rsidR="65BE6C62" w:rsidRPr="00F31D39">
        <w:rPr>
          <w:rFonts w:ascii="Arial" w:hAnsi="Arial"/>
        </w:rPr>
        <w:t>I</w:t>
      </w:r>
      <w:r w:rsidR="7D14BAB3" w:rsidRPr="00F31D39">
        <w:rPr>
          <w:rFonts w:ascii="Arial" w:hAnsi="Arial"/>
        </w:rPr>
        <w:t>ndigenous people's rights are not negotiable. They are inherent rights. They're universal, they're inalienable, and they're indivisible, and that means that we have inherent rights that cannot be moved to somebody else, and they can't be denied. He also reminded governments that they have an obligation to make sure that they're implementing the declaration without delay, and so that needs to be our starting point when we're coming to conversations with governments in Australia, not just the state government here in Queensland, but the Australian government. That needs to be the starting point about what the foundation for our rights recognition looks like. They are not negotiable, and they must be implemented without delay.</w:t>
      </w:r>
    </w:p>
    <w:p w14:paraId="62EBF3C5" w14:textId="77777777" w:rsidR="00E4262E" w:rsidRPr="00F31D39" w:rsidRDefault="00E4262E">
      <w:pPr>
        <w:spacing w:after="0"/>
      </w:pPr>
    </w:p>
    <w:p w14:paraId="3F179E9E" w14:textId="77777777" w:rsidR="00E4262E" w:rsidRPr="00F31D39" w:rsidRDefault="00DE09B8">
      <w:pPr>
        <w:spacing w:after="0"/>
      </w:pPr>
      <w:r w:rsidRPr="00F31D39">
        <w:rPr>
          <w:rFonts w:ascii="Arial" w:hAnsi="Arial"/>
          <w:b/>
        </w:rPr>
        <w:t xml:space="preserve">Aunty Gracelyn </w:t>
      </w:r>
      <w:proofErr w:type="gramStart"/>
      <w:r w:rsidRPr="00F31D39">
        <w:rPr>
          <w:rFonts w:ascii="Arial" w:hAnsi="Arial"/>
          <w:b/>
        </w:rPr>
        <w:t xml:space="preserve">Smallwood  </w:t>
      </w:r>
      <w:r w:rsidRPr="00F31D39">
        <w:rPr>
          <w:rFonts w:ascii="Arial" w:hAnsi="Arial"/>
          <w:color w:val="5D7284"/>
        </w:rPr>
        <w:t>17:59</w:t>
      </w:r>
      <w:proofErr w:type="gramEnd"/>
    </w:p>
    <w:p w14:paraId="22A84C0B" w14:textId="0CE18B41" w:rsidR="00E4262E" w:rsidRPr="00F31D39" w:rsidRDefault="00D355F8" w:rsidP="504A0ECF">
      <w:pPr>
        <w:spacing w:after="0"/>
        <w:rPr>
          <w:rFonts w:ascii="Arial" w:hAnsi="Arial"/>
        </w:rPr>
      </w:pPr>
      <w:proofErr w:type="spellStart"/>
      <w:r w:rsidRPr="00F31D39">
        <w:rPr>
          <w:rFonts w:ascii="Arial" w:hAnsi="Arial"/>
        </w:rPr>
        <w:t>Wadda</w:t>
      </w:r>
      <w:proofErr w:type="spellEnd"/>
      <w:r w:rsidR="008E140B" w:rsidRPr="00F31D39">
        <w:rPr>
          <w:rFonts w:ascii="Arial" w:hAnsi="Arial"/>
        </w:rPr>
        <w:t xml:space="preserve"> </w:t>
      </w:r>
      <w:r w:rsidRPr="00F31D39">
        <w:rPr>
          <w:rFonts w:ascii="Arial" w:hAnsi="Arial"/>
        </w:rPr>
        <w:t>m</w:t>
      </w:r>
      <w:r w:rsidR="008E140B" w:rsidRPr="00F31D39">
        <w:rPr>
          <w:rFonts w:ascii="Arial" w:hAnsi="Arial"/>
        </w:rPr>
        <w:t>ool</w:t>
      </w:r>
      <w:r w:rsidRPr="00F31D39">
        <w:rPr>
          <w:rFonts w:ascii="Arial" w:hAnsi="Arial"/>
        </w:rPr>
        <w:t>i</w:t>
      </w:r>
      <w:r w:rsidR="7D14BAB3" w:rsidRPr="00F31D39">
        <w:rPr>
          <w:rFonts w:ascii="Arial" w:hAnsi="Arial"/>
        </w:rPr>
        <w:t>. My name is Aunt</w:t>
      </w:r>
      <w:r w:rsidR="5A5C523B" w:rsidRPr="00F31D39">
        <w:rPr>
          <w:rFonts w:ascii="Arial" w:hAnsi="Arial"/>
        </w:rPr>
        <w:t>y</w:t>
      </w:r>
      <w:r w:rsidR="7D14BAB3" w:rsidRPr="00F31D39">
        <w:rPr>
          <w:rFonts w:ascii="Arial" w:hAnsi="Arial"/>
        </w:rPr>
        <w:t xml:space="preserve"> Professor Grace</w:t>
      </w:r>
      <w:r w:rsidR="48D9B176" w:rsidRPr="00F31D39">
        <w:rPr>
          <w:rFonts w:ascii="Arial" w:hAnsi="Arial"/>
        </w:rPr>
        <w:t>lyn</w:t>
      </w:r>
      <w:r w:rsidR="7D14BAB3" w:rsidRPr="00F31D39">
        <w:rPr>
          <w:rFonts w:ascii="Arial" w:hAnsi="Arial"/>
        </w:rPr>
        <w:t xml:space="preserve"> Smallwood. I was born in 1951 in Townsville, and my genealogy is B</w:t>
      </w:r>
      <w:r w:rsidR="2D629CCD" w:rsidRPr="00F31D39">
        <w:rPr>
          <w:rFonts w:ascii="Arial" w:hAnsi="Arial"/>
        </w:rPr>
        <w:t xml:space="preserve">irri </w:t>
      </w:r>
      <w:proofErr w:type="spellStart"/>
      <w:r w:rsidR="7D14BAB3" w:rsidRPr="00F31D39">
        <w:rPr>
          <w:rFonts w:ascii="Arial" w:hAnsi="Arial"/>
        </w:rPr>
        <w:t>Gubba</w:t>
      </w:r>
      <w:proofErr w:type="spellEnd"/>
      <w:r w:rsidR="7D14BAB3" w:rsidRPr="00F31D39">
        <w:rPr>
          <w:rFonts w:ascii="Arial" w:hAnsi="Arial"/>
        </w:rPr>
        <w:t xml:space="preserve"> </w:t>
      </w:r>
      <w:r w:rsidR="00CD3239" w:rsidRPr="00F31D39">
        <w:rPr>
          <w:rFonts w:ascii="Arial" w:hAnsi="Arial"/>
        </w:rPr>
        <w:t xml:space="preserve">Nation </w:t>
      </w:r>
      <w:r w:rsidR="7D14BAB3" w:rsidRPr="00F31D39">
        <w:rPr>
          <w:rFonts w:ascii="Arial" w:hAnsi="Arial"/>
        </w:rPr>
        <w:t xml:space="preserve">from up in the north, always claimed </w:t>
      </w:r>
      <w:r w:rsidR="78D98B3B" w:rsidRPr="00F31D39">
        <w:rPr>
          <w:rFonts w:ascii="Arial" w:hAnsi="Arial"/>
        </w:rPr>
        <w:t>Kalkadoon</w:t>
      </w:r>
      <w:r w:rsidR="7D14BAB3" w:rsidRPr="00F31D39">
        <w:rPr>
          <w:rFonts w:ascii="Arial" w:hAnsi="Arial"/>
        </w:rPr>
        <w:t>. It's a native title that stopped that, but my grandfather always cl</w:t>
      </w:r>
      <w:r w:rsidR="57370C9D" w:rsidRPr="00F31D39">
        <w:rPr>
          <w:rFonts w:ascii="Arial" w:hAnsi="Arial"/>
        </w:rPr>
        <w:t>aimed Kalkadoon</w:t>
      </w:r>
      <w:r w:rsidR="7D14BAB3" w:rsidRPr="00F31D39">
        <w:rPr>
          <w:rFonts w:ascii="Arial" w:hAnsi="Arial"/>
        </w:rPr>
        <w:t>.</w:t>
      </w:r>
    </w:p>
    <w:p w14:paraId="6D98A12B" w14:textId="77777777" w:rsidR="00E4262E" w:rsidRPr="00F31D39" w:rsidRDefault="00E4262E">
      <w:pPr>
        <w:spacing w:after="0"/>
      </w:pPr>
    </w:p>
    <w:p w14:paraId="26419309"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18:23</w:t>
      </w:r>
      <w:proofErr w:type="gramEnd"/>
    </w:p>
    <w:p w14:paraId="6018298C" w14:textId="0993B35D" w:rsidR="00E4262E" w:rsidRPr="00F31D39" w:rsidRDefault="7D14BAB3">
      <w:pPr>
        <w:spacing w:after="0"/>
      </w:pPr>
      <w:r w:rsidRPr="00F31D39">
        <w:rPr>
          <w:rFonts w:ascii="Arial" w:hAnsi="Arial"/>
        </w:rPr>
        <w:t xml:space="preserve">Aunty </w:t>
      </w:r>
      <w:r w:rsidR="1C9C0CA2" w:rsidRPr="00F31D39">
        <w:rPr>
          <w:rFonts w:ascii="Arial" w:hAnsi="Arial"/>
        </w:rPr>
        <w:t>G</w:t>
      </w:r>
      <w:r w:rsidRPr="00F31D39">
        <w:rPr>
          <w:rFonts w:ascii="Arial" w:hAnsi="Arial"/>
        </w:rPr>
        <w:t>racelyn Smallwood became politically active at a young age, triggered by her own family's experience of separation and trauma.</w:t>
      </w:r>
    </w:p>
    <w:p w14:paraId="2946DB82" w14:textId="77777777" w:rsidR="00E4262E" w:rsidRPr="00F31D39" w:rsidRDefault="00E4262E">
      <w:pPr>
        <w:spacing w:after="0"/>
      </w:pPr>
    </w:p>
    <w:p w14:paraId="0F9D53BB" w14:textId="77777777" w:rsidR="00E4262E" w:rsidRPr="00F31D39" w:rsidRDefault="00DE09B8">
      <w:pPr>
        <w:spacing w:after="0"/>
      </w:pPr>
      <w:r w:rsidRPr="00F31D39">
        <w:rPr>
          <w:rFonts w:ascii="Arial" w:hAnsi="Arial"/>
          <w:b/>
        </w:rPr>
        <w:t xml:space="preserve">Aunty Gracelyn </w:t>
      </w:r>
      <w:proofErr w:type="gramStart"/>
      <w:r w:rsidRPr="00F31D39">
        <w:rPr>
          <w:rFonts w:ascii="Arial" w:hAnsi="Arial"/>
          <w:b/>
        </w:rPr>
        <w:t xml:space="preserve">Smallwood  </w:t>
      </w:r>
      <w:r w:rsidRPr="00F31D39">
        <w:rPr>
          <w:rFonts w:ascii="Arial" w:hAnsi="Arial"/>
          <w:color w:val="5D7284"/>
        </w:rPr>
        <w:t>18:31</w:t>
      </w:r>
      <w:proofErr w:type="gramEnd"/>
    </w:p>
    <w:p w14:paraId="2803CDBE" w14:textId="65D71EEE" w:rsidR="00E4262E" w:rsidRPr="00F31D39" w:rsidRDefault="4AD62771" w:rsidP="642D2AB1">
      <w:pPr>
        <w:spacing w:after="0"/>
        <w:rPr>
          <w:rFonts w:ascii="Arial" w:hAnsi="Arial"/>
        </w:rPr>
      </w:pPr>
      <w:r w:rsidRPr="00F31D39">
        <w:rPr>
          <w:rFonts w:ascii="Arial" w:hAnsi="Arial"/>
        </w:rPr>
        <w:t xml:space="preserve">My dad was taken away as a little boy at the age of three, and his brothers and sisters were dark skin, and he was fair. They were taken from their homelands of the </w:t>
      </w:r>
      <w:r w:rsidR="47E40508" w:rsidRPr="00F31D39">
        <w:rPr>
          <w:rFonts w:ascii="Arial" w:hAnsi="Arial"/>
        </w:rPr>
        <w:t xml:space="preserve">Burdekin </w:t>
      </w:r>
      <w:r w:rsidRPr="00F31D39">
        <w:rPr>
          <w:rFonts w:ascii="Arial" w:hAnsi="Arial"/>
        </w:rPr>
        <w:t xml:space="preserve">and sent to the infamous Palm Island. And when he turned 17 or 18 in </w:t>
      </w:r>
      <w:proofErr w:type="gramStart"/>
      <w:r w:rsidRPr="00F31D39">
        <w:rPr>
          <w:rFonts w:ascii="Arial" w:hAnsi="Arial"/>
        </w:rPr>
        <w:t>1947</w:t>
      </w:r>
      <w:proofErr w:type="gramEnd"/>
      <w:r w:rsidRPr="00F31D39">
        <w:rPr>
          <w:rFonts w:ascii="Arial" w:hAnsi="Arial"/>
        </w:rPr>
        <w:t xml:space="preserve"> he became exempt from the Protection Act, and that's the Aboriginal Protection Act, which the South African apart</w:t>
      </w:r>
      <w:r w:rsidR="451521C6" w:rsidRPr="00F31D39">
        <w:rPr>
          <w:rFonts w:ascii="Arial" w:hAnsi="Arial"/>
        </w:rPr>
        <w:t>heid</w:t>
      </w:r>
      <w:r w:rsidRPr="00F31D39">
        <w:rPr>
          <w:rFonts w:ascii="Arial" w:hAnsi="Arial"/>
        </w:rPr>
        <w:t xml:space="preserve"> was basically modeled on and it was very cruel how our people were treated, not just on Palm Island, but all the missions. My grandparents were fringe dwellers after my Poppy came back from the war, and Aboriginal </w:t>
      </w:r>
      <w:r w:rsidR="3B6DAEF6" w:rsidRPr="00F31D39">
        <w:rPr>
          <w:rFonts w:ascii="Arial" w:hAnsi="Arial"/>
        </w:rPr>
        <w:t xml:space="preserve">and </w:t>
      </w:r>
      <w:r w:rsidRPr="00F31D39">
        <w:rPr>
          <w:rFonts w:ascii="Arial" w:hAnsi="Arial"/>
        </w:rPr>
        <w:t>Island</w:t>
      </w:r>
      <w:r w:rsidR="4A04039C" w:rsidRPr="00F31D39">
        <w:rPr>
          <w:rFonts w:ascii="Arial" w:hAnsi="Arial"/>
        </w:rPr>
        <w:t>er</w:t>
      </w:r>
      <w:r w:rsidRPr="00F31D39">
        <w:rPr>
          <w:rFonts w:ascii="Arial" w:hAnsi="Arial"/>
        </w:rPr>
        <w:t xml:space="preserve"> vets were not counted as citizens, and so they weren't allowed to have a drink of beer in the RSL with their white colleagues, and they weren't allowed to be given a tract of Aboriginal land, which all the servicemen in Australia were given once they came home from World War One and </w:t>
      </w:r>
      <w:r w:rsidR="4E6E670A" w:rsidRPr="00F31D39">
        <w:rPr>
          <w:rFonts w:ascii="Arial" w:hAnsi="Arial"/>
        </w:rPr>
        <w:t>T</w:t>
      </w:r>
      <w:r w:rsidRPr="00F31D39">
        <w:rPr>
          <w:rFonts w:ascii="Arial" w:hAnsi="Arial"/>
        </w:rPr>
        <w:t xml:space="preserve">wo. And </w:t>
      </w:r>
      <w:proofErr w:type="gramStart"/>
      <w:r w:rsidRPr="00F31D39">
        <w:rPr>
          <w:rFonts w:ascii="Arial" w:hAnsi="Arial"/>
        </w:rPr>
        <w:t>so</w:t>
      </w:r>
      <w:proofErr w:type="gramEnd"/>
      <w:r w:rsidRPr="00F31D39">
        <w:rPr>
          <w:rFonts w:ascii="Arial" w:hAnsi="Arial"/>
        </w:rPr>
        <w:t xml:space="preserve"> I knew a lot </w:t>
      </w:r>
      <w:proofErr w:type="gramStart"/>
      <w:r w:rsidRPr="00F31D39">
        <w:rPr>
          <w:rFonts w:ascii="Arial" w:hAnsi="Arial"/>
        </w:rPr>
        <w:t>of</w:t>
      </w:r>
      <w:proofErr w:type="gramEnd"/>
      <w:r w:rsidRPr="00F31D39">
        <w:rPr>
          <w:rFonts w:ascii="Arial" w:hAnsi="Arial"/>
        </w:rPr>
        <w:t xml:space="preserve"> this history, because I was a bit of a busy body, and we all lived together, and I'd asked why we were living in like in this community. </w:t>
      </w:r>
      <w:proofErr w:type="gramStart"/>
      <w:r w:rsidRPr="00F31D39">
        <w:rPr>
          <w:rFonts w:ascii="Arial" w:hAnsi="Arial"/>
        </w:rPr>
        <w:t>So</w:t>
      </w:r>
      <w:proofErr w:type="gramEnd"/>
      <w:r w:rsidRPr="00F31D39">
        <w:rPr>
          <w:rFonts w:ascii="Arial" w:hAnsi="Arial"/>
        </w:rPr>
        <w:t xml:space="preserve"> my human rights activism started probably when I was about six years of age, because I was always sitting around the </w:t>
      </w:r>
      <w:proofErr w:type="gramStart"/>
      <w:r w:rsidRPr="00F31D39">
        <w:rPr>
          <w:rFonts w:ascii="Arial" w:hAnsi="Arial"/>
        </w:rPr>
        <w:t>elders</w:t>
      </w:r>
      <w:proofErr w:type="gramEnd"/>
      <w:r w:rsidRPr="00F31D39">
        <w:rPr>
          <w:rFonts w:ascii="Arial" w:hAnsi="Arial"/>
        </w:rPr>
        <w:t xml:space="preserve"> and </w:t>
      </w:r>
      <w:r w:rsidR="2BA5D3A0" w:rsidRPr="00F31D39">
        <w:rPr>
          <w:rFonts w:ascii="Arial" w:hAnsi="Arial"/>
        </w:rPr>
        <w:t>l</w:t>
      </w:r>
      <w:r w:rsidRPr="00F31D39">
        <w:rPr>
          <w:rFonts w:ascii="Arial" w:hAnsi="Arial"/>
        </w:rPr>
        <w:t>istening to their horrendous stories of trauma</w:t>
      </w:r>
      <w:r w:rsidR="4745B46F" w:rsidRPr="00F31D39">
        <w:rPr>
          <w:rFonts w:ascii="Arial" w:hAnsi="Arial"/>
        </w:rPr>
        <w:t>.</w:t>
      </w:r>
      <w:r w:rsidRPr="00F31D39">
        <w:rPr>
          <w:rFonts w:ascii="Arial" w:hAnsi="Arial"/>
        </w:rPr>
        <w:t xml:space="preserve"> </w:t>
      </w:r>
      <w:r w:rsidR="522814C2" w:rsidRPr="00F31D39">
        <w:rPr>
          <w:rFonts w:ascii="Arial" w:hAnsi="Arial"/>
        </w:rPr>
        <w:t>A</w:t>
      </w:r>
      <w:r w:rsidRPr="00F31D39">
        <w:rPr>
          <w:rFonts w:ascii="Arial" w:hAnsi="Arial"/>
        </w:rPr>
        <w:t>nd their stories were the same</w:t>
      </w:r>
      <w:r w:rsidR="3F6F0021" w:rsidRPr="00F31D39">
        <w:rPr>
          <w:rFonts w:ascii="Arial" w:hAnsi="Arial"/>
        </w:rPr>
        <w:t>,</w:t>
      </w:r>
      <w:r w:rsidRPr="00F31D39">
        <w:rPr>
          <w:rFonts w:ascii="Arial" w:hAnsi="Arial"/>
        </w:rPr>
        <w:t xml:space="preserve"> in terms of the violence on them</w:t>
      </w:r>
      <w:r w:rsidR="614E776E" w:rsidRPr="00F31D39">
        <w:rPr>
          <w:rFonts w:ascii="Arial" w:hAnsi="Arial"/>
        </w:rPr>
        <w:t>,</w:t>
      </w:r>
      <w:r w:rsidRPr="00F31D39">
        <w:rPr>
          <w:rFonts w:ascii="Arial" w:hAnsi="Arial"/>
        </w:rPr>
        <w:t xml:space="preserve"> </w:t>
      </w:r>
      <w:r w:rsidR="644320DD" w:rsidRPr="00F31D39">
        <w:rPr>
          <w:rFonts w:ascii="Arial" w:hAnsi="Arial"/>
        </w:rPr>
        <w:t>a</w:t>
      </w:r>
      <w:r w:rsidRPr="00F31D39">
        <w:rPr>
          <w:rFonts w:ascii="Arial" w:hAnsi="Arial"/>
        </w:rPr>
        <w:t xml:space="preserve">s little children removed from their loving families, they didn't know what it was like to be cuddled by mum or dad. They were very young and used as slaves on the missions. </w:t>
      </w:r>
      <w:proofErr w:type="gramStart"/>
      <w:r w:rsidRPr="00F31D39">
        <w:rPr>
          <w:rFonts w:ascii="Arial" w:hAnsi="Arial"/>
        </w:rPr>
        <w:t>So</w:t>
      </w:r>
      <w:proofErr w:type="gramEnd"/>
      <w:r w:rsidRPr="00F31D39">
        <w:rPr>
          <w:rFonts w:ascii="Arial" w:hAnsi="Arial"/>
        </w:rPr>
        <w:t xml:space="preserve"> I knew that story, and I became very outspoken, involved in a lot of </w:t>
      </w:r>
      <w:proofErr w:type="gramStart"/>
      <w:r w:rsidRPr="00F31D39">
        <w:rPr>
          <w:rFonts w:ascii="Arial" w:hAnsi="Arial"/>
        </w:rPr>
        <w:t>the human</w:t>
      </w:r>
      <w:proofErr w:type="gramEnd"/>
      <w:r w:rsidRPr="00F31D39">
        <w:rPr>
          <w:rFonts w:ascii="Arial" w:hAnsi="Arial"/>
        </w:rPr>
        <w:t xml:space="preserve"> rights marches. And I noticed that after I did my nursing in 1968 after the referendum, that we won</w:t>
      </w:r>
      <w:r w:rsidR="0A138CF6" w:rsidRPr="00F31D39">
        <w:rPr>
          <w:rFonts w:ascii="Arial" w:hAnsi="Arial"/>
        </w:rPr>
        <w:t>,</w:t>
      </w:r>
      <w:r w:rsidRPr="00F31D39">
        <w:rPr>
          <w:rFonts w:ascii="Arial" w:hAnsi="Arial"/>
        </w:rPr>
        <w:t xml:space="preserve"> Townsville and Toowoomba didn't vote for us. </w:t>
      </w:r>
      <w:proofErr w:type="gramStart"/>
      <w:r w:rsidRPr="00F31D39">
        <w:rPr>
          <w:rFonts w:ascii="Arial" w:hAnsi="Arial"/>
        </w:rPr>
        <w:t>So</w:t>
      </w:r>
      <w:proofErr w:type="gramEnd"/>
      <w:r w:rsidRPr="00F31D39">
        <w:rPr>
          <w:rFonts w:ascii="Arial" w:hAnsi="Arial"/>
        </w:rPr>
        <w:t xml:space="preserve"> we've still got it very tough in this country. And I became a midwife as well. Did a diploma in mental health, and it was </w:t>
      </w:r>
      <w:r w:rsidR="69B0AE1C" w:rsidRPr="00F31D39">
        <w:rPr>
          <w:rFonts w:ascii="Arial" w:hAnsi="Arial"/>
        </w:rPr>
        <w:t>I</w:t>
      </w:r>
      <w:r w:rsidRPr="00F31D39">
        <w:rPr>
          <w:rFonts w:ascii="Arial" w:hAnsi="Arial"/>
        </w:rPr>
        <w:t xml:space="preserve">ndigenous mental </w:t>
      </w:r>
      <w:r w:rsidRPr="00F31D39">
        <w:rPr>
          <w:rFonts w:ascii="Arial" w:hAnsi="Arial"/>
        </w:rPr>
        <w:lastRenderedPageBreak/>
        <w:t xml:space="preserve">health, and I got so much out of that diploma because the other courses started to </w:t>
      </w:r>
      <w:proofErr w:type="spellStart"/>
      <w:r w:rsidRPr="00F31D39">
        <w:rPr>
          <w:rFonts w:ascii="Arial" w:hAnsi="Arial"/>
        </w:rPr>
        <w:t>coloni</w:t>
      </w:r>
      <w:r w:rsidR="55C17387" w:rsidRPr="00F31D39">
        <w:rPr>
          <w:rFonts w:ascii="Arial" w:hAnsi="Arial"/>
        </w:rPr>
        <w:t>s</w:t>
      </w:r>
      <w:r w:rsidRPr="00F31D39">
        <w:rPr>
          <w:rFonts w:ascii="Arial" w:hAnsi="Arial"/>
        </w:rPr>
        <w:t>e</w:t>
      </w:r>
      <w:proofErr w:type="spellEnd"/>
      <w:r w:rsidRPr="00F31D39">
        <w:rPr>
          <w:rFonts w:ascii="Arial" w:hAnsi="Arial"/>
        </w:rPr>
        <w:t xml:space="preserve"> my mind, because you weren't allowed to be outspoken. And as my mum said, you know, if you want to </w:t>
      </w:r>
      <w:proofErr w:type="gramStart"/>
      <w:r w:rsidRPr="00F31D39">
        <w:rPr>
          <w:rFonts w:ascii="Arial" w:hAnsi="Arial"/>
        </w:rPr>
        <w:t>get out of,</w:t>
      </w:r>
      <w:proofErr w:type="gramEnd"/>
      <w:r w:rsidRPr="00F31D39">
        <w:rPr>
          <w:rFonts w:ascii="Arial" w:hAnsi="Arial"/>
        </w:rPr>
        <w:t xml:space="preserve"> out of your poverty, you never forget your culture and your politics, but you must get a Western education, because that's the only way you're going to get out of this, this, this poverty. And I took notice I had my mum was a tough disciplinarian. I was one of 19 children. Mum didn't have 19, she had 14. So it was inevitable that I became a midwife, because when the women went into labor, the young girls had to help with, with, with the deliveries, not so much the deliveries</w:t>
      </w:r>
      <w:r w:rsidR="534A67D6" w:rsidRPr="00F31D39">
        <w:rPr>
          <w:rFonts w:ascii="Arial" w:hAnsi="Arial"/>
        </w:rPr>
        <w:t>,</w:t>
      </w:r>
      <w:r w:rsidRPr="00F31D39">
        <w:rPr>
          <w:rFonts w:ascii="Arial" w:hAnsi="Arial"/>
        </w:rPr>
        <w:t xml:space="preserve"> </w:t>
      </w:r>
      <w:r w:rsidR="13F0B0E9" w:rsidRPr="00F31D39">
        <w:rPr>
          <w:rFonts w:ascii="Arial" w:hAnsi="Arial"/>
        </w:rPr>
        <w:t>w</w:t>
      </w:r>
      <w:r w:rsidRPr="00F31D39">
        <w:rPr>
          <w:rFonts w:ascii="Arial" w:hAnsi="Arial"/>
        </w:rPr>
        <w:t xml:space="preserve">hen </w:t>
      </w:r>
      <w:r w:rsidR="34A1CD9E" w:rsidRPr="00F31D39">
        <w:rPr>
          <w:rFonts w:ascii="Arial" w:hAnsi="Arial"/>
        </w:rPr>
        <w:t>b</w:t>
      </w:r>
      <w:r w:rsidRPr="00F31D39">
        <w:rPr>
          <w:rFonts w:ascii="Arial" w:hAnsi="Arial"/>
        </w:rPr>
        <w:t xml:space="preserve">ubbas were nearly born, they then would walk to the hospital, which brought </w:t>
      </w:r>
      <w:r w:rsidR="1208AF72" w:rsidRPr="00F31D39">
        <w:rPr>
          <w:rFonts w:ascii="Arial" w:hAnsi="Arial"/>
        </w:rPr>
        <w:t>b</w:t>
      </w:r>
      <w:r w:rsidRPr="00F31D39">
        <w:rPr>
          <w:rFonts w:ascii="Arial" w:hAnsi="Arial"/>
        </w:rPr>
        <w:t xml:space="preserve">ubba down easily, and then, because they didn't want to have that real traumatic situation of long labor, because our people of </w:t>
      </w:r>
      <w:proofErr w:type="spellStart"/>
      <w:r w:rsidRPr="00F31D39">
        <w:rPr>
          <w:rFonts w:ascii="Arial" w:hAnsi="Arial"/>
        </w:rPr>
        <w:t>colo</w:t>
      </w:r>
      <w:r w:rsidR="12DD9989" w:rsidRPr="00F31D39">
        <w:rPr>
          <w:rFonts w:ascii="Arial" w:hAnsi="Arial"/>
        </w:rPr>
        <w:t>u</w:t>
      </w:r>
      <w:r w:rsidRPr="00F31D39">
        <w:rPr>
          <w:rFonts w:ascii="Arial" w:hAnsi="Arial"/>
        </w:rPr>
        <w:t>r</w:t>
      </w:r>
      <w:proofErr w:type="spellEnd"/>
      <w:r w:rsidRPr="00F31D39">
        <w:rPr>
          <w:rFonts w:ascii="Arial" w:hAnsi="Arial"/>
        </w:rPr>
        <w:t xml:space="preserve"> were never treated equally like their white counterparts. And then once the babies were born, they were removed from the </w:t>
      </w:r>
      <w:r w:rsidR="322A336A" w:rsidRPr="00F31D39">
        <w:rPr>
          <w:rFonts w:ascii="Arial" w:hAnsi="Arial"/>
        </w:rPr>
        <w:t>I</w:t>
      </w:r>
      <w:r w:rsidRPr="00F31D39">
        <w:rPr>
          <w:rFonts w:ascii="Arial" w:hAnsi="Arial"/>
        </w:rPr>
        <w:t xml:space="preserve">ndigenous mums, and after they fed them, and they were put in a nursery, and then they were made to sleep on the </w:t>
      </w:r>
      <w:r w:rsidR="276573F6" w:rsidRPr="00F31D39">
        <w:rPr>
          <w:rFonts w:ascii="Arial" w:hAnsi="Arial"/>
        </w:rPr>
        <w:t>verandahs</w:t>
      </w:r>
      <w:r w:rsidRPr="00F31D39">
        <w:rPr>
          <w:rFonts w:ascii="Arial" w:hAnsi="Arial"/>
        </w:rPr>
        <w:t xml:space="preserve"> even if it was rain, hail or snow. And the mothers </w:t>
      </w:r>
      <w:proofErr w:type="gramStart"/>
      <w:r w:rsidRPr="00F31D39">
        <w:rPr>
          <w:rFonts w:ascii="Arial" w:hAnsi="Arial"/>
        </w:rPr>
        <w:t>had they</w:t>
      </w:r>
      <w:proofErr w:type="gramEnd"/>
      <w:r w:rsidRPr="00F31D39">
        <w:rPr>
          <w:rFonts w:ascii="Arial" w:hAnsi="Arial"/>
        </w:rPr>
        <w:t xml:space="preserve"> never bonded with their little </w:t>
      </w:r>
      <w:r w:rsidR="4D83FB69" w:rsidRPr="00F31D39">
        <w:rPr>
          <w:rFonts w:ascii="Arial" w:hAnsi="Arial"/>
        </w:rPr>
        <w:t>bubbas</w:t>
      </w:r>
      <w:r w:rsidRPr="00F31D39">
        <w:rPr>
          <w:rFonts w:ascii="Arial" w:hAnsi="Arial"/>
        </w:rPr>
        <w:t xml:space="preserve">, </w:t>
      </w:r>
      <w:proofErr w:type="gramStart"/>
      <w:r w:rsidRPr="00F31D39">
        <w:rPr>
          <w:rFonts w:ascii="Arial" w:hAnsi="Arial"/>
        </w:rPr>
        <w:t>and</w:t>
      </w:r>
      <w:proofErr w:type="gramEnd"/>
      <w:r w:rsidRPr="00F31D39">
        <w:rPr>
          <w:rFonts w:ascii="Arial" w:hAnsi="Arial"/>
        </w:rPr>
        <w:t xml:space="preserve"> was tough times, and that was happening when I started my midwifery in 1972 and I graduated, but I heard all the terrible stories about the treatment of our people.</w:t>
      </w:r>
    </w:p>
    <w:p w14:paraId="5997CC1D" w14:textId="77777777" w:rsidR="00E4262E" w:rsidRPr="00F31D39" w:rsidRDefault="00E4262E">
      <w:pPr>
        <w:spacing w:after="0"/>
      </w:pPr>
    </w:p>
    <w:p w14:paraId="584C62B9" w14:textId="77777777" w:rsidR="00E4262E" w:rsidRPr="00F31D39" w:rsidRDefault="00DE09B8">
      <w:pPr>
        <w:spacing w:after="0"/>
      </w:pPr>
      <w:r w:rsidRPr="00F31D39">
        <w:rPr>
          <w:rFonts w:ascii="Arial" w:hAnsi="Arial"/>
          <w:b/>
        </w:rPr>
        <w:t xml:space="preserve">Mundanara </w:t>
      </w:r>
      <w:proofErr w:type="gramStart"/>
      <w:r w:rsidRPr="00F31D39">
        <w:rPr>
          <w:rFonts w:ascii="Arial" w:hAnsi="Arial"/>
          <w:b/>
        </w:rPr>
        <w:t xml:space="preserve">Bayles  </w:t>
      </w:r>
      <w:r w:rsidRPr="00F31D39">
        <w:rPr>
          <w:rFonts w:ascii="Arial" w:hAnsi="Arial"/>
          <w:color w:val="5D7284"/>
        </w:rPr>
        <w:t>23:02</w:t>
      </w:r>
      <w:proofErr w:type="gramEnd"/>
    </w:p>
    <w:p w14:paraId="01716645" w14:textId="5A67C909" w:rsidR="00E4262E" w:rsidRPr="00F31D39" w:rsidRDefault="584E3CB2">
      <w:pPr>
        <w:spacing w:after="0"/>
      </w:pPr>
      <w:proofErr w:type="gramStart"/>
      <w:r w:rsidRPr="00F31D39">
        <w:rPr>
          <w:rFonts w:ascii="Arial" w:hAnsi="Arial"/>
        </w:rPr>
        <w:t>So</w:t>
      </w:r>
      <w:proofErr w:type="gramEnd"/>
      <w:r w:rsidRPr="00F31D39">
        <w:rPr>
          <w:rFonts w:ascii="Arial" w:hAnsi="Arial"/>
        </w:rPr>
        <w:t xml:space="preserve"> I would say that there's more racism. We're talking about identity a lot at home. We're talking about the fact that they're not using their Murr</w:t>
      </w:r>
      <w:r w:rsidR="1D6517B1" w:rsidRPr="00F31D39">
        <w:rPr>
          <w:rFonts w:ascii="Arial" w:hAnsi="Arial"/>
        </w:rPr>
        <w:t xml:space="preserve">i </w:t>
      </w:r>
      <w:r w:rsidRPr="00F31D39">
        <w:rPr>
          <w:rFonts w:ascii="Arial" w:hAnsi="Arial"/>
        </w:rPr>
        <w:t>words, that they're using words like, hey, that's an Aboriginal man, or that's an Aboriginal flag. And I'm like, we don't use the term Aboriginal at home.</w:t>
      </w:r>
    </w:p>
    <w:p w14:paraId="110FFD37" w14:textId="77777777" w:rsidR="00E4262E" w:rsidRPr="00F31D39" w:rsidRDefault="00E4262E">
      <w:pPr>
        <w:spacing w:after="0"/>
      </w:pPr>
    </w:p>
    <w:p w14:paraId="3AE3FC65" w14:textId="77777777" w:rsidR="00E4262E" w:rsidRPr="00F31D39" w:rsidRDefault="00DE09B8">
      <w:pPr>
        <w:spacing w:after="0"/>
      </w:pPr>
      <w:r w:rsidRPr="00F31D39">
        <w:rPr>
          <w:rFonts w:ascii="Arial" w:hAnsi="Arial"/>
          <w:b/>
        </w:rPr>
        <w:t xml:space="preserve">Vonda </w:t>
      </w:r>
      <w:proofErr w:type="gramStart"/>
      <w:r w:rsidRPr="00F31D39">
        <w:rPr>
          <w:rFonts w:ascii="Arial" w:hAnsi="Arial"/>
          <w:b/>
        </w:rPr>
        <w:t xml:space="preserve">Malone  </w:t>
      </w:r>
      <w:r w:rsidRPr="00F31D39">
        <w:rPr>
          <w:rFonts w:ascii="Arial" w:hAnsi="Arial"/>
          <w:color w:val="5D7284"/>
        </w:rPr>
        <w:t>23:18</w:t>
      </w:r>
      <w:proofErr w:type="gramEnd"/>
    </w:p>
    <w:p w14:paraId="074A3EBB" w14:textId="73C8322E" w:rsidR="00E4262E" w:rsidRPr="00F31D39" w:rsidRDefault="5D965151">
      <w:pPr>
        <w:spacing w:after="0"/>
      </w:pPr>
      <w:r w:rsidRPr="00F31D39">
        <w:rPr>
          <w:rFonts w:ascii="Arial" w:hAnsi="Arial"/>
        </w:rPr>
        <w:t>I feel that the policies are not keeping up differently with what the realities are on the ground, and unfortunately in far north Queensland, it's about closing the gap in life expectancy, our health inequities, our access to that, the discrimination that happens in those institutions</w:t>
      </w:r>
      <w:r w:rsidR="53A11200" w:rsidRPr="00F31D39">
        <w:rPr>
          <w:rFonts w:ascii="Arial" w:hAnsi="Arial"/>
        </w:rPr>
        <w:t>.</w:t>
      </w:r>
    </w:p>
    <w:p w14:paraId="6B699379" w14:textId="77777777" w:rsidR="00E4262E" w:rsidRPr="00F31D39" w:rsidRDefault="00E4262E">
      <w:pPr>
        <w:spacing w:after="0"/>
      </w:pPr>
    </w:p>
    <w:p w14:paraId="46B3A3DC" w14:textId="1C41BB2D" w:rsidR="00E4262E" w:rsidRPr="00F31D39" w:rsidRDefault="2CF89A88" w:rsidP="7D14BAB3">
      <w:pPr>
        <w:spacing w:after="0"/>
        <w:rPr>
          <w:rFonts w:ascii="Arial" w:hAnsi="Arial"/>
          <w:color w:val="5D7284"/>
        </w:rPr>
      </w:pPr>
      <w:r w:rsidRPr="00F31D39">
        <w:rPr>
          <w:rFonts w:ascii="Arial" w:hAnsi="Arial"/>
          <w:b/>
          <w:bCs/>
        </w:rPr>
        <w:t xml:space="preserve">Michelle </w:t>
      </w:r>
      <w:proofErr w:type="spellStart"/>
      <w:proofErr w:type="gramStart"/>
      <w:r w:rsidRPr="00F31D39">
        <w:rPr>
          <w:rFonts w:ascii="Arial" w:hAnsi="Arial"/>
          <w:b/>
          <w:bCs/>
        </w:rPr>
        <w:t>Deshong</w:t>
      </w:r>
      <w:proofErr w:type="spellEnd"/>
      <w:r w:rsidR="7D14BAB3" w:rsidRPr="00F31D39">
        <w:rPr>
          <w:rFonts w:ascii="Arial" w:hAnsi="Arial"/>
          <w:b/>
          <w:bCs/>
        </w:rPr>
        <w:t xml:space="preserve">  </w:t>
      </w:r>
      <w:r w:rsidR="7D14BAB3" w:rsidRPr="00F31D39">
        <w:rPr>
          <w:rFonts w:ascii="Arial" w:hAnsi="Arial"/>
          <w:color w:val="5D7284"/>
        </w:rPr>
        <w:t>23:38</w:t>
      </w:r>
      <w:proofErr w:type="gramEnd"/>
    </w:p>
    <w:p w14:paraId="24DBC373" w14:textId="48A86F32" w:rsidR="00E4262E" w:rsidRPr="00F31D39" w:rsidRDefault="7D14BAB3" w:rsidP="5D965151">
      <w:pPr>
        <w:spacing w:after="0"/>
        <w:rPr>
          <w:rFonts w:ascii="Arial" w:hAnsi="Arial"/>
        </w:rPr>
      </w:pPr>
      <w:r w:rsidRPr="00F31D39">
        <w:rPr>
          <w:rFonts w:ascii="Arial" w:hAnsi="Arial"/>
        </w:rPr>
        <w:t xml:space="preserve">I think fundamentally, we </w:t>
      </w:r>
      <w:proofErr w:type="spellStart"/>
      <w:r w:rsidRPr="00F31D39">
        <w:rPr>
          <w:rFonts w:ascii="Arial" w:hAnsi="Arial"/>
        </w:rPr>
        <w:t>under</w:t>
      </w:r>
      <w:r w:rsidR="78AAFAD5" w:rsidRPr="00F31D39">
        <w:rPr>
          <w:rFonts w:ascii="Arial" w:hAnsi="Arial"/>
        </w:rPr>
        <w:t>-</w:t>
      </w:r>
      <w:r w:rsidRPr="00F31D39">
        <w:rPr>
          <w:rFonts w:ascii="Arial" w:hAnsi="Arial"/>
        </w:rPr>
        <w:t>utili</w:t>
      </w:r>
      <w:r w:rsidR="626E141B" w:rsidRPr="00F31D39">
        <w:rPr>
          <w:rFonts w:ascii="Arial" w:hAnsi="Arial"/>
        </w:rPr>
        <w:t>s</w:t>
      </w:r>
      <w:r w:rsidRPr="00F31D39">
        <w:rPr>
          <w:rFonts w:ascii="Arial" w:hAnsi="Arial"/>
        </w:rPr>
        <w:t>e</w:t>
      </w:r>
      <w:proofErr w:type="spellEnd"/>
      <w:r w:rsidRPr="00F31D39">
        <w:rPr>
          <w:rFonts w:ascii="Arial" w:hAnsi="Arial"/>
        </w:rPr>
        <w:t xml:space="preserve"> mechanisms within the human rights framework. So, you know, we know that we all talk about UNDRIP, and I remember years ago, people used to say it's only as powerful as the moments that you use it. And often, you know, </w:t>
      </w:r>
      <w:proofErr w:type="gramStart"/>
      <w:r w:rsidRPr="00F31D39">
        <w:rPr>
          <w:rFonts w:ascii="Arial" w:hAnsi="Arial"/>
        </w:rPr>
        <w:t>can</w:t>
      </w:r>
      <w:proofErr w:type="gramEnd"/>
      <w:r w:rsidRPr="00F31D39">
        <w:rPr>
          <w:rFonts w:ascii="Arial" w:hAnsi="Arial"/>
        </w:rPr>
        <w:t xml:space="preserve"> kind of go on the shelf. And I think that what's happening for us as a community and as a nation at the moment is that we need to </w:t>
      </w:r>
      <w:proofErr w:type="spellStart"/>
      <w:r w:rsidRPr="00F31D39">
        <w:rPr>
          <w:rFonts w:ascii="Arial" w:hAnsi="Arial"/>
        </w:rPr>
        <w:t>revitali</w:t>
      </w:r>
      <w:r w:rsidR="29B6846B" w:rsidRPr="00F31D39">
        <w:rPr>
          <w:rFonts w:ascii="Arial" w:hAnsi="Arial"/>
        </w:rPr>
        <w:t>s</w:t>
      </w:r>
      <w:r w:rsidRPr="00F31D39">
        <w:rPr>
          <w:rFonts w:ascii="Arial" w:hAnsi="Arial"/>
        </w:rPr>
        <w:t>e</w:t>
      </w:r>
      <w:proofErr w:type="spellEnd"/>
      <w:r w:rsidRPr="00F31D39">
        <w:rPr>
          <w:rFonts w:ascii="Arial" w:hAnsi="Arial"/>
        </w:rPr>
        <w:t xml:space="preserve"> and revisit some of those mechanisms and talk about that</w:t>
      </w:r>
      <w:r w:rsidR="701414B7" w:rsidRPr="00F31D39">
        <w:rPr>
          <w:rFonts w:ascii="Arial" w:hAnsi="Arial"/>
        </w:rPr>
        <w:t>,</w:t>
      </w:r>
      <w:r w:rsidRPr="00F31D39">
        <w:rPr>
          <w:rFonts w:ascii="Arial" w:hAnsi="Arial"/>
        </w:rPr>
        <w:t xml:space="preserve"> </w:t>
      </w:r>
      <w:r w:rsidR="6FFC019F" w:rsidRPr="00F31D39">
        <w:rPr>
          <w:rFonts w:ascii="Arial" w:hAnsi="Arial"/>
        </w:rPr>
        <w:t>t</w:t>
      </w:r>
      <w:r w:rsidRPr="00F31D39">
        <w:rPr>
          <w:rFonts w:ascii="Arial" w:hAnsi="Arial"/>
        </w:rPr>
        <w:t xml:space="preserve">hat's where we draw our strength and what our rights base is, and how we create a narrative around that, when we feel a little bit contested or challenged, that these are fundamental things that exist for us. </w:t>
      </w:r>
    </w:p>
    <w:p w14:paraId="3FE9F23F" w14:textId="77777777" w:rsidR="00E4262E" w:rsidRPr="00F31D39" w:rsidRDefault="00E4262E">
      <w:pPr>
        <w:spacing w:after="0"/>
      </w:pPr>
    </w:p>
    <w:p w14:paraId="030C6744"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24:27</w:t>
      </w:r>
      <w:proofErr w:type="gramEnd"/>
    </w:p>
    <w:p w14:paraId="560D7904" w14:textId="0910A8B4" w:rsidR="00E4262E" w:rsidRPr="00F31D39" w:rsidRDefault="5E2D1764" w:rsidP="0096CCC6">
      <w:pPr>
        <w:spacing w:after="0"/>
        <w:rPr>
          <w:rFonts w:ascii="Arial" w:hAnsi="Arial"/>
        </w:rPr>
      </w:pPr>
      <w:r w:rsidRPr="00F31D39">
        <w:rPr>
          <w:rFonts w:ascii="Arial" w:hAnsi="Arial"/>
        </w:rPr>
        <w:t>A</w:t>
      </w:r>
      <w:r w:rsidR="7D14BAB3" w:rsidRPr="00F31D39">
        <w:rPr>
          <w:rFonts w:ascii="Arial" w:hAnsi="Arial"/>
        </w:rPr>
        <w:t xml:space="preserve">unty </w:t>
      </w:r>
      <w:r w:rsidR="2610F416" w:rsidRPr="00F31D39">
        <w:rPr>
          <w:rFonts w:ascii="Arial" w:hAnsi="Arial"/>
        </w:rPr>
        <w:t>G</w:t>
      </w:r>
      <w:r w:rsidR="7D14BAB3" w:rsidRPr="00F31D39">
        <w:rPr>
          <w:rFonts w:ascii="Arial" w:hAnsi="Arial"/>
        </w:rPr>
        <w:t>racelyn Smallwood now has a PhD in First Nations human rights violations. She's lectured all over the world, sharing her seven decades of experience to ensure global understanding of what Aboriginal and Torres Strait Islander peoples have endured in the past and what they need to secure a more equal future.</w:t>
      </w:r>
    </w:p>
    <w:p w14:paraId="1F72F646" w14:textId="77777777" w:rsidR="00E4262E" w:rsidRPr="00F31D39" w:rsidRDefault="00E4262E">
      <w:pPr>
        <w:spacing w:after="0"/>
      </w:pPr>
    </w:p>
    <w:p w14:paraId="07B1BF58" w14:textId="77777777" w:rsidR="00E4262E" w:rsidRPr="00F31D39" w:rsidRDefault="00DE09B8">
      <w:pPr>
        <w:spacing w:after="0"/>
      </w:pPr>
      <w:r w:rsidRPr="00F31D39">
        <w:rPr>
          <w:rFonts w:ascii="Arial" w:hAnsi="Arial"/>
          <w:b/>
        </w:rPr>
        <w:t xml:space="preserve">Aunty Gracelyn </w:t>
      </w:r>
      <w:proofErr w:type="gramStart"/>
      <w:r w:rsidRPr="00F31D39">
        <w:rPr>
          <w:rFonts w:ascii="Arial" w:hAnsi="Arial"/>
          <w:b/>
        </w:rPr>
        <w:t xml:space="preserve">Smallwood  </w:t>
      </w:r>
      <w:r w:rsidRPr="00F31D39">
        <w:rPr>
          <w:rFonts w:ascii="Arial" w:hAnsi="Arial"/>
          <w:color w:val="5D7284"/>
        </w:rPr>
        <w:t>24:50</w:t>
      </w:r>
      <w:proofErr w:type="gramEnd"/>
    </w:p>
    <w:p w14:paraId="09B503F5" w14:textId="56C66728" w:rsidR="00E4262E" w:rsidRPr="00F31D39" w:rsidRDefault="7D14BAB3" w:rsidP="23A822CF">
      <w:pPr>
        <w:spacing w:after="0"/>
        <w:rPr>
          <w:rFonts w:ascii="Arial" w:hAnsi="Arial"/>
        </w:rPr>
      </w:pPr>
      <w:r w:rsidRPr="00F31D39">
        <w:rPr>
          <w:rFonts w:ascii="Arial" w:hAnsi="Arial"/>
        </w:rPr>
        <w:t xml:space="preserve">Nelson Mandela invited me over to talk on my PhD, and I often said that the South African apartheid was modeled </w:t>
      </w:r>
      <w:r w:rsidR="4BA34C25" w:rsidRPr="00F31D39">
        <w:rPr>
          <w:rFonts w:ascii="Arial" w:hAnsi="Arial"/>
        </w:rPr>
        <w:t>o</w:t>
      </w:r>
      <w:r w:rsidRPr="00F31D39">
        <w:rPr>
          <w:rFonts w:ascii="Arial" w:hAnsi="Arial"/>
        </w:rPr>
        <w:t xml:space="preserve">n the Queensland Aboriginal </w:t>
      </w:r>
      <w:r w:rsidR="789FFB98" w:rsidRPr="00F31D39">
        <w:rPr>
          <w:rFonts w:ascii="Arial" w:hAnsi="Arial"/>
        </w:rPr>
        <w:t xml:space="preserve">and </w:t>
      </w:r>
      <w:r w:rsidRPr="00F31D39">
        <w:rPr>
          <w:rFonts w:ascii="Arial" w:hAnsi="Arial"/>
        </w:rPr>
        <w:t>Islander Protection Act. My biggest forte is fighting against police brutality and deaths in custody. So that's why I've continued my activism. I'</w:t>
      </w:r>
      <w:r w:rsidR="45982A64" w:rsidRPr="00F31D39">
        <w:rPr>
          <w:rFonts w:ascii="Arial" w:hAnsi="Arial"/>
        </w:rPr>
        <w:t>ve</w:t>
      </w:r>
      <w:r w:rsidRPr="00F31D39">
        <w:rPr>
          <w:rFonts w:ascii="Arial" w:hAnsi="Arial"/>
        </w:rPr>
        <w:t xml:space="preserve"> been </w:t>
      </w:r>
      <w:r w:rsidRPr="00F31D39">
        <w:rPr>
          <w:rFonts w:ascii="Arial" w:hAnsi="Arial"/>
        </w:rPr>
        <w:lastRenderedPageBreak/>
        <w:t>writing a daily diary for 60 years. I'm 74 soon, and I'm hoping it to be published either this year or next year, and I just wr</w:t>
      </w:r>
      <w:r w:rsidR="1306C32A" w:rsidRPr="00F31D39">
        <w:rPr>
          <w:rFonts w:ascii="Arial" w:hAnsi="Arial"/>
        </w:rPr>
        <w:t xml:space="preserve">ite </w:t>
      </w:r>
      <w:r w:rsidRPr="00F31D39">
        <w:rPr>
          <w:rFonts w:ascii="Arial" w:hAnsi="Arial"/>
        </w:rPr>
        <w:t xml:space="preserve">all about my activism, and I'll never stop speaking out against the violations of human rights until First Nations Australians and </w:t>
      </w:r>
      <w:r w:rsidR="008D4248" w:rsidRPr="00F31D39">
        <w:rPr>
          <w:rFonts w:ascii="Arial" w:hAnsi="Arial"/>
        </w:rPr>
        <w:t xml:space="preserve">White </w:t>
      </w:r>
      <w:r w:rsidRPr="00F31D39">
        <w:rPr>
          <w:rFonts w:ascii="Arial" w:hAnsi="Arial"/>
        </w:rPr>
        <w:t>Australians have equality. This is about equity, and people just can't wrap their hands around and some I've nursed people with every disease on the planet, but the only disease I can't come to terms with is the ugly disease of racism and brutality, and the more that people join our fight for justice</w:t>
      </w:r>
      <w:r w:rsidR="051363BE" w:rsidRPr="00F31D39">
        <w:rPr>
          <w:rFonts w:ascii="Arial" w:hAnsi="Arial"/>
        </w:rPr>
        <w:t>,</w:t>
      </w:r>
      <w:r w:rsidRPr="00F31D39">
        <w:rPr>
          <w:rFonts w:ascii="Arial" w:hAnsi="Arial"/>
        </w:rPr>
        <w:t xml:space="preserve"> </w:t>
      </w:r>
      <w:r w:rsidR="271B487E" w:rsidRPr="00F31D39">
        <w:rPr>
          <w:rFonts w:ascii="Arial" w:hAnsi="Arial"/>
        </w:rPr>
        <w:t>t</w:t>
      </w:r>
      <w:r w:rsidRPr="00F31D39">
        <w:rPr>
          <w:rFonts w:ascii="Arial" w:hAnsi="Arial"/>
        </w:rPr>
        <w:t xml:space="preserve">he more the whole world and the whole of Australia is getting the true story, and not just all this made up story. You know, someone said, </w:t>
      </w:r>
      <w:proofErr w:type="gramStart"/>
      <w:r w:rsidRPr="00F31D39">
        <w:rPr>
          <w:rFonts w:ascii="Arial" w:hAnsi="Arial"/>
        </w:rPr>
        <w:t>I'll</w:t>
      </w:r>
      <w:proofErr w:type="gramEnd"/>
      <w:r w:rsidRPr="00F31D39">
        <w:rPr>
          <w:rFonts w:ascii="Arial" w:hAnsi="Arial"/>
        </w:rPr>
        <w:t xml:space="preserve"> get over it</w:t>
      </w:r>
      <w:proofErr w:type="gramStart"/>
      <w:r w:rsidRPr="00F31D39">
        <w:rPr>
          <w:rFonts w:ascii="Arial" w:hAnsi="Arial"/>
        </w:rPr>
        <w:t>.</w:t>
      </w:r>
      <w:proofErr w:type="gramEnd"/>
      <w:r w:rsidRPr="00F31D39">
        <w:rPr>
          <w:rFonts w:ascii="Arial" w:hAnsi="Arial"/>
        </w:rPr>
        <w:t xml:space="preserve"> And Nelson Mandela said at dinner, when I was over there, he said, </w:t>
      </w:r>
      <w:r w:rsidR="60B92BFB" w:rsidRPr="00F31D39">
        <w:rPr>
          <w:rFonts w:ascii="Arial" w:hAnsi="Arial"/>
        </w:rPr>
        <w:t>i</w:t>
      </w:r>
      <w:r w:rsidRPr="00F31D39">
        <w:rPr>
          <w:rFonts w:ascii="Arial" w:hAnsi="Arial"/>
        </w:rPr>
        <w:t>n my country of South Africa, we're having reconciliation with the truth. In my sister's country of Australia, they're trying to reconcile without the truth, and that will never happen.</w:t>
      </w:r>
    </w:p>
    <w:p w14:paraId="08CE6F91" w14:textId="77777777" w:rsidR="00E4262E" w:rsidRPr="00F31D39" w:rsidRDefault="00E4262E">
      <w:pPr>
        <w:spacing w:after="0"/>
      </w:pPr>
    </w:p>
    <w:p w14:paraId="0638489B"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26:25</w:t>
      </w:r>
      <w:proofErr w:type="gramEnd"/>
    </w:p>
    <w:p w14:paraId="7677D22E" w14:textId="0A8CF58C" w:rsidR="00E4262E" w:rsidRPr="00F31D39" w:rsidRDefault="7D14BAB3">
      <w:pPr>
        <w:spacing w:after="0"/>
      </w:pPr>
      <w:r w:rsidRPr="00F31D39">
        <w:rPr>
          <w:rFonts w:ascii="Arial" w:hAnsi="Arial"/>
        </w:rPr>
        <w:t>I want to ask you specifically about women. You've said before that black women are at the forefront of both injustice and resistance. Can you explain that</w:t>
      </w:r>
      <w:r w:rsidR="7D901682" w:rsidRPr="00F31D39">
        <w:rPr>
          <w:rFonts w:ascii="Arial" w:hAnsi="Arial"/>
        </w:rPr>
        <w:t>?</w:t>
      </w:r>
    </w:p>
    <w:p w14:paraId="61CDCEAD" w14:textId="77777777" w:rsidR="00E4262E" w:rsidRPr="00F31D39" w:rsidRDefault="00E4262E">
      <w:pPr>
        <w:spacing w:after="0"/>
      </w:pPr>
    </w:p>
    <w:p w14:paraId="6AC1C6B3" w14:textId="77777777" w:rsidR="00E4262E" w:rsidRPr="00F31D39" w:rsidRDefault="00DE09B8">
      <w:pPr>
        <w:spacing w:after="0"/>
      </w:pPr>
      <w:r w:rsidRPr="00F31D39">
        <w:rPr>
          <w:rFonts w:ascii="Arial" w:hAnsi="Arial"/>
          <w:b/>
        </w:rPr>
        <w:t xml:space="preserve">Aunty Gracelyn </w:t>
      </w:r>
      <w:proofErr w:type="gramStart"/>
      <w:r w:rsidRPr="00F31D39">
        <w:rPr>
          <w:rFonts w:ascii="Arial" w:hAnsi="Arial"/>
          <w:b/>
        </w:rPr>
        <w:t xml:space="preserve">Smallwood  </w:t>
      </w:r>
      <w:r w:rsidRPr="00F31D39">
        <w:rPr>
          <w:rFonts w:ascii="Arial" w:hAnsi="Arial"/>
          <w:color w:val="5D7284"/>
        </w:rPr>
        <w:t>26:36</w:t>
      </w:r>
      <w:proofErr w:type="gramEnd"/>
    </w:p>
    <w:p w14:paraId="1CB38F5B" w14:textId="7AB06454" w:rsidR="00E4262E" w:rsidRPr="00F31D39" w:rsidRDefault="5DA888AA" w:rsidP="7D14BAB3">
      <w:pPr>
        <w:spacing w:after="0"/>
        <w:rPr>
          <w:rFonts w:ascii="Arial" w:hAnsi="Arial"/>
        </w:rPr>
      </w:pPr>
      <w:r w:rsidRPr="00F31D39">
        <w:rPr>
          <w:rFonts w:ascii="Arial" w:hAnsi="Arial"/>
        </w:rPr>
        <w:t>O</w:t>
      </w:r>
      <w:r w:rsidR="7D14BAB3" w:rsidRPr="00F31D39">
        <w:rPr>
          <w:rFonts w:ascii="Arial" w:hAnsi="Arial"/>
        </w:rPr>
        <w:t xml:space="preserve">ur men have been so downtrodden like our women, but it's the women that are taking up the fight. The men have such low </w:t>
      </w:r>
      <w:r w:rsidR="008D4248" w:rsidRPr="00F31D39">
        <w:rPr>
          <w:rFonts w:ascii="Arial" w:hAnsi="Arial"/>
        </w:rPr>
        <w:t>self-esteem</w:t>
      </w:r>
      <w:r w:rsidR="7D14BAB3" w:rsidRPr="00F31D39">
        <w:rPr>
          <w:rFonts w:ascii="Arial" w:hAnsi="Arial"/>
        </w:rPr>
        <w:t xml:space="preserve">. They have so much unresolved grief, loss and trauma, and </w:t>
      </w:r>
      <w:proofErr w:type="gramStart"/>
      <w:r w:rsidR="7D14BAB3" w:rsidRPr="00F31D39">
        <w:rPr>
          <w:rFonts w:ascii="Arial" w:hAnsi="Arial"/>
        </w:rPr>
        <w:t>all of</w:t>
      </w:r>
      <w:proofErr w:type="gramEnd"/>
      <w:r w:rsidR="7D14BAB3" w:rsidRPr="00F31D39">
        <w:rPr>
          <w:rFonts w:ascii="Arial" w:hAnsi="Arial"/>
        </w:rPr>
        <w:t xml:space="preserve"> those symptoms on our community, domestic violence, alcoholism, drug abuse, is all part of the unresolved grief, loss and trauma. And I'm very, vocal about women's rights in our communities and our men do have to start getting culturally appropriate trauma counseling to build their </w:t>
      </w:r>
      <w:r w:rsidR="008D4248" w:rsidRPr="00F31D39">
        <w:rPr>
          <w:rFonts w:ascii="Arial" w:hAnsi="Arial"/>
        </w:rPr>
        <w:t>self-esteem</w:t>
      </w:r>
      <w:r w:rsidR="7D14BAB3" w:rsidRPr="00F31D39">
        <w:rPr>
          <w:rFonts w:ascii="Arial" w:hAnsi="Arial"/>
        </w:rPr>
        <w:t>, to get rid of that trauma, and start taking their right place in their homes as a caring husband</w:t>
      </w:r>
      <w:r w:rsidR="1CCA7D17" w:rsidRPr="00F31D39">
        <w:rPr>
          <w:rFonts w:ascii="Arial" w:hAnsi="Arial"/>
        </w:rPr>
        <w:t>,</w:t>
      </w:r>
      <w:r w:rsidR="7D14BAB3" w:rsidRPr="00F31D39">
        <w:rPr>
          <w:rFonts w:ascii="Arial" w:hAnsi="Arial"/>
        </w:rPr>
        <w:t xml:space="preserve"> as a caring father</w:t>
      </w:r>
      <w:r w:rsidR="3A5314CE" w:rsidRPr="00F31D39">
        <w:rPr>
          <w:rFonts w:ascii="Arial" w:hAnsi="Arial"/>
        </w:rPr>
        <w:t>,</w:t>
      </w:r>
      <w:r w:rsidR="7D14BAB3" w:rsidRPr="00F31D39">
        <w:rPr>
          <w:rFonts w:ascii="Arial" w:hAnsi="Arial"/>
        </w:rPr>
        <w:t xml:space="preserve"> and getting involved with their children because they're so</w:t>
      </w:r>
      <w:r w:rsidR="31F0ED9F" w:rsidRPr="00F31D39">
        <w:rPr>
          <w:rFonts w:ascii="Arial" w:hAnsi="Arial"/>
        </w:rPr>
        <w:t>,</w:t>
      </w:r>
      <w:r w:rsidR="7D14BAB3" w:rsidRPr="00F31D39">
        <w:rPr>
          <w:rFonts w:ascii="Arial" w:hAnsi="Arial"/>
        </w:rPr>
        <w:t xml:space="preserve"> our men are dysfunctional, and domestic violence is</w:t>
      </w:r>
      <w:r w:rsidR="0E5AA5CB" w:rsidRPr="00F31D39">
        <w:rPr>
          <w:rFonts w:ascii="Arial" w:hAnsi="Arial"/>
        </w:rPr>
        <w:t xml:space="preserve"> rife.</w:t>
      </w:r>
    </w:p>
    <w:p w14:paraId="6BB9E253" w14:textId="77777777" w:rsidR="00E4262E" w:rsidRPr="00F31D39" w:rsidRDefault="00E4262E">
      <w:pPr>
        <w:spacing w:after="0"/>
      </w:pPr>
    </w:p>
    <w:p w14:paraId="18D73564"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27:32</w:t>
      </w:r>
      <w:proofErr w:type="gramEnd"/>
    </w:p>
    <w:p w14:paraId="7A0480B0" w14:textId="2629BCE9" w:rsidR="00E4262E" w:rsidRPr="00F31D39" w:rsidRDefault="7D14BAB3">
      <w:pPr>
        <w:spacing w:after="0"/>
      </w:pPr>
      <w:r w:rsidRPr="00F31D39">
        <w:rPr>
          <w:rFonts w:ascii="Arial" w:hAnsi="Arial"/>
        </w:rPr>
        <w:t xml:space="preserve">What gives you hope? And I guess, what's your message for the next generation that </w:t>
      </w:r>
      <w:proofErr w:type="gramStart"/>
      <w:r w:rsidRPr="00F31D39">
        <w:rPr>
          <w:rFonts w:ascii="Arial" w:hAnsi="Arial"/>
        </w:rPr>
        <w:t>are</w:t>
      </w:r>
      <w:proofErr w:type="gramEnd"/>
      <w:r w:rsidRPr="00F31D39">
        <w:rPr>
          <w:rFonts w:ascii="Arial" w:hAnsi="Arial"/>
        </w:rPr>
        <w:t xml:space="preserve"> coming through?</w:t>
      </w:r>
    </w:p>
    <w:p w14:paraId="23DE523C" w14:textId="77777777" w:rsidR="00E4262E" w:rsidRPr="00F31D39" w:rsidRDefault="00E4262E">
      <w:pPr>
        <w:spacing w:after="0"/>
      </w:pPr>
    </w:p>
    <w:p w14:paraId="6B5CAF16" w14:textId="77777777" w:rsidR="00E4262E" w:rsidRPr="00F31D39" w:rsidRDefault="00DE09B8">
      <w:pPr>
        <w:spacing w:after="0"/>
      </w:pPr>
      <w:r w:rsidRPr="00F31D39">
        <w:rPr>
          <w:rFonts w:ascii="Arial" w:hAnsi="Arial"/>
          <w:b/>
        </w:rPr>
        <w:t xml:space="preserve">Aunty Gracelyn </w:t>
      </w:r>
      <w:proofErr w:type="gramStart"/>
      <w:r w:rsidRPr="00F31D39">
        <w:rPr>
          <w:rFonts w:ascii="Arial" w:hAnsi="Arial"/>
          <w:b/>
        </w:rPr>
        <w:t xml:space="preserve">Smallwood  </w:t>
      </w:r>
      <w:r w:rsidRPr="00F31D39">
        <w:rPr>
          <w:rFonts w:ascii="Arial" w:hAnsi="Arial"/>
          <w:color w:val="5D7284"/>
        </w:rPr>
        <w:t>27:37</w:t>
      </w:r>
      <w:proofErr w:type="gramEnd"/>
    </w:p>
    <w:p w14:paraId="0CCE0C7D" w14:textId="49E25DE1" w:rsidR="00E4262E" w:rsidRPr="00F31D39" w:rsidRDefault="7D14BAB3" w:rsidP="7D14BAB3">
      <w:pPr>
        <w:spacing w:after="0"/>
        <w:rPr>
          <w:rFonts w:ascii="Arial" w:hAnsi="Arial"/>
        </w:rPr>
      </w:pPr>
      <w:r w:rsidRPr="00F31D39">
        <w:rPr>
          <w:rFonts w:ascii="Arial" w:hAnsi="Arial"/>
        </w:rPr>
        <w:t xml:space="preserve">I'm very optimistic. I believe there's going to be change in our community. I'm not pessimistic about it. We've had over 200 years of trauma, the impact of genocide, and so much grief and loss. I've never stopped researching. And what we need </w:t>
      </w:r>
      <w:proofErr w:type="gramStart"/>
      <w:r w:rsidRPr="00F31D39">
        <w:rPr>
          <w:rFonts w:ascii="Arial" w:hAnsi="Arial"/>
        </w:rPr>
        <w:t>is</w:t>
      </w:r>
      <w:proofErr w:type="gramEnd"/>
      <w:r w:rsidRPr="00F31D39">
        <w:rPr>
          <w:rFonts w:ascii="Arial" w:hAnsi="Arial"/>
        </w:rPr>
        <w:t xml:space="preserve"> good people that genuinely want to close the gap, and you must have the healing through a cultural lens. </w:t>
      </w:r>
      <w:proofErr w:type="gramStart"/>
      <w:r w:rsidRPr="00F31D39">
        <w:rPr>
          <w:rFonts w:ascii="Arial" w:hAnsi="Arial"/>
        </w:rPr>
        <w:t>There's</w:t>
      </w:r>
      <w:proofErr w:type="gramEnd"/>
      <w:r w:rsidRPr="00F31D39">
        <w:rPr>
          <w:rFonts w:ascii="Arial" w:hAnsi="Arial"/>
        </w:rPr>
        <w:t xml:space="preserve"> good non</w:t>
      </w:r>
      <w:r w:rsidR="5EDD34B1" w:rsidRPr="00F31D39">
        <w:rPr>
          <w:rFonts w:ascii="Arial" w:hAnsi="Arial"/>
        </w:rPr>
        <w:t>-</w:t>
      </w:r>
      <w:r w:rsidRPr="00F31D39">
        <w:rPr>
          <w:rFonts w:ascii="Arial" w:hAnsi="Arial"/>
        </w:rPr>
        <w:t>Indigenous peoples, but they must take</w:t>
      </w:r>
      <w:r w:rsidR="339D2A29" w:rsidRPr="00F31D39">
        <w:rPr>
          <w:rFonts w:ascii="Arial" w:hAnsi="Arial"/>
        </w:rPr>
        <w:t>,</w:t>
      </w:r>
      <w:r w:rsidRPr="00F31D39">
        <w:rPr>
          <w:rFonts w:ascii="Arial" w:hAnsi="Arial"/>
        </w:rPr>
        <w:t xml:space="preserve"> they can't be the cheerleader. They've got to take notice of the </w:t>
      </w:r>
      <w:proofErr w:type="gramStart"/>
      <w:r w:rsidRPr="00F31D39">
        <w:rPr>
          <w:rFonts w:ascii="Arial" w:hAnsi="Arial"/>
        </w:rPr>
        <w:t>cultural appropriate</w:t>
      </w:r>
      <w:proofErr w:type="gramEnd"/>
      <w:r w:rsidRPr="00F31D39">
        <w:rPr>
          <w:rFonts w:ascii="Arial" w:hAnsi="Arial"/>
        </w:rPr>
        <w:t xml:space="preserve"> healing that </w:t>
      </w:r>
      <w:proofErr w:type="gramStart"/>
      <w:r w:rsidRPr="00F31D39">
        <w:rPr>
          <w:rFonts w:ascii="Arial" w:hAnsi="Arial"/>
        </w:rPr>
        <w:t>has to</w:t>
      </w:r>
      <w:proofErr w:type="gramEnd"/>
      <w:r w:rsidRPr="00F31D39">
        <w:rPr>
          <w:rFonts w:ascii="Arial" w:hAnsi="Arial"/>
        </w:rPr>
        <w:t xml:space="preserve"> take place </w:t>
      </w:r>
      <w:proofErr w:type="gramStart"/>
      <w:r w:rsidRPr="00F31D39">
        <w:rPr>
          <w:rFonts w:ascii="Arial" w:hAnsi="Arial"/>
        </w:rPr>
        <w:t>on</w:t>
      </w:r>
      <w:proofErr w:type="gramEnd"/>
      <w:r w:rsidRPr="00F31D39">
        <w:rPr>
          <w:rFonts w:ascii="Arial" w:hAnsi="Arial"/>
        </w:rPr>
        <w:t xml:space="preserve"> our youth. </w:t>
      </w:r>
      <w:proofErr w:type="gramStart"/>
      <w:r w:rsidRPr="00F31D39">
        <w:rPr>
          <w:rFonts w:ascii="Arial" w:hAnsi="Arial"/>
        </w:rPr>
        <w:t>So</w:t>
      </w:r>
      <w:proofErr w:type="gramEnd"/>
      <w:r w:rsidRPr="00F31D39">
        <w:rPr>
          <w:rFonts w:ascii="Arial" w:hAnsi="Arial"/>
        </w:rPr>
        <w:t xml:space="preserve"> my message is they've got to keep on, </w:t>
      </w:r>
      <w:proofErr w:type="gramStart"/>
      <w:r w:rsidRPr="00F31D39">
        <w:rPr>
          <w:rFonts w:ascii="Arial" w:hAnsi="Arial"/>
        </w:rPr>
        <w:t>keeping</w:t>
      </w:r>
      <w:proofErr w:type="gramEnd"/>
      <w:r w:rsidRPr="00F31D39">
        <w:rPr>
          <w:rFonts w:ascii="Arial" w:hAnsi="Arial"/>
        </w:rPr>
        <w:t xml:space="preserve"> on. If we can convince one non</w:t>
      </w:r>
      <w:r w:rsidR="4F7CACE8" w:rsidRPr="00F31D39">
        <w:rPr>
          <w:rFonts w:ascii="Arial" w:hAnsi="Arial"/>
        </w:rPr>
        <w:t>-</w:t>
      </w:r>
      <w:r w:rsidRPr="00F31D39">
        <w:rPr>
          <w:rFonts w:ascii="Arial" w:hAnsi="Arial"/>
        </w:rPr>
        <w:t xml:space="preserve">Indigenous Australian amongst three to </w:t>
      </w:r>
      <w:r w:rsidR="00AB7B93" w:rsidRPr="00F31D39">
        <w:rPr>
          <w:rFonts w:ascii="Arial" w:hAnsi="Arial"/>
        </w:rPr>
        <w:t xml:space="preserve">four hundred </w:t>
      </w:r>
      <w:r w:rsidRPr="00F31D39">
        <w:rPr>
          <w:rFonts w:ascii="Arial" w:hAnsi="Arial"/>
        </w:rPr>
        <w:t xml:space="preserve">people, we're winning the battle of truth telling and reconciliation. I have 20 grandchildren, 10 great grannies, three children, and I believe that it's going to be in their time. And </w:t>
      </w:r>
      <w:proofErr w:type="spellStart"/>
      <w:r w:rsidR="008D4248" w:rsidRPr="00F31D39">
        <w:rPr>
          <w:rFonts w:ascii="Arial" w:hAnsi="Arial"/>
        </w:rPr>
        <w:t>wadda</w:t>
      </w:r>
      <w:proofErr w:type="spellEnd"/>
      <w:r w:rsidR="008D4248" w:rsidRPr="00F31D39">
        <w:rPr>
          <w:rFonts w:ascii="Arial" w:hAnsi="Arial"/>
        </w:rPr>
        <w:t xml:space="preserve"> mooli</w:t>
      </w:r>
      <w:r w:rsidR="00D1240A" w:rsidRPr="00F31D39">
        <w:rPr>
          <w:rFonts w:ascii="Arial" w:hAnsi="Arial"/>
        </w:rPr>
        <w:t>!</w:t>
      </w:r>
    </w:p>
    <w:p w14:paraId="52E56223" w14:textId="77777777" w:rsidR="00E4262E" w:rsidRPr="00F31D39" w:rsidRDefault="00E4262E">
      <w:pPr>
        <w:spacing w:after="0"/>
      </w:pPr>
    </w:p>
    <w:p w14:paraId="2EA48E4E" w14:textId="4EA10F67" w:rsidR="00E4262E" w:rsidRPr="00F31D39" w:rsidRDefault="1B17DAAE" w:rsidP="7D14BAB3">
      <w:pPr>
        <w:spacing w:after="0"/>
        <w:rPr>
          <w:rFonts w:ascii="Arial" w:hAnsi="Arial"/>
          <w:color w:val="5D7284"/>
        </w:rPr>
      </w:pPr>
      <w:r w:rsidRPr="00F31D39">
        <w:rPr>
          <w:rFonts w:ascii="Arial" w:hAnsi="Arial"/>
          <w:b/>
          <w:bCs/>
        </w:rPr>
        <w:t xml:space="preserve">Aunty Gracelyn </w:t>
      </w:r>
      <w:proofErr w:type="gramStart"/>
      <w:r w:rsidRPr="00F31D39">
        <w:rPr>
          <w:rFonts w:ascii="Arial" w:hAnsi="Arial"/>
          <w:b/>
          <w:bCs/>
        </w:rPr>
        <w:t>Smallwood</w:t>
      </w:r>
      <w:r w:rsidR="7D14BAB3" w:rsidRPr="00F31D39">
        <w:rPr>
          <w:rFonts w:ascii="Arial" w:hAnsi="Arial"/>
          <w:b/>
          <w:bCs/>
        </w:rPr>
        <w:t xml:space="preserve">  </w:t>
      </w:r>
      <w:r w:rsidR="7D14BAB3" w:rsidRPr="00F31D39">
        <w:rPr>
          <w:rFonts w:ascii="Arial" w:hAnsi="Arial"/>
          <w:color w:val="5D7284"/>
        </w:rPr>
        <w:t>28:48</w:t>
      </w:r>
      <w:proofErr w:type="gramEnd"/>
    </w:p>
    <w:p w14:paraId="0A710456" w14:textId="52F93AA2" w:rsidR="00E4262E" w:rsidRPr="00F31D39" w:rsidRDefault="073FF64F" w:rsidP="7BD8E0F0">
      <w:pPr>
        <w:spacing w:after="0"/>
        <w:rPr>
          <w:rFonts w:ascii="Arial" w:hAnsi="Arial"/>
        </w:rPr>
      </w:pPr>
      <w:r w:rsidRPr="00F31D39">
        <w:rPr>
          <w:rFonts w:ascii="Arial" w:hAnsi="Arial"/>
        </w:rPr>
        <w:t>C</w:t>
      </w:r>
      <w:r w:rsidR="7D14BAB3" w:rsidRPr="00F31D39">
        <w:rPr>
          <w:rFonts w:ascii="Arial" w:hAnsi="Arial"/>
        </w:rPr>
        <w:t>razy? I'm crazy for feeling so lonely. I'm crazy, crazy for feeling so blue</w:t>
      </w:r>
      <w:r w:rsidR="005A7233" w:rsidRPr="00F31D39">
        <w:rPr>
          <w:rFonts w:ascii="Arial" w:hAnsi="Arial"/>
        </w:rPr>
        <w:t>.</w:t>
      </w:r>
    </w:p>
    <w:p w14:paraId="07547A01" w14:textId="77777777" w:rsidR="00E4262E" w:rsidRPr="00F31D39" w:rsidRDefault="00E4262E">
      <w:pPr>
        <w:spacing w:after="0"/>
      </w:pPr>
    </w:p>
    <w:p w14:paraId="08C16EC7" w14:textId="77777777" w:rsidR="00E4262E" w:rsidRPr="00F31D39" w:rsidRDefault="00DE09B8">
      <w:pPr>
        <w:spacing w:after="0"/>
      </w:pPr>
      <w:r w:rsidRPr="00F31D39">
        <w:rPr>
          <w:rFonts w:ascii="Arial" w:hAnsi="Arial"/>
          <w:b/>
        </w:rPr>
        <w:t xml:space="preserve">Solua </w:t>
      </w:r>
      <w:proofErr w:type="gramStart"/>
      <w:r w:rsidRPr="00F31D39">
        <w:rPr>
          <w:rFonts w:ascii="Arial" w:hAnsi="Arial"/>
          <w:b/>
        </w:rPr>
        <w:t xml:space="preserve">Middleton  </w:t>
      </w:r>
      <w:r w:rsidRPr="00F31D39">
        <w:rPr>
          <w:rFonts w:ascii="Arial" w:hAnsi="Arial"/>
          <w:color w:val="5D7284"/>
        </w:rPr>
        <w:t>29:11</w:t>
      </w:r>
      <w:proofErr w:type="gramEnd"/>
    </w:p>
    <w:p w14:paraId="26BAF4AE" w14:textId="50C85F3A" w:rsidR="00E4262E" w:rsidRPr="00F31D39" w:rsidRDefault="4C0E6C55" w:rsidP="71CDD4AD">
      <w:pPr>
        <w:spacing w:after="0"/>
        <w:rPr>
          <w:rFonts w:ascii="Arial" w:hAnsi="Arial"/>
        </w:rPr>
      </w:pPr>
      <w:r w:rsidRPr="00F31D39">
        <w:rPr>
          <w:rFonts w:ascii="Arial" w:hAnsi="Arial"/>
        </w:rPr>
        <w:lastRenderedPageBreak/>
        <w:t>T</w:t>
      </w:r>
      <w:r w:rsidR="7D14BAB3" w:rsidRPr="00F31D39">
        <w:rPr>
          <w:rFonts w:ascii="Arial" w:hAnsi="Arial"/>
        </w:rPr>
        <w:t xml:space="preserve">alking to mob with thanks to Jerome Wano and </w:t>
      </w:r>
      <w:r w:rsidR="18E74E47" w:rsidRPr="00F31D39">
        <w:rPr>
          <w:rFonts w:ascii="Arial" w:hAnsi="Arial"/>
        </w:rPr>
        <w:t>A</w:t>
      </w:r>
      <w:r w:rsidR="7D14BAB3" w:rsidRPr="00F31D39">
        <w:rPr>
          <w:rFonts w:ascii="Arial" w:hAnsi="Arial"/>
        </w:rPr>
        <w:t xml:space="preserve">unty </w:t>
      </w:r>
      <w:r w:rsidR="6A51C2C8" w:rsidRPr="00F31D39">
        <w:rPr>
          <w:rFonts w:ascii="Arial" w:hAnsi="Arial"/>
        </w:rPr>
        <w:t>G</w:t>
      </w:r>
      <w:r w:rsidR="7D14BAB3" w:rsidRPr="00F31D39">
        <w:rPr>
          <w:rFonts w:ascii="Arial" w:hAnsi="Arial"/>
        </w:rPr>
        <w:t>racelyn Smallwood</w:t>
      </w:r>
      <w:r w:rsidR="6BBA1B75" w:rsidRPr="00F31D39">
        <w:rPr>
          <w:rFonts w:ascii="Arial" w:hAnsi="Arial"/>
        </w:rPr>
        <w:t>.</w:t>
      </w:r>
      <w:r w:rsidR="7D14BAB3" w:rsidRPr="00F31D39">
        <w:rPr>
          <w:rFonts w:ascii="Arial" w:hAnsi="Arial"/>
        </w:rPr>
        <w:t xml:space="preserve"> </w:t>
      </w:r>
      <w:r w:rsidR="72389FFF" w:rsidRPr="00F31D39">
        <w:rPr>
          <w:rFonts w:ascii="Arial" w:hAnsi="Arial"/>
        </w:rPr>
        <w:t>I</w:t>
      </w:r>
      <w:r w:rsidR="7D14BAB3" w:rsidRPr="00F31D39">
        <w:rPr>
          <w:rFonts w:ascii="Arial" w:hAnsi="Arial"/>
        </w:rPr>
        <w:t>n episode three of gathering strength</w:t>
      </w:r>
      <w:r w:rsidR="6E4D934D" w:rsidRPr="00F31D39">
        <w:rPr>
          <w:rFonts w:ascii="Arial" w:hAnsi="Arial"/>
        </w:rPr>
        <w:t>: Ac</w:t>
      </w:r>
      <w:r w:rsidR="7D14BAB3" w:rsidRPr="00F31D39">
        <w:rPr>
          <w:rFonts w:ascii="Arial" w:hAnsi="Arial"/>
        </w:rPr>
        <w:t xml:space="preserve">ting, we shine a light on the doers, the leaders and the activists making a real difference in community right now. Gathering </w:t>
      </w:r>
      <w:r w:rsidR="5DAEB8EF" w:rsidRPr="00F31D39">
        <w:rPr>
          <w:rFonts w:ascii="Arial" w:hAnsi="Arial"/>
        </w:rPr>
        <w:t>S</w:t>
      </w:r>
      <w:r w:rsidR="7D14BAB3" w:rsidRPr="00F31D39">
        <w:rPr>
          <w:rFonts w:ascii="Arial" w:hAnsi="Arial"/>
        </w:rPr>
        <w:t xml:space="preserve">trength is </w:t>
      </w:r>
      <w:r w:rsidR="6976C949" w:rsidRPr="00F31D39">
        <w:rPr>
          <w:rFonts w:ascii="Arial" w:hAnsi="Arial"/>
        </w:rPr>
        <w:t>S</w:t>
      </w:r>
      <w:r w:rsidR="7D14BAB3" w:rsidRPr="00F31D39">
        <w:rPr>
          <w:rFonts w:ascii="Arial" w:hAnsi="Arial"/>
        </w:rPr>
        <w:t xml:space="preserve">eries </w:t>
      </w:r>
      <w:r w:rsidR="024ED1AF" w:rsidRPr="00F31D39">
        <w:rPr>
          <w:rFonts w:ascii="Arial" w:hAnsi="Arial"/>
        </w:rPr>
        <w:t>O</w:t>
      </w:r>
      <w:r w:rsidR="7D14BAB3" w:rsidRPr="00F31D39">
        <w:rPr>
          <w:rFonts w:ascii="Arial" w:hAnsi="Arial"/>
        </w:rPr>
        <w:t xml:space="preserve">ne of the </w:t>
      </w:r>
      <w:r w:rsidR="0DC1FE19" w:rsidRPr="00F31D39">
        <w:rPr>
          <w:rFonts w:ascii="Arial" w:hAnsi="Arial"/>
        </w:rPr>
        <w:t>R</w:t>
      </w:r>
      <w:r w:rsidR="7D14BAB3" w:rsidRPr="00F31D39">
        <w:rPr>
          <w:rFonts w:ascii="Arial" w:hAnsi="Arial"/>
        </w:rPr>
        <w:t xml:space="preserve">ights </w:t>
      </w:r>
      <w:r w:rsidR="06BDCF55" w:rsidRPr="00F31D39">
        <w:rPr>
          <w:rFonts w:ascii="Arial" w:hAnsi="Arial"/>
        </w:rPr>
        <w:t>M</w:t>
      </w:r>
      <w:r w:rsidR="7D14BAB3" w:rsidRPr="00F31D39">
        <w:rPr>
          <w:rFonts w:ascii="Arial" w:hAnsi="Arial"/>
        </w:rPr>
        <w:t xml:space="preserve">ade </w:t>
      </w:r>
      <w:r w:rsidR="36227E69" w:rsidRPr="00F31D39">
        <w:rPr>
          <w:rFonts w:ascii="Arial" w:hAnsi="Arial"/>
        </w:rPr>
        <w:t>R</w:t>
      </w:r>
      <w:r w:rsidR="7D14BAB3" w:rsidRPr="00F31D39">
        <w:rPr>
          <w:rFonts w:ascii="Arial" w:hAnsi="Arial"/>
        </w:rPr>
        <w:t xml:space="preserve">eal podcast. It's a series of yarns with First Nations community members about how to uphold, promote and protect the human rights of Aboriginal peoples and Torres Strait Islander peoples. Make sure you're following </w:t>
      </w:r>
      <w:r w:rsidR="7C474062" w:rsidRPr="00F31D39">
        <w:rPr>
          <w:rFonts w:ascii="Arial" w:hAnsi="Arial"/>
        </w:rPr>
        <w:t>R</w:t>
      </w:r>
      <w:r w:rsidR="7D14BAB3" w:rsidRPr="00F31D39">
        <w:rPr>
          <w:rFonts w:ascii="Arial" w:hAnsi="Arial"/>
        </w:rPr>
        <w:t xml:space="preserve">ights </w:t>
      </w:r>
      <w:r w:rsidR="702BC628" w:rsidRPr="00F31D39">
        <w:rPr>
          <w:rFonts w:ascii="Arial" w:hAnsi="Arial"/>
        </w:rPr>
        <w:t>M</w:t>
      </w:r>
      <w:r w:rsidR="7D14BAB3" w:rsidRPr="00F31D39">
        <w:rPr>
          <w:rFonts w:ascii="Arial" w:hAnsi="Arial"/>
        </w:rPr>
        <w:t xml:space="preserve">ade </w:t>
      </w:r>
      <w:r w:rsidR="2C41F934" w:rsidRPr="00F31D39">
        <w:rPr>
          <w:rFonts w:ascii="Arial" w:hAnsi="Arial"/>
        </w:rPr>
        <w:t>R</w:t>
      </w:r>
      <w:r w:rsidR="7D14BAB3" w:rsidRPr="00F31D39">
        <w:rPr>
          <w:rFonts w:ascii="Arial" w:hAnsi="Arial"/>
        </w:rPr>
        <w:t xml:space="preserve">eal in any podcast app </w:t>
      </w:r>
      <w:r w:rsidR="510F6D0B" w:rsidRPr="00F31D39">
        <w:rPr>
          <w:rFonts w:ascii="Arial" w:hAnsi="Arial"/>
        </w:rPr>
        <w:t>t</w:t>
      </w:r>
      <w:r w:rsidR="7D14BAB3" w:rsidRPr="00F31D39">
        <w:rPr>
          <w:rFonts w:ascii="Arial" w:hAnsi="Arial"/>
        </w:rPr>
        <w:t xml:space="preserve">o find all episodes of this </w:t>
      </w:r>
      <w:r w:rsidR="001D07FF" w:rsidRPr="00F31D39">
        <w:rPr>
          <w:rFonts w:ascii="Arial" w:hAnsi="Arial"/>
        </w:rPr>
        <w:t>G</w:t>
      </w:r>
      <w:r w:rsidR="7D14BAB3" w:rsidRPr="00F31D39">
        <w:rPr>
          <w:rFonts w:ascii="Arial" w:hAnsi="Arial"/>
        </w:rPr>
        <w:t xml:space="preserve">athering </w:t>
      </w:r>
      <w:r w:rsidR="367D39DF" w:rsidRPr="00F31D39">
        <w:rPr>
          <w:rFonts w:ascii="Arial" w:hAnsi="Arial"/>
        </w:rPr>
        <w:t>S</w:t>
      </w:r>
      <w:r w:rsidR="7D14BAB3" w:rsidRPr="00F31D39">
        <w:rPr>
          <w:rFonts w:ascii="Arial" w:hAnsi="Arial"/>
        </w:rPr>
        <w:t>trength series</w:t>
      </w:r>
      <w:r w:rsidR="797E8791" w:rsidRPr="00F31D39">
        <w:rPr>
          <w:rFonts w:ascii="Arial" w:hAnsi="Arial"/>
        </w:rPr>
        <w:t>.</w:t>
      </w:r>
      <w:r w:rsidR="7D14BAB3" w:rsidRPr="00F31D39">
        <w:rPr>
          <w:rFonts w:ascii="Arial" w:hAnsi="Arial"/>
        </w:rPr>
        <w:t xml:space="preserve"> </w:t>
      </w:r>
      <w:r w:rsidR="2496289D" w:rsidRPr="00F31D39">
        <w:rPr>
          <w:rFonts w:ascii="Arial" w:hAnsi="Arial"/>
        </w:rPr>
        <w:t>Y</w:t>
      </w:r>
      <w:r w:rsidR="7D14BAB3" w:rsidRPr="00F31D39">
        <w:rPr>
          <w:rFonts w:ascii="Arial" w:hAnsi="Arial"/>
        </w:rPr>
        <w:t xml:space="preserve">ou can also head to the Queensland Human Rights Commission website to find out more. This </w:t>
      </w:r>
      <w:r w:rsidR="38C0D49B" w:rsidRPr="00F31D39">
        <w:rPr>
          <w:rFonts w:ascii="Arial" w:hAnsi="Arial"/>
        </w:rPr>
        <w:t>T</w:t>
      </w:r>
      <w:r w:rsidR="7D14BAB3" w:rsidRPr="00F31D39">
        <w:rPr>
          <w:rFonts w:ascii="Arial" w:hAnsi="Arial"/>
        </w:rPr>
        <w:t>alking episode also featured A</w:t>
      </w:r>
      <w:r w:rsidR="375FA1C7" w:rsidRPr="00F31D39">
        <w:rPr>
          <w:rFonts w:ascii="Arial" w:hAnsi="Arial"/>
        </w:rPr>
        <w:t>lf</w:t>
      </w:r>
      <w:r w:rsidR="7D14BAB3" w:rsidRPr="00F31D39">
        <w:rPr>
          <w:rFonts w:ascii="Arial" w:hAnsi="Arial"/>
        </w:rPr>
        <w:t xml:space="preserve"> Lacey, Bruce Simpson, Vonda Malone, </w:t>
      </w:r>
      <w:proofErr w:type="spellStart"/>
      <w:r w:rsidR="32E828F9" w:rsidRPr="00F31D39">
        <w:rPr>
          <w:rFonts w:ascii="Arial" w:hAnsi="Arial"/>
        </w:rPr>
        <w:t>M</w:t>
      </w:r>
      <w:r w:rsidR="7D14BAB3" w:rsidRPr="00F31D39">
        <w:rPr>
          <w:rFonts w:ascii="Arial" w:hAnsi="Arial"/>
        </w:rPr>
        <w:t>undanara</w:t>
      </w:r>
      <w:proofErr w:type="spellEnd"/>
      <w:r w:rsidR="7D14BAB3" w:rsidRPr="00F31D39">
        <w:rPr>
          <w:rFonts w:ascii="Arial" w:hAnsi="Arial"/>
        </w:rPr>
        <w:t xml:space="preserve"> </w:t>
      </w:r>
      <w:r w:rsidR="002D4DC2" w:rsidRPr="00F31D39">
        <w:rPr>
          <w:rFonts w:ascii="Arial" w:hAnsi="Arial"/>
        </w:rPr>
        <w:t xml:space="preserve">Bayles </w:t>
      </w:r>
      <w:r w:rsidR="7D14BAB3" w:rsidRPr="00F31D39">
        <w:rPr>
          <w:rFonts w:ascii="Arial" w:hAnsi="Arial"/>
        </w:rPr>
        <w:t xml:space="preserve">and Michelle </w:t>
      </w:r>
      <w:proofErr w:type="spellStart"/>
      <w:r w:rsidR="7D14BAB3" w:rsidRPr="00F31D39">
        <w:rPr>
          <w:rFonts w:ascii="Arial" w:hAnsi="Arial"/>
        </w:rPr>
        <w:t>Deshong</w:t>
      </w:r>
      <w:proofErr w:type="spellEnd"/>
      <w:r w:rsidR="7D14BAB3" w:rsidRPr="00F31D39">
        <w:rPr>
          <w:rFonts w:ascii="Arial" w:hAnsi="Arial"/>
        </w:rPr>
        <w:t xml:space="preserve">. Thanks also to the Aboriginal and Torres Strait Islander Social Justice Commissioner Katie kiss, Queensland Human Rights Commissioner Scott McDougall and Queensland Aboriginal and Torres Strait Islander Children's Commissioner Natalie Lewis. Rights </w:t>
      </w:r>
      <w:r w:rsidR="0FED27C9" w:rsidRPr="00F31D39">
        <w:rPr>
          <w:rFonts w:ascii="Arial" w:hAnsi="Arial"/>
        </w:rPr>
        <w:t>M</w:t>
      </w:r>
      <w:r w:rsidR="7D14BAB3" w:rsidRPr="00F31D39">
        <w:rPr>
          <w:rFonts w:ascii="Arial" w:hAnsi="Arial"/>
        </w:rPr>
        <w:t xml:space="preserve">ade </w:t>
      </w:r>
      <w:r w:rsidR="04433247" w:rsidRPr="00F31D39">
        <w:rPr>
          <w:rFonts w:ascii="Arial" w:hAnsi="Arial"/>
        </w:rPr>
        <w:t>R</w:t>
      </w:r>
      <w:r w:rsidR="7D14BAB3" w:rsidRPr="00F31D39">
        <w:rPr>
          <w:rFonts w:ascii="Arial" w:hAnsi="Arial"/>
        </w:rPr>
        <w:t xml:space="preserve">eal is supported by the Queensland Human Rights Commission and produced by </w:t>
      </w:r>
      <w:proofErr w:type="spellStart"/>
      <w:r w:rsidR="7D14BAB3" w:rsidRPr="00F31D39">
        <w:rPr>
          <w:rFonts w:ascii="Arial" w:hAnsi="Arial"/>
        </w:rPr>
        <w:t>Deadset</w:t>
      </w:r>
      <w:proofErr w:type="spellEnd"/>
      <w:r w:rsidR="7D14BAB3" w:rsidRPr="00F31D39">
        <w:rPr>
          <w:rFonts w:ascii="Arial" w:hAnsi="Arial"/>
        </w:rPr>
        <w:t xml:space="preserve"> Studios. Our </w:t>
      </w:r>
      <w:r w:rsidR="13FB7940" w:rsidRPr="00F31D39">
        <w:rPr>
          <w:rFonts w:ascii="Arial" w:hAnsi="Arial"/>
        </w:rPr>
        <w:t>E</w:t>
      </w:r>
      <w:r w:rsidR="7D14BAB3" w:rsidRPr="00F31D39">
        <w:rPr>
          <w:rFonts w:ascii="Arial" w:hAnsi="Arial"/>
        </w:rPr>
        <w:t xml:space="preserve">xecutive </w:t>
      </w:r>
      <w:r w:rsidR="61A69C75" w:rsidRPr="00F31D39">
        <w:rPr>
          <w:rFonts w:ascii="Arial" w:hAnsi="Arial"/>
        </w:rPr>
        <w:t>P</w:t>
      </w:r>
      <w:r w:rsidR="7D14BAB3" w:rsidRPr="00F31D39">
        <w:rPr>
          <w:rFonts w:ascii="Arial" w:hAnsi="Arial"/>
        </w:rPr>
        <w:t>roducer is Kelly R</w:t>
      </w:r>
      <w:r w:rsidR="68E310A4" w:rsidRPr="00F31D39">
        <w:rPr>
          <w:rFonts w:ascii="Arial" w:hAnsi="Arial"/>
        </w:rPr>
        <w:t>iorda</w:t>
      </w:r>
      <w:r w:rsidR="7D14BAB3" w:rsidRPr="00F31D39">
        <w:rPr>
          <w:rFonts w:ascii="Arial" w:hAnsi="Arial"/>
        </w:rPr>
        <w:t>n, supervising producer is Rebecca L</w:t>
      </w:r>
      <w:r w:rsidR="3D9EFF43" w:rsidRPr="00F31D39">
        <w:rPr>
          <w:rFonts w:ascii="Arial" w:hAnsi="Arial"/>
        </w:rPr>
        <w:t>e</w:t>
      </w:r>
      <w:r w:rsidR="7D14BAB3" w:rsidRPr="00F31D39">
        <w:rPr>
          <w:rFonts w:ascii="Arial" w:hAnsi="Arial"/>
        </w:rPr>
        <w:t>vingston, and editor is Liam R</w:t>
      </w:r>
      <w:r w:rsidR="4D7CD800" w:rsidRPr="00F31D39">
        <w:rPr>
          <w:rFonts w:ascii="Arial" w:hAnsi="Arial"/>
        </w:rPr>
        <w:t>iordan</w:t>
      </w:r>
      <w:r w:rsidR="7D14BAB3" w:rsidRPr="00F31D39">
        <w:rPr>
          <w:rFonts w:ascii="Arial" w:hAnsi="Arial"/>
        </w:rPr>
        <w:t xml:space="preserve">. Theme music was composed by Clay </w:t>
      </w:r>
      <w:r w:rsidR="43E3ACCB" w:rsidRPr="00F31D39">
        <w:rPr>
          <w:rFonts w:ascii="Arial" w:hAnsi="Arial"/>
        </w:rPr>
        <w:t xml:space="preserve">Cassar-Daley </w:t>
      </w:r>
      <w:r w:rsidR="7D14BAB3" w:rsidRPr="00F31D39">
        <w:rPr>
          <w:rFonts w:ascii="Arial" w:hAnsi="Arial"/>
        </w:rPr>
        <w:t xml:space="preserve">and I'm </w:t>
      </w:r>
      <w:r w:rsidR="037C864E" w:rsidRPr="00F31D39">
        <w:rPr>
          <w:rFonts w:ascii="Arial" w:hAnsi="Arial"/>
        </w:rPr>
        <w:t>So</w:t>
      </w:r>
      <w:r w:rsidR="7D14BAB3" w:rsidRPr="00F31D39">
        <w:rPr>
          <w:rFonts w:ascii="Arial" w:hAnsi="Arial"/>
        </w:rPr>
        <w:t>lua Middleton. And to take us out, here's Aunt</w:t>
      </w:r>
      <w:r w:rsidR="288B5CF7" w:rsidRPr="00F31D39">
        <w:rPr>
          <w:rFonts w:ascii="Arial" w:hAnsi="Arial"/>
        </w:rPr>
        <w:t>y G</w:t>
      </w:r>
      <w:r w:rsidR="7D14BAB3" w:rsidRPr="00F31D39">
        <w:rPr>
          <w:rFonts w:ascii="Arial" w:hAnsi="Arial"/>
        </w:rPr>
        <w:t xml:space="preserve">racelyn Smallwood singing Patsy Cline's </w:t>
      </w:r>
      <w:r w:rsidR="6741BE2A" w:rsidRPr="00F31D39">
        <w:rPr>
          <w:rFonts w:ascii="Arial" w:hAnsi="Arial"/>
        </w:rPr>
        <w:t>C</w:t>
      </w:r>
      <w:r w:rsidR="7D14BAB3" w:rsidRPr="00F31D39">
        <w:rPr>
          <w:rFonts w:ascii="Arial" w:hAnsi="Arial"/>
        </w:rPr>
        <w:t>razy.</w:t>
      </w:r>
    </w:p>
    <w:p w14:paraId="5043CB0F" w14:textId="77777777" w:rsidR="00E4262E" w:rsidRPr="00F31D39" w:rsidRDefault="00E4262E">
      <w:pPr>
        <w:spacing w:after="0"/>
      </w:pPr>
    </w:p>
    <w:p w14:paraId="12C314BB" w14:textId="4BA62920" w:rsidR="00E4262E" w:rsidRPr="00F31D39" w:rsidRDefault="3992CE1D" w:rsidP="7D14BAB3">
      <w:pPr>
        <w:spacing w:after="0"/>
        <w:rPr>
          <w:rFonts w:ascii="Arial" w:hAnsi="Arial"/>
          <w:color w:val="5D7284"/>
        </w:rPr>
      </w:pPr>
      <w:r w:rsidRPr="00F31D39">
        <w:rPr>
          <w:rFonts w:ascii="Arial" w:hAnsi="Arial"/>
          <w:b/>
          <w:bCs/>
        </w:rPr>
        <w:t xml:space="preserve">Aunty Gracelyn </w:t>
      </w:r>
      <w:proofErr w:type="gramStart"/>
      <w:r w:rsidRPr="00F31D39">
        <w:rPr>
          <w:rFonts w:ascii="Arial" w:hAnsi="Arial"/>
          <w:b/>
          <w:bCs/>
        </w:rPr>
        <w:t>Smallwood</w:t>
      </w:r>
      <w:r w:rsidR="7D14BAB3" w:rsidRPr="00F31D39">
        <w:rPr>
          <w:rFonts w:ascii="Arial" w:hAnsi="Arial"/>
          <w:b/>
          <w:bCs/>
        </w:rPr>
        <w:t xml:space="preserve">  </w:t>
      </w:r>
      <w:r w:rsidR="7D14BAB3" w:rsidRPr="00F31D39">
        <w:rPr>
          <w:rFonts w:ascii="Arial" w:hAnsi="Arial"/>
          <w:color w:val="5D7284"/>
        </w:rPr>
        <w:t>31:02</w:t>
      </w:r>
      <w:proofErr w:type="gramEnd"/>
    </w:p>
    <w:p w14:paraId="1D185738" w14:textId="289A203E" w:rsidR="00E4262E" w:rsidRDefault="042F5093" w:rsidP="6026EFDD">
      <w:pPr>
        <w:spacing w:after="0"/>
        <w:rPr>
          <w:rFonts w:ascii="Arial" w:hAnsi="Arial"/>
        </w:rPr>
      </w:pPr>
      <w:r w:rsidRPr="00F31D39">
        <w:rPr>
          <w:rFonts w:ascii="Arial" w:hAnsi="Arial"/>
        </w:rPr>
        <w:t>Well, I knew you'd love me as long as you wanted, and then someday you'd leave me for somebody new, and he surely did</w:t>
      </w:r>
      <w:r w:rsidR="36E17F5F" w:rsidRPr="00F31D39">
        <w:rPr>
          <w:rFonts w:ascii="Arial" w:hAnsi="Arial"/>
        </w:rPr>
        <w:t>.</w:t>
      </w:r>
      <w:r w:rsidRPr="00F31D39">
        <w:rPr>
          <w:rFonts w:ascii="Arial" w:hAnsi="Arial"/>
        </w:rPr>
        <w:t xml:space="preserve"> </w:t>
      </w:r>
      <w:r w:rsidR="449E515D" w:rsidRPr="00F31D39">
        <w:rPr>
          <w:rFonts w:ascii="Arial" w:hAnsi="Arial"/>
        </w:rPr>
        <w:t>W</w:t>
      </w:r>
      <w:r w:rsidRPr="00F31D39">
        <w:rPr>
          <w:rFonts w:ascii="Arial" w:hAnsi="Arial"/>
        </w:rPr>
        <w:t xml:space="preserve">orry. Why do I let myself worry? </w:t>
      </w:r>
      <w:r w:rsidR="03FBFD16" w:rsidRPr="00F31D39">
        <w:rPr>
          <w:rFonts w:ascii="Arial" w:hAnsi="Arial"/>
        </w:rPr>
        <w:t>W</w:t>
      </w:r>
      <w:r w:rsidRPr="00F31D39">
        <w:rPr>
          <w:rFonts w:ascii="Arial" w:hAnsi="Arial"/>
        </w:rPr>
        <w:t xml:space="preserve">ondering, </w:t>
      </w:r>
      <w:r w:rsidR="4DC6DD04" w:rsidRPr="00F31D39">
        <w:rPr>
          <w:rFonts w:ascii="Arial" w:hAnsi="Arial"/>
        </w:rPr>
        <w:t>w</w:t>
      </w:r>
      <w:r w:rsidRPr="00F31D39">
        <w:rPr>
          <w:rFonts w:ascii="Arial" w:hAnsi="Arial"/>
        </w:rPr>
        <w:t>hat in the world did I do? Oh, I'm crazy for thinking that my love could hold you. I'm crazy for trying, crazy for crying, and I'm crazy for loving you</w:t>
      </w:r>
      <w:r w:rsidR="0E070A36" w:rsidRPr="00F31D39">
        <w:rPr>
          <w:rFonts w:ascii="Arial" w:hAnsi="Arial"/>
        </w:rPr>
        <w:t>.</w:t>
      </w:r>
      <w:r w:rsidRPr="00F31D39">
        <w:rPr>
          <w:rFonts w:ascii="Arial" w:hAnsi="Arial"/>
        </w:rPr>
        <w:t xml:space="preserve"> </w:t>
      </w:r>
      <w:r w:rsidR="3A6967FE" w:rsidRPr="00F31D39">
        <w:rPr>
          <w:rFonts w:ascii="Arial" w:hAnsi="Arial"/>
        </w:rPr>
        <w:t>C</w:t>
      </w:r>
      <w:r w:rsidRPr="00F31D39">
        <w:rPr>
          <w:rFonts w:ascii="Arial" w:hAnsi="Arial"/>
        </w:rPr>
        <w:t>razy for thinking that my love could hold you</w:t>
      </w:r>
      <w:r w:rsidR="157C73BB" w:rsidRPr="00F31D39">
        <w:rPr>
          <w:rFonts w:ascii="Arial" w:hAnsi="Arial"/>
        </w:rPr>
        <w:t>.</w:t>
      </w:r>
      <w:r w:rsidRPr="00F31D39">
        <w:rPr>
          <w:rFonts w:ascii="Arial" w:hAnsi="Arial"/>
        </w:rPr>
        <w:t xml:space="preserve"> I'm crazy for trying, crazy for crying and I'm crazy for loving you. Thank you.</w:t>
      </w:r>
      <w:r w:rsidR="6F5EC16E" w:rsidRPr="00F31D39">
        <w:rPr>
          <w:rFonts w:ascii="Arial" w:hAnsi="Arial"/>
        </w:rPr>
        <w:t xml:space="preserve"> </w:t>
      </w:r>
      <w:r w:rsidR="7D14BAB3" w:rsidRPr="00F31D39">
        <w:rPr>
          <w:rFonts w:ascii="Arial" w:hAnsi="Arial"/>
        </w:rPr>
        <w:t xml:space="preserve">Thank </w:t>
      </w:r>
      <w:proofErr w:type="gramStart"/>
      <w:r w:rsidR="7D14BAB3" w:rsidRPr="00F31D39">
        <w:rPr>
          <w:rFonts w:ascii="Arial" w:hAnsi="Arial"/>
        </w:rPr>
        <w:t>you all the human rights mob</w:t>
      </w:r>
      <w:proofErr w:type="gramEnd"/>
      <w:r w:rsidR="7D14BAB3" w:rsidRPr="00F31D39">
        <w:rPr>
          <w:rFonts w:ascii="Arial" w:hAnsi="Arial"/>
        </w:rPr>
        <w:t>.</w:t>
      </w:r>
    </w:p>
    <w:sectPr w:rsidR="00E4262E" w:rsidSect="001216B9">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7D08" w14:textId="77777777" w:rsidR="004F69BB" w:rsidRDefault="004F69BB">
      <w:pPr>
        <w:spacing w:after="0" w:line="240" w:lineRule="auto"/>
      </w:pPr>
      <w:r>
        <w:separator/>
      </w:r>
    </w:p>
  </w:endnote>
  <w:endnote w:type="continuationSeparator" w:id="0">
    <w:p w14:paraId="20626215" w14:textId="77777777" w:rsidR="004F69BB" w:rsidRDefault="004F6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5082A5C3"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31BAC" w14:textId="77777777" w:rsidR="004F69BB" w:rsidRDefault="004F69BB">
      <w:pPr>
        <w:spacing w:after="0" w:line="240" w:lineRule="auto"/>
      </w:pPr>
      <w:r>
        <w:separator/>
      </w:r>
    </w:p>
  </w:footnote>
  <w:footnote w:type="continuationSeparator" w:id="0">
    <w:p w14:paraId="732329F9" w14:textId="77777777" w:rsidR="004F69BB" w:rsidRDefault="004F6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9730897">
    <w:abstractNumId w:val="8"/>
  </w:num>
  <w:num w:numId="2" w16cid:durableId="1581407268">
    <w:abstractNumId w:val="6"/>
  </w:num>
  <w:num w:numId="3" w16cid:durableId="2125607928">
    <w:abstractNumId w:val="5"/>
  </w:num>
  <w:num w:numId="4" w16cid:durableId="247420630">
    <w:abstractNumId w:val="4"/>
  </w:num>
  <w:num w:numId="5" w16cid:durableId="2002006005">
    <w:abstractNumId w:val="7"/>
  </w:num>
  <w:num w:numId="6" w16cid:durableId="1129084649">
    <w:abstractNumId w:val="3"/>
  </w:num>
  <w:num w:numId="7" w16cid:durableId="1805343935">
    <w:abstractNumId w:val="2"/>
  </w:num>
  <w:num w:numId="8" w16cid:durableId="1071926587">
    <w:abstractNumId w:val="1"/>
  </w:num>
  <w:num w:numId="9" w16cid:durableId="1812939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85E"/>
    <w:rsid w:val="00050A6B"/>
    <w:rsid w:val="0006063C"/>
    <w:rsid w:val="00066610"/>
    <w:rsid w:val="000A113B"/>
    <w:rsid w:val="001216B9"/>
    <w:rsid w:val="0015074B"/>
    <w:rsid w:val="001649C8"/>
    <w:rsid w:val="00194019"/>
    <w:rsid w:val="001D07FF"/>
    <w:rsid w:val="002428F6"/>
    <w:rsid w:val="0029639D"/>
    <w:rsid w:val="002D4DC2"/>
    <w:rsid w:val="003231E9"/>
    <w:rsid w:val="00326F90"/>
    <w:rsid w:val="00386BC2"/>
    <w:rsid w:val="004A641F"/>
    <w:rsid w:val="004B593C"/>
    <w:rsid w:val="004F69BB"/>
    <w:rsid w:val="00517C8A"/>
    <w:rsid w:val="005A7233"/>
    <w:rsid w:val="006207ED"/>
    <w:rsid w:val="0066A1C7"/>
    <w:rsid w:val="006E2A8C"/>
    <w:rsid w:val="007749AF"/>
    <w:rsid w:val="00794EBC"/>
    <w:rsid w:val="008D4248"/>
    <w:rsid w:val="008E140B"/>
    <w:rsid w:val="008F7249"/>
    <w:rsid w:val="00923BF2"/>
    <w:rsid w:val="00930F33"/>
    <w:rsid w:val="009469E4"/>
    <w:rsid w:val="0096CCC6"/>
    <w:rsid w:val="009B2902"/>
    <w:rsid w:val="009C3AF0"/>
    <w:rsid w:val="00A12EE5"/>
    <w:rsid w:val="00AA1D8D"/>
    <w:rsid w:val="00AB7B93"/>
    <w:rsid w:val="00B47730"/>
    <w:rsid w:val="00BA4C2B"/>
    <w:rsid w:val="00BD0140"/>
    <w:rsid w:val="00C24502"/>
    <w:rsid w:val="00CB0664"/>
    <w:rsid w:val="00CD3239"/>
    <w:rsid w:val="00D1240A"/>
    <w:rsid w:val="00D31FF6"/>
    <w:rsid w:val="00D355F8"/>
    <w:rsid w:val="00D57E81"/>
    <w:rsid w:val="00DE09B8"/>
    <w:rsid w:val="00E4262E"/>
    <w:rsid w:val="00ED3244"/>
    <w:rsid w:val="00F31D39"/>
    <w:rsid w:val="00F40895"/>
    <w:rsid w:val="00F93DC7"/>
    <w:rsid w:val="00FC693F"/>
    <w:rsid w:val="02364348"/>
    <w:rsid w:val="023CE6B7"/>
    <w:rsid w:val="024ED1AF"/>
    <w:rsid w:val="02DF4339"/>
    <w:rsid w:val="037C864E"/>
    <w:rsid w:val="03907F0B"/>
    <w:rsid w:val="03FBFD16"/>
    <w:rsid w:val="042F5093"/>
    <w:rsid w:val="04433247"/>
    <w:rsid w:val="0481A588"/>
    <w:rsid w:val="04848887"/>
    <w:rsid w:val="050B1D0A"/>
    <w:rsid w:val="051363BE"/>
    <w:rsid w:val="06BDCF55"/>
    <w:rsid w:val="07052CEF"/>
    <w:rsid w:val="073FF64F"/>
    <w:rsid w:val="075AC2D1"/>
    <w:rsid w:val="07BBEBE8"/>
    <w:rsid w:val="07DA702F"/>
    <w:rsid w:val="0857CE39"/>
    <w:rsid w:val="085E9614"/>
    <w:rsid w:val="08DA915F"/>
    <w:rsid w:val="0974C613"/>
    <w:rsid w:val="0A138CF6"/>
    <w:rsid w:val="0C46A657"/>
    <w:rsid w:val="0DC1FE19"/>
    <w:rsid w:val="0E070A36"/>
    <w:rsid w:val="0E5AA5CB"/>
    <w:rsid w:val="0E6808D1"/>
    <w:rsid w:val="0EDA7719"/>
    <w:rsid w:val="0F22759F"/>
    <w:rsid w:val="0FED27C9"/>
    <w:rsid w:val="103A5EBD"/>
    <w:rsid w:val="105900F5"/>
    <w:rsid w:val="10A5B3D5"/>
    <w:rsid w:val="1208AF72"/>
    <w:rsid w:val="12DD9989"/>
    <w:rsid w:val="1306C32A"/>
    <w:rsid w:val="135DC2A5"/>
    <w:rsid w:val="13F0B0E9"/>
    <w:rsid w:val="13FB7940"/>
    <w:rsid w:val="1407F874"/>
    <w:rsid w:val="1447C05D"/>
    <w:rsid w:val="14752297"/>
    <w:rsid w:val="14B125E5"/>
    <w:rsid w:val="157C73BB"/>
    <w:rsid w:val="157FC8B6"/>
    <w:rsid w:val="1605806D"/>
    <w:rsid w:val="1674FBBF"/>
    <w:rsid w:val="175250EE"/>
    <w:rsid w:val="17B126D0"/>
    <w:rsid w:val="189CEA41"/>
    <w:rsid w:val="18E74E47"/>
    <w:rsid w:val="19C0F7A9"/>
    <w:rsid w:val="1A4C8023"/>
    <w:rsid w:val="1B17DAAE"/>
    <w:rsid w:val="1BA22646"/>
    <w:rsid w:val="1C9C0CA2"/>
    <w:rsid w:val="1CCA7D17"/>
    <w:rsid w:val="1D6517B1"/>
    <w:rsid w:val="1E1ADF98"/>
    <w:rsid w:val="1E716908"/>
    <w:rsid w:val="1E9CC2CE"/>
    <w:rsid w:val="1EA4DA5B"/>
    <w:rsid w:val="1ED26628"/>
    <w:rsid w:val="1F01FD30"/>
    <w:rsid w:val="1F952496"/>
    <w:rsid w:val="1FD6CD3B"/>
    <w:rsid w:val="1FFDC785"/>
    <w:rsid w:val="208B2486"/>
    <w:rsid w:val="216C2FC4"/>
    <w:rsid w:val="22103774"/>
    <w:rsid w:val="2226A2D0"/>
    <w:rsid w:val="22BC5A17"/>
    <w:rsid w:val="236CBA57"/>
    <w:rsid w:val="23A458DB"/>
    <w:rsid w:val="23A822CF"/>
    <w:rsid w:val="2496289D"/>
    <w:rsid w:val="25CF78A4"/>
    <w:rsid w:val="2610F416"/>
    <w:rsid w:val="261FE7D7"/>
    <w:rsid w:val="26A03005"/>
    <w:rsid w:val="271B487E"/>
    <w:rsid w:val="271EAF28"/>
    <w:rsid w:val="276573F6"/>
    <w:rsid w:val="288B5CF7"/>
    <w:rsid w:val="2894B711"/>
    <w:rsid w:val="29B6846B"/>
    <w:rsid w:val="2A8C7879"/>
    <w:rsid w:val="2A8E8C0B"/>
    <w:rsid w:val="2BA5D3A0"/>
    <w:rsid w:val="2C41F934"/>
    <w:rsid w:val="2C4F8F3F"/>
    <w:rsid w:val="2C86A009"/>
    <w:rsid w:val="2CE2781A"/>
    <w:rsid w:val="2CF89A88"/>
    <w:rsid w:val="2D629CCD"/>
    <w:rsid w:val="2D821457"/>
    <w:rsid w:val="2DB6DAE1"/>
    <w:rsid w:val="2E57C6C1"/>
    <w:rsid w:val="2F3C320F"/>
    <w:rsid w:val="304CCBE9"/>
    <w:rsid w:val="31289B09"/>
    <w:rsid w:val="31F0ED9F"/>
    <w:rsid w:val="322A336A"/>
    <w:rsid w:val="32E828F9"/>
    <w:rsid w:val="32F3965E"/>
    <w:rsid w:val="339D2A29"/>
    <w:rsid w:val="34A1CD9E"/>
    <w:rsid w:val="35553342"/>
    <w:rsid w:val="36227E69"/>
    <w:rsid w:val="367D39DF"/>
    <w:rsid w:val="36E17F5F"/>
    <w:rsid w:val="3756D175"/>
    <w:rsid w:val="375FA1C7"/>
    <w:rsid w:val="38C0D49B"/>
    <w:rsid w:val="39248B50"/>
    <w:rsid w:val="3992CE1D"/>
    <w:rsid w:val="3A5314CE"/>
    <w:rsid w:val="3A6837B0"/>
    <w:rsid w:val="3A6967FE"/>
    <w:rsid w:val="3A874193"/>
    <w:rsid w:val="3B6AD247"/>
    <w:rsid w:val="3B6DAEF6"/>
    <w:rsid w:val="3B9F449C"/>
    <w:rsid w:val="3C193D09"/>
    <w:rsid w:val="3C1A3D52"/>
    <w:rsid w:val="3CAB7AE7"/>
    <w:rsid w:val="3D4DD437"/>
    <w:rsid w:val="3D9EFF43"/>
    <w:rsid w:val="3F6EE238"/>
    <w:rsid w:val="3F6F0021"/>
    <w:rsid w:val="40E64F33"/>
    <w:rsid w:val="41DB53E3"/>
    <w:rsid w:val="4394386D"/>
    <w:rsid w:val="43E3ACCB"/>
    <w:rsid w:val="4434DAE0"/>
    <w:rsid w:val="447ECD2F"/>
    <w:rsid w:val="449E515D"/>
    <w:rsid w:val="451521C6"/>
    <w:rsid w:val="4535121A"/>
    <w:rsid w:val="45982A64"/>
    <w:rsid w:val="46B37543"/>
    <w:rsid w:val="471D2EC4"/>
    <w:rsid w:val="472544C0"/>
    <w:rsid w:val="4745B46F"/>
    <w:rsid w:val="4791827C"/>
    <w:rsid w:val="47E40508"/>
    <w:rsid w:val="48463A78"/>
    <w:rsid w:val="4868E04D"/>
    <w:rsid w:val="48D9B176"/>
    <w:rsid w:val="4A04039C"/>
    <w:rsid w:val="4AD62771"/>
    <w:rsid w:val="4BA34C25"/>
    <w:rsid w:val="4C0E6C55"/>
    <w:rsid w:val="4CC7FF44"/>
    <w:rsid w:val="4D1E77AA"/>
    <w:rsid w:val="4D4CA1B9"/>
    <w:rsid w:val="4D5CA1A9"/>
    <w:rsid w:val="4D6EE31B"/>
    <w:rsid w:val="4D7CD800"/>
    <w:rsid w:val="4D83FB69"/>
    <w:rsid w:val="4DC6DD04"/>
    <w:rsid w:val="4E5C66DE"/>
    <w:rsid w:val="4E6E670A"/>
    <w:rsid w:val="4F5D9FCD"/>
    <w:rsid w:val="4F7CACE8"/>
    <w:rsid w:val="4FB1EDC2"/>
    <w:rsid w:val="4FCD1393"/>
    <w:rsid w:val="504A0ECF"/>
    <w:rsid w:val="505778E8"/>
    <w:rsid w:val="50D2F7AA"/>
    <w:rsid w:val="50F05083"/>
    <w:rsid w:val="510F6D0B"/>
    <w:rsid w:val="51D1F73C"/>
    <w:rsid w:val="522814C2"/>
    <w:rsid w:val="534A67D6"/>
    <w:rsid w:val="5379F24D"/>
    <w:rsid w:val="53A11200"/>
    <w:rsid w:val="541828D9"/>
    <w:rsid w:val="555FC024"/>
    <w:rsid w:val="55C17387"/>
    <w:rsid w:val="55CCEBF1"/>
    <w:rsid w:val="57370C9D"/>
    <w:rsid w:val="57521D0B"/>
    <w:rsid w:val="584E3CB2"/>
    <w:rsid w:val="5A5C523B"/>
    <w:rsid w:val="5A7F49ED"/>
    <w:rsid w:val="5AED6A83"/>
    <w:rsid w:val="5D61E023"/>
    <w:rsid w:val="5D965151"/>
    <w:rsid w:val="5DA888AA"/>
    <w:rsid w:val="5DAEB8EF"/>
    <w:rsid w:val="5E2D1764"/>
    <w:rsid w:val="5EDD34B1"/>
    <w:rsid w:val="5F0FD778"/>
    <w:rsid w:val="5F142A95"/>
    <w:rsid w:val="6026EFDD"/>
    <w:rsid w:val="60288EF6"/>
    <w:rsid w:val="6053480B"/>
    <w:rsid w:val="608028F2"/>
    <w:rsid w:val="60B92BFB"/>
    <w:rsid w:val="614E776E"/>
    <w:rsid w:val="61A69C75"/>
    <w:rsid w:val="622C2849"/>
    <w:rsid w:val="62667D0E"/>
    <w:rsid w:val="626E141B"/>
    <w:rsid w:val="62F8D416"/>
    <w:rsid w:val="642D2AB1"/>
    <w:rsid w:val="644320DD"/>
    <w:rsid w:val="64963031"/>
    <w:rsid w:val="64FBA8E8"/>
    <w:rsid w:val="65451EA8"/>
    <w:rsid w:val="65AA7EDA"/>
    <w:rsid w:val="65BE6C62"/>
    <w:rsid w:val="6741BE2A"/>
    <w:rsid w:val="676B807F"/>
    <w:rsid w:val="68AE7C29"/>
    <w:rsid w:val="68E310A4"/>
    <w:rsid w:val="6976C949"/>
    <w:rsid w:val="69B0AE1C"/>
    <w:rsid w:val="6A51C2C8"/>
    <w:rsid w:val="6AAF40A3"/>
    <w:rsid w:val="6B6C6E0D"/>
    <w:rsid w:val="6BBA1B75"/>
    <w:rsid w:val="6C1FF5F8"/>
    <w:rsid w:val="6C259778"/>
    <w:rsid w:val="6C69330C"/>
    <w:rsid w:val="6C72D755"/>
    <w:rsid w:val="6D7CB2EB"/>
    <w:rsid w:val="6DDB3DEF"/>
    <w:rsid w:val="6E4D934D"/>
    <w:rsid w:val="6F2668F9"/>
    <w:rsid w:val="6F5EC16E"/>
    <w:rsid w:val="6FFC019F"/>
    <w:rsid w:val="701414B7"/>
    <w:rsid w:val="702BC628"/>
    <w:rsid w:val="702EFB2C"/>
    <w:rsid w:val="71CDD4AD"/>
    <w:rsid w:val="72389FFF"/>
    <w:rsid w:val="733DF397"/>
    <w:rsid w:val="75790DC0"/>
    <w:rsid w:val="758F4426"/>
    <w:rsid w:val="762E607D"/>
    <w:rsid w:val="765194BB"/>
    <w:rsid w:val="7678D8A0"/>
    <w:rsid w:val="77B736F9"/>
    <w:rsid w:val="789FFB98"/>
    <w:rsid w:val="78AAFAD5"/>
    <w:rsid w:val="78D98B3B"/>
    <w:rsid w:val="78E58381"/>
    <w:rsid w:val="7904E03C"/>
    <w:rsid w:val="797E8791"/>
    <w:rsid w:val="79C5F706"/>
    <w:rsid w:val="7A422046"/>
    <w:rsid w:val="7B0AE1F6"/>
    <w:rsid w:val="7BD8E0F0"/>
    <w:rsid w:val="7BFD69D8"/>
    <w:rsid w:val="7C474062"/>
    <w:rsid w:val="7C5E8731"/>
    <w:rsid w:val="7CE7434D"/>
    <w:rsid w:val="7D14BAB3"/>
    <w:rsid w:val="7D1A23B2"/>
    <w:rsid w:val="7D728D3C"/>
    <w:rsid w:val="7D901682"/>
    <w:rsid w:val="7DB6E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 w:type="paragraph" w:styleId="Revision">
    <w:name w:val="Revision"/>
    <w:hidden/>
    <w:uiPriority w:val="99"/>
    <w:semiHidden/>
    <w:rsid w:val="00D35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6155ed63-341b-4a6d-8d92-bc71a3205411" ContentTypeId="0x0101000118694C86DCC840B8A954DADB00E5EA"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43c72d-eb76-4049-99ea-07473b15cc0c">
      <Terms xmlns="http://schemas.microsoft.com/office/infopath/2007/PartnerControls"/>
    </lcf76f155ced4ddcb4097134ff3c332f>
    <TaxCatchAll xmlns="ca61dc34-46aa-470b-af0e-0de93029fe6e">
      <Value>36</Value>
    </TaxCatchAll>
    <eeb7374700b34cdba6ada6117c616034 xmlns="0c43c72d-eb76-4049-99ea-07473b15cc0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673bede0-8f6d-40f0-a0d2-3ae341685de0</TermId>
        </TermInfo>
      </Terms>
    </eeb7374700b34cdba6ada6117c616034>
    <oa9fbd0508de436da13dc19a72853b3f xmlns="0c43c72d-eb76-4049-99ea-07473b15cc0c" xsi:nil="true"/>
    <ConsentStatus xmlns="0c43c72d-eb76-4049-99ea-07473b15cc0c" xsi:nil="true"/>
    <ProjectType xmlns="0c43c72d-eb76-4049-99ea-07473b15cc0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QHRC Document" ma:contentTypeID="0x0101000118694C86DCC840B8A954DADB00E5EA003E84DEDAC4846149B794043C96BA4143" ma:contentTypeVersion="20" ma:contentTypeDescription="" ma:contentTypeScope="" ma:versionID="90c89db547b50091b1bb51c7ae397417">
  <xsd:schema xmlns:xsd="http://www.w3.org/2001/XMLSchema" xmlns:xs="http://www.w3.org/2001/XMLSchema" xmlns:p="http://schemas.microsoft.com/office/2006/metadata/properties" xmlns:ns2="0c43c72d-eb76-4049-99ea-07473b15cc0c" xmlns:ns3="ca61dc34-46aa-470b-af0e-0de93029fe6e" targetNamespace="http://schemas.microsoft.com/office/2006/metadata/properties" ma:root="true" ma:fieldsID="adc72efcd1fbbd0f9274fa15a7aa5f3c" ns2:_="" ns3:_="">
    <xsd:import namespace="0c43c72d-eb76-4049-99ea-07473b15cc0c"/>
    <xsd:import namespace="ca61dc34-46aa-470b-af0e-0de93029fe6e"/>
    <xsd:element name="properties">
      <xsd:complexType>
        <xsd:sequence>
          <xsd:element name="documentManagement">
            <xsd:complexType>
              <xsd:all>
                <xsd:element ref="ns2:oa9fbd0508de436da13dc19a72853b3f" minOccurs="0"/>
                <xsd:element ref="ns3:TaxCatchAll" minOccurs="0"/>
                <xsd:element ref="ns2:TaxCatchAllLabel" minOccurs="0"/>
                <xsd:element ref="ns2:ProjectType" minOccurs="0"/>
                <xsd:element ref="ns2:ConsentStatus" minOccurs="0"/>
                <xsd:element ref="ns2:eeb7374700b34cdba6ada6117c616034"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3c72d-eb76-4049-99ea-07473b15cc0c" elementFormDefault="qualified">
    <xsd:import namespace="http://schemas.microsoft.com/office/2006/documentManagement/types"/>
    <xsd:import namespace="http://schemas.microsoft.com/office/infopath/2007/PartnerControls"/>
    <xsd:element name="oa9fbd0508de436da13dc19a72853b3f" ma:index="8" nillable="true" ma:displayName="DocumentType_0" ma:hidden="true" ma:internalName="oa9fbd0508de436da13dc19a72853b3f">
      <xsd:simpleType>
        <xsd:restriction base="dms:Note"/>
      </xsd:simpleType>
    </xsd:element>
    <xsd:element name="TaxCatchAllLabel" ma:index="10" nillable="true" ma:displayName="Taxonomy Catch All Column1" ma:hidden="true" ma:list="{1077a3bf-a85c-4608-877e-9ab734cca5a7}"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ProjectType" ma:index="12" nillable="true" ma:displayName="Campaigns/Project Type" ma:format="Dropdown" ma:internalName="ProjectType">
      <xsd:simpleType>
        <xsd:restriction base="dms:Choice">
          <xsd:enumeration value="Event"/>
          <xsd:enumeration value="Publication"/>
        </xsd:restriction>
      </xsd:simpleType>
    </xsd:element>
    <xsd:element name="ConsentStatus" ma:index="13" nillable="true" ma:displayName="Consent Status" ma:format="Dropdown" ma:internalName="ConsentStatus">
      <xsd:simpleType>
        <xsd:restriction base="dms:Choice">
          <xsd:enumeration value="Consent withdrawn"/>
          <xsd:enumeration value="Not applicable"/>
          <xsd:enumeration value="Consent applicable"/>
        </xsd:restriction>
      </xsd:simpleType>
    </xsd:element>
    <xsd:element name="eeb7374700b34cdba6ada6117c616034" ma:index="15" nillable="true" ma:taxonomy="true" ma:internalName="eeb7374700b34cdba6ada6117c616034" ma:taxonomyFieldName="CalendarYear" ma:displayName="Calendar Year" ma:default="36;#2025|673bede0-8f6d-40f0-a0d2-3ae341685de0" ma:fieldId="{eeb73747-00b3-4cdb-a6ad-a6117c616034}" ma:sspId="6155ed63-341b-4a6d-8d92-bc71a3205411" ma:termSetId="8be0305c-b7a6-464c-ae96-1446ddc0e5a5"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155ed63-341b-4a6d-8d92-bc71a320541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077a3bf-a85c-4608-877e-9ab734cca5a7}" ma:internalName="TaxCatchAll" ma:showField="CatchAllData" ma:web="66e99b15-4c5c-4657-a98c-11e0a0731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customXml/itemProps2.xml><?xml version="1.0" encoding="utf-8"?>
<ds:datastoreItem xmlns:ds="http://schemas.openxmlformats.org/officeDocument/2006/customXml" ds:itemID="{C612E835-3D17-4FD2-933E-25C49E084766}">
  <ds:schemaRefs>
    <ds:schemaRef ds:uri="Microsoft.SharePoint.Taxonomy.ContentTypeSync"/>
  </ds:schemaRefs>
</ds:datastoreItem>
</file>

<file path=customXml/itemProps3.xml><?xml version="1.0" encoding="utf-8"?>
<ds:datastoreItem xmlns:ds="http://schemas.openxmlformats.org/officeDocument/2006/customXml" ds:itemID="{1481C75B-068F-4AE8-BE38-E9B7BBD87CDB}">
  <ds:schemaRefs>
    <ds:schemaRef ds:uri="http://schemas.microsoft.com/office/2006/metadata/properties"/>
    <ds:schemaRef ds:uri="http://schemas.microsoft.com/office/infopath/2007/PartnerControls"/>
    <ds:schemaRef ds:uri="0c43c72d-eb76-4049-99ea-07473b15cc0c"/>
    <ds:schemaRef ds:uri="ca61dc34-46aa-470b-af0e-0de93029fe6e"/>
  </ds:schemaRefs>
</ds:datastoreItem>
</file>

<file path=customXml/itemProps4.xml><?xml version="1.0" encoding="utf-8"?>
<ds:datastoreItem xmlns:ds="http://schemas.openxmlformats.org/officeDocument/2006/customXml" ds:itemID="{AC708084-57F0-4076-AF44-E84CE325EB8A}">
  <ds:schemaRefs>
    <ds:schemaRef ds:uri="http://schemas.microsoft.com/sharepoint/v3/contenttype/forms"/>
  </ds:schemaRefs>
</ds:datastoreItem>
</file>

<file path=customXml/itemProps5.xml><?xml version="1.0" encoding="utf-8"?>
<ds:datastoreItem xmlns:ds="http://schemas.openxmlformats.org/officeDocument/2006/customXml" ds:itemID="{8A042BE1-C3A2-4E8C-9953-1C3D8C087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3c72d-eb76-4049-99ea-07473b15cc0c"/>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4673</Words>
  <Characters>22114</Characters>
  <Application>Microsoft Office Word</Application>
  <DocSecurity>0</DocSecurity>
  <Lines>369</Lines>
  <Paragraphs>93</Paragraphs>
  <ScaleCrop>false</ScaleCrop>
  <Manager/>
  <Company/>
  <LinksUpToDate>false</LinksUpToDate>
  <CharactersWithSpaces>26743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Rex Cho</cp:lastModifiedBy>
  <cp:revision>16</cp:revision>
  <dcterms:created xsi:type="dcterms:W3CDTF">2025-10-09T23:40:00Z</dcterms:created>
  <dcterms:modified xsi:type="dcterms:W3CDTF">2025-11-28T03:31:00Z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0x0101000118694C86DCC840B8A954DADB00E5EA003E84DEDAC4846149B794043C96BA4143</vt:lpwstr>
  </property>
  <property fmtid="{D5CDD505-2E9C-101B-9397-08002B2CF9AE}" pid="3" name="MediaServiceImageTags">
    <vt:lpwstr/>
  </property>
  <property fmtid="{D5CDD505-2E9C-101B-9397-08002B2CF9AE}" pid="4" name="DocumentType">
    <vt:lpwstr/>
  </property>
  <property fmtid="{D5CDD505-2E9C-101B-9397-08002B2CF9AE}" pid="5" name="CalendarYear">
    <vt:lpwstr>36;#2025|673bede0-8f6d-40f0-a0d2-3ae341685de0</vt:lpwstr>
  </property>
  <property fmtid="{D5CDD505-2E9C-101B-9397-08002B2CF9AE}" pid="6" name="oa9fbd0508de436da13dc19a72853b3f0">
    <vt:lpwstr/>
  </property>
</Properties>
</file>