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6D61C" w14:textId="0719B0C0" w:rsidR="00930F33" w:rsidRDefault="00930F33">
      <w:pPr>
        <w:spacing w:after="0"/>
        <w:rPr>
          <w:lang w:eastAsia="zh-CN"/>
        </w:rPr>
      </w:pPr>
    </w:p>
    <w:p w14:paraId="2B2ECCAF" w14:textId="209BACF8" w:rsidR="002F502A" w:rsidRPr="00674829" w:rsidRDefault="09626C6D">
      <w:r w:rsidRPr="00674829">
        <w:rPr>
          <w:rFonts w:ascii="Arial" w:hAnsi="Arial"/>
          <w:sz w:val="48"/>
          <w:szCs w:val="48"/>
        </w:rPr>
        <w:t>QHRC_S1EP3_FINAL AUDIO Transcript</w:t>
      </w:r>
    </w:p>
    <w:p w14:paraId="7790211C" w14:textId="77777777" w:rsidR="002F502A" w:rsidRPr="00674829" w:rsidRDefault="00C64E33">
      <w:pPr>
        <w:spacing w:before="440" w:after="0"/>
      </w:pPr>
      <w:r w:rsidRPr="00674829">
        <w:rPr>
          <w:rFonts w:ascii="Arial" w:hAnsi="Arial"/>
          <w:b/>
          <w:color w:val="4F6880"/>
        </w:rPr>
        <w:t>SUMMARY KEYWORDS</w:t>
      </w:r>
    </w:p>
    <w:p w14:paraId="6B6D92AE" w14:textId="77777777" w:rsidR="002F502A" w:rsidRPr="00674829" w:rsidRDefault="00C64E33">
      <w:r w:rsidRPr="00674829">
        <w:rPr>
          <w:rFonts w:ascii="Arial" w:hAnsi="Arial"/>
          <w:color w:val="4F6880"/>
        </w:rPr>
        <w:t>Self-determination, cultural preservation, Indigenous rights, community leadership, art activism, traditional stories, land connection, Native Title Act, cultural identity, youth empowerment, economic disparity, climate action, human rights, spiritual beliefs, educational legacy.</w:t>
      </w:r>
    </w:p>
    <w:p w14:paraId="63CD2F8A" w14:textId="77777777" w:rsidR="002F502A" w:rsidRPr="00674829" w:rsidRDefault="00C64E33">
      <w:pPr>
        <w:spacing w:before="440" w:after="0"/>
      </w:pPr>
      <w:r w:rsidRPr="00674829">
        <w:rPr>
          <w:rFonts w:ascii="Arial" w:hAnsi="Arial"/>
          <w:b/>
          <w:color w:val="4F6880"/>
        </w:rPr>
        <w:t>SPEAKERS</w:t>
      </w:r>
    </w:p>
    <w:p w14:paraId="3263BB6A" w14:textId="08683B4F" w:rsidR="002F502A" w:rsidRPr="00674829" w:rsidRDefault="09626C6D">
      <w:r w:rsidRPr="00674829">
        <w:rPr>
          <w:rFonts w:ascii="Arial" w:hAnsi="Arial"/>
          <w:color w:val="4F6880"/>
        </w:rPr>
        <w:t xml:space="preserve">Thomas Mayo, Dr Mark Wenitong, </w:t>
      </w:r>
      <w:r w:rsidR="32231E60" w:rsidRPr="00674829">
        <w:rPr>
          <w:rFonts w:ascii="Arial" w:hAnsi="Arial"/>
          <w:color w:val="4F6880"/>
        </w:rPr>
        <w:t>Gaja Kerry Charlton</w:t>
      </w:r>
      <w:r w:rsidRPr="00674829">
        <w:rPr>
          <w:rFonts w:ascii="Arial" w:hAnsi="Arial"/>
          <w:color w:val="4F6880"/>
        </w:rPr>
        <w:t xml:space="preserve">, Dr Alicia Veasey, </w:t>
      </w:r>
      <w:proofErr w:type="spellStart"/>
      <w:r w:rsidRPr="00674829">
        <w:rPr>
          <w:rFonts w:ascii="Arial" w:hAnsi="Arial"/>
          <w:color w:val="4F6880"/>
        </w:rPr>
        <w:t>Elverina</w:t>
      </w:r>
      <w:proofErr w:type="spellEnd"/>
      <w:r w:rsidRPr="00674829">
        <w:rPr>
          <w:rFonts w:ascii="Arial" w:hAnsi="Arial"/>
          <w:color w:val="4F6880"/>
        </w:rPr>
        <w:t xml:space="preserve"> Johnson, </w:t>
      </w:r>
      <w:proofErr w:type="spellStart"/>
      <w:r w:rsidRPr="00674829">
        <w:rPr>
          <w:rFonts w:ascii="Arial" w:hAnsi="Arial"/>
          <w:color w:val="4F6880"/>
        </w:rPr>
        <w:t>Solua</w:t>
      </w:r>
      <w:proofErr w:type="spellEnd"/>
      <w:r w:rsidRPr="00674829">
        <w:rPr>
          <w:rFonts w:ascii="Arial" w:hAnsi="Arial"/>
          <w:color w:val="4F6880"/>
        </w:rPr>
        <w:t xml:space="preserve"> Middleton, Bruce Simpson, Manny Williams, Suzanne Thomson, Alf Lacey, Vonda Malone, Kaleb Mabo, Mena Waller</w:t>
      </w:r>
    </w:p>
    <w:p w14:paraId="672A6659" w14:textId="77777777" w:rsidR="002F502A" w:rsidRPr="00674829" w:rsidRDefault="002F502A">
      <w:pPr>
        <w:spacing w:after="0"/>
      </w:pPr>
    </w:p>
    <w:p w14:paraId="333A68BD" w14:textId="77777777" w:rsidR="002F502A" w:rsidRPr="00674829" w:rsidRDefault="00C64E33">
      <w:pPr>
        <w:spacing w:after="0"/>
      </w:pPr>
      <w:r w:rsidRPr="00674829">
        <w:rPr>
          <w:rFonts w:ascii="Arial" w:hAnsi="Arial"/>
          <w:b/>
        </w:rPr>
        <w:t xml:space="preserve">Thomas Mayo  </w:t>
      </w:r>
      <w:r w:rsidRPr="00674829">
        <w:rPr>
          <w:rFonts w:ascii="Arial" w:hAnsi="Arial"/>
          <w:color w:val="5D7284"/>
        </w:rPr>
        <w:t>00:00</w:t>
      </w:r>
    </w:p>
    <w:p w14:paraId="0A13EEF9" w14:textId="58019622" w:rsidR="002F502A" w:rsidRPr="00674829" w:rsidRDefault="3892170F">
      <w:pPr>
        <w:spacing w:after="0"/>
      </w:pPr>
      <w:r w:rsidRPr="00674829">
        <w:rPr>
          <w:rFonts w:ascii="Arial" w:hAnsi="Arial"/>
        </w:rPr>
        <w:t xml:space="preserve">We acknowledge the traditional custodians of the land on which the podcast was made, the </w:t>
      </w:r>
      <w:proofErr w:type="spellStart"/>
      <w:r w:rsidR="0022492C" w:rsidRPr="00674829">
        <w:rPr>
          <w:rFonts w:ascii="Arial" w:hAnsi="Arial"/>
        </w:rPr>
        <w:t>Ja</w:t>
      </w:r>
      <w:r w:rsidR="00F3314D" w:rsidRPr="00674829">
        <w:rPr>
          <w:rFonts w:ascii="Arial" w:hAnsi="Arial"/>
        </w:rPr>
        <w:t>ge</w:t>
      </w:r>
      <w:r w:rsidR="0022492C" w:rsidRPr="00674829">
        <w:rPr>
          <w:rFonts w:ascii="Arial" w:hAnsi="Arial"/>
        </w:rPr>
        <w:t>ra</w:t>
      </w:r>
      <w:proofErr w:type="spellEnd"/>
      <w:r w:rsidR="31D3B65F" w:rsidRPr="00674829">
        <w:rPr>
          <w:rFonts w:ascii="Arial" w:eastAsia="Arial" w:hAnsi="Arial" w:cs="Arial"/>
          <w:color w:val="000000" w:themeColor="text1"/>
        </w:rPr>
        <w:t xml:space="preserve"> and </w:t>
      </w:r>
      <w:proofErr w:type="spellStart"/>
      <w:r w:rsidR="31D3B65F" w:rsidRPr="00674829">
        <w:rPr>
          <w:rFonts w:ascii="Arial" w:eastAsia="Arial" w:hAnsi="Arial" w:cs="Arial"/>
          <w:color w:val="000000" w:themeColor="text1"/>
        </w:rPr>
        <w:t>Turrbal</w:t>
      </w:r>
      <w:proofErr w:type="spellEnd"/>
      <w:r w:rsidR="31D3B65F" w:rsidRPr="00674829">
        <w:rPr>
          <w:rFonts w:ascii="Arial" w:eastAsia="Arial" w:hAnsi="Arial" w:cs="Arial"/>
          <w:color w:val="000000" w:themeColor="text1"/>
        </w:rPr>
        <w:t xml:space="preserve"> peoples</w:t>
      </w:r>
      <w:r w:rsidRPr="00674829">
        <w:rPr>
          <w:rFonts w:ascii="Arial" w:hAnsi="Arial"/>
        </w:rPr>
        <w:t xml:space="preserve">. We </w:t>
      </w:r>
      <w:proofErr w:type="spellStart"/>
      <w:r w:rsidRPr="00674829">
        <w:rPr>
          <w:rFonts w:ascii="Arial" w:hAnsi="Arial"/>
        </w:rPr>
        <w:t>recogni</w:t>
      </w:r>
      <w:r w:rsidR="26AA04BD" w:rsidRPr="00674829">
        <w:rPr>
          <w:rFonts w:ascii="Arial" w:hAnsi="Arial"/>
        </w:rPr>
        <w:t>s</w:t>
      </w:r>
      <w:r w:rsidRPr="00674829">
        <w:rPr>
          <w:rFonts w:ascii="Arial" w:hAnsi="Arial"/>
        </w:rPr>
        <w:t>e</w:t>
      </w:r>
      <w:proofErr w:type="spellEnd"/>
      <w:r w:rsidRPr="00674829">
        <w:rPr>
          <w:rFonts w:ascii="Arial" w:hAnsi="Arial"/>
        </w:rPr>
        <w:t xml:space="preserve"> Aboriginal and Torres Strait Islander peoples as the land's first storytellers and their deep connection to the lands, waters and seas. We pay our respects to </w:t>
      </w:r>
      <w:r w:rsidR="0083046F" w:rsidRPr="00674829">
        <w:rPr>
          <w:rFonts w:ascii="Arial" w:hAnsi="Arial"/>
        </w:rPr>
        <w:t>E</w:t>
      </w:r>
      <w:r w:rsidRPr="00674829">
        <w:rPr>
          <w:rFonts w:ascii="Arial" w:hAnsi="Arial"/>
        </w:rPr>
        <w:t>lders past and present,</w:t>
      </w:r>
    </w:p>
    <w:p w14:paraId="0A37501D" w14:textId="77777777" w:rsidR="002F502A" w:rsidRPr="00674829" w:rsidRDefault="002F502A">
      <w:pPr>
        <w:spacing w:after="0"/>
      </w:pPr>
    </w:p>
    <w:p w14:paraId="2E45BD7F" w14:textId="15AEFA8F" w:rsidR="002F502A" w:rsidRPr="00674829" w:rsidRDefault="29CA9068" w:rsidP="09626C6D">
      <w:pPr>
        <w:spacing w:after="0"/>
        <w:rPr>
          <w:rFonts w:ascii="Arial" w:hAnsi="Arial"/>
          <w:color w:val="5D7284"/>
        </w:rPr>
      </w:pPr>
      <w:r w:rsidRPr="00674829">
        <w:rPr>
          <w:rFonts w:ascii="Arial" w:hAnsi="Arial"/>
          <w:b/>
          <w:bCs/>
        </w:rPr>
        <w:t xml:space="preserve">Gaja Kerry Charlton  </w:t>
      </w:r>
      <w:r w:rsidR="09626C6D" w:rsidRPr="00674829">
        <w:rPr>
          <w:rFonts w:ascii="Arial" w:hAnsi="Arial"/>
          <w:color w:val="5D7284"/>
        </w:rPr>
        <w:t>00:18</w:t>
      </w:r>
    </w:p>
    <w:p w14:paraId="4EA74893" w14:textId="77777777" w:rsidR="00FE054A" w:rsidRPr="00674829" w:rsidRDefault="00FE054A" w:rsidP="00FE054A">
      <w:pPr>
        <w:spacing w:after="0"/>
        <w:rPr>
          <w:rFonts w:ascii="Arial" w:hAnsi="Arial"/>
        </w:rPr>
      </w:pPr>
      <w:proofErr w:type="spellStart"/>
      <w:r w:rsidRPr="00674829">
        <w:rPr>
          <w:rFonts w:ascii="Arial" w:hAnsi="Arial"/>
        </w:rPr>
        <w:t>Wanyardi</w:t>
      </w:r>
      <w:proofErr w:type="spellEnd"/>
      <w:r w:rsidRPr="00674829">
        <w:rPr>
          <w:rFonts w:ascii="Arial" w:hAnsi="Arial"/>
        </w:rPr>
        <w:t xml:space="preserve">, gunning, gunning, </w:t>
      </w:r>
      <w:proofErr w:type="spellStart"/>
      <w:r w:rsidRPr="00674829">
        <w:rPr>
          <w:rFonts w:ascii="Arial" w:hAnsi="Arial"/>
        </w:rPr>
        <w:t>garilkgo</w:t>
      </w:r>
      <w:proofErr w:type="spellEnd"/>
      <w:r w:rsidRPr="00674829">
        <w:rPr>
          <w:rFonts w:ascii="Arial" w:hAnsi="Arial"/>
        </w:rPr>
        <w:t xml:space="preserve">, </w:t>
      </w:r>
      <w:proofErr w:type="spellStart"/>
      <w:r w:rsidRPr="00674829">
        <w:rPr>
          <w:rFonts w:ascii="Arial" w:hAnsi="Arial"/>
        </w:rPr>
        <w:t>nga</w:t>
      </w:r>
      <w:proofErr w:type="spellEnd"/>
      <w:r w:rsidRPr="00674829">
        <w:rPr>
          <w:rFonts w:ascii="Arial" w:hAnsi="Arial"/>
        </w:rPr>
        <w:t xml:space="preserve"> </w:t>
      </w:r>
      <w:proofErr w:type="spellStart"/>
      <w:r w:rsidRPr="00674829">
        <w:rPr>
          <w:rFonts w:ascii="Arial" w:hAnsi="Arial"/>
        </w:rPr>
        <w:t>Yagera</w:t>
      </w:r>
      <w:proofErr w:type="spellEnd"/>
      <w:r w:rsidRPr="00674829">
        <w:rPr>
          <w:rFonts w:ascii="Arial" w:hAnsi="Arial"/>
        </w:rPr>
        <w:t xml:space="preserve"> </w:t>
      </w:r>
      <w:proofErr w:type="spellStart"/>
      <w:r w:rsidRPr="00674829">
        <w:rPr>
          <w:rFonts w:ascii="Arial" w:hAnsi="Arial"/>
        </w:rPr>
        <w:t>jaruna</w:t>
      </w:r>
      <w:proofErr w:type="spellEnd"/>
      <w:r w:rsidRPr="00674829">
        <w:rPr>
          <w:rFonts w:ascii="Arial" w:hAnsi="Arial"/>
        </w:rPr>
        <w:t>.</w:t>
      </w:r>
    </w:p>
    <w:p w14:paraId="5DAB6C7B" w14:textId="77777777" w:rsidR="002F502A" w:rsidRPr="00674829" w:rsidRDefault="002F502A">
      <w:pPr>
        <w:spacing w:after="0"/>
      </w:pPr>
    </w:p>
    <w:p w14:paraId="29CA9176" w14:textId="77777777" w:rsidR="002F502A" w:rsidRPr="00674829" w:rsidRDefault="00C64E33">
      <w:pPr>
        <w:spacing w:after="0"/>
      </w:pPr>
      <w:r w:rsidRPr="00674829">
        <w:rPr>
          <w:rFonts w:ascii="Arial" w:hAnsi="Arial"/>
          <w:b/>
        </w:rPr>
        <w:t xml:space="preserve">Mena Waller  </w:t>
      </w:r>
      <w:r w:rsidRPr="00674829">
        <w:rPr>
          <w:rFonts w:ascii="Arial" w:hAnsi="Arial"/>
          <w:color w:val="5D7284"/>
        </w:rPr>
        <w:t>00:29</w:t>
      </w:r>
    </w:p>
    <w:p w14:paraId="03AFD416" w14:textId="56F6A44D" w:rsidR="002F502A" w:rsidRPr="00674829" w:rsidRDefault="5F134689">
      <w:pPr>
        <w:spacing w:after="0"/>
      </w:pPr>
      <w:r w:rsidRPr="00674829">
        <w:rPr>
          <w:rFonts w:ascii="Arial" w:hAnsi="Arial"/>
        </w:rPr>
        <w:t>Good looks like lots of different things. Good looks like</w:t>
      </w:r>
      <w:r w:rsidR="609A013B" w:rsidRPr="00674829">
        <w:rPr>
          <w:rFonts w:ascii="Arial" w:hAnsi="Arial"/>
        </w:rPr>
        <w:t>,</w:t>
      </w:r>
      <w:r w:rsidRPr="00674829">
        <w:rPr>
          <w:rFonts w:ascii="Arial" w:hAnsi="Arial"/>
        </w:rPr>
        <w:t xml:space="preserve"> having our traditional foods available to us. Good looks like being able to connect to our culture without you know, any conversation about equity, or, you know, special treatment, good looks like our community is feeling like they can celebrate, they can teach their culture, that people feel really strong in who they are.</w:t>
      </w:r>
    </w:p>
    <w:p w14:paraId="02EB378F" w14:textId="77777777" w:rsidR="002F502A" w:rsidRPr="00674829" w:rsidRDefault="002F502A">
      <w:pPr>
        <w:spacing w:after="0"/>
      </w:pPr>
    </w:p>
    <w:p w14:paraId="0274347D" w14:textId="77777777" w:rsidR="002F502A" w:rsidRPr="00674829" w:rsidRDefault="00C64E33">
      <w:pPr>
        <w:spacing w:after="0"/>
      </w:pPr>
      <w:r w:rsidRPr="00674829">
        <w:rPr>
          <w:rFonts w:ascii="Arial" w:hAnsi="Arial"/>
          <w:b/>
        </w:rPr>
        <w:t xml:space="preserve">Dr Mark Wenitong  </w:t>
      </w:r>
      <w:r w:rsidRPr="00674829">
        <w:rPr>
          <w:rFonts w:ascii="Arial" w:hAnsi="Arial"/>
          <w:color w:val="5D7284"/>
        </w:rPr>
        <w:t>00:58</w:t>
      </w:r>
    </w:p>
    <w:p w14:paraId="1731F89E" w14:textId="77777777" w:rsidR="002F502A" w:rsidRPr="00674829" w:rsidRDefault="00C64E33">
      <w:pPr>
        <w:spacing w:after="0"/>
      </w:pPr>
      <w:r w:rsidRPr="00674829">
        <w:rPr>
          <w:rFonts w:ascii="Arial" w:hAnsi="Arial"/>
        </w:rPr>
        <w:t>After the referendum, I have to admit, I was guarded. I felt like Australia didn't have our back anymore. And so part of this for me is how we get together, how we activate ourselves. We have great professionals in every field. We have bureaucrats, we have community mob that have got wisdom. We've got everything that we need in the package to do this ourselves, but we need to be activated, and we need to do that ourselves.</w:t>
      </w:r>
    </w:p>
    <w:p w14:paraId="6A05A809" w14:textId="77777777" w:rsidR="002F502A" w:rsidRPr="00674829" w:rsidRDefault="002F502A">
      <w:pPr>
        <w:spacing w:after="0"/>
      </w:pPr>
    </w:p>
    <w:p w14:paraId="0A8D4F79"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01:27</w:t>
      </w:r>
    </w:p>
    <w:p w14:paraId="081E81EF" w14:textId="0A24EC45" w:rsidR="002F502A" w:rsidRPr="00674829" w:rsidRDefault="4B00E21C" w:rsidP="4B00E21C">
      <w:pPr>
        <w:spacing w:after="0"/>
        <w:rPr>
          <w:rFonts w:ascii="Arial" w:hAnsi="Arial"/>
        </w:rPr>
      </w:pPr>
      <w:r w:rsidRPr="00674829">
        <w:rPr>
          <w:rFonts w:ascii="Arial" w:hAnsi="Arial"/>
        </w:rPr>
        <w:t>Local realities need local solutions, because change doesn't start in Parliament House. It starts here on country, in communities where the stories are real, the struggles are lived, and the solutions are created from the ground up. Every place has its own truth, from Desert towns to saltwater coastlines, mob are facing different realities, but one thing connects them all, history</w:t>
      </w:r>
      <w:r w:rsidR="3D57C261" w:rsidRPr="00674829">
        <w:rPr>
          <w:rFonts w:ascii="Arial" w:hAnsi="Arial"/>
        </w:rPr>
        <w:t>.</w:t>
      </w:r>
    </w:p>
    <w:p w14:paraId="5A39BBE3" w14:textId="77777777" w:rsidR="002F502A" w:rsidRPr="00674829" w:rsidRDefault="002F502A">
      <w:pPr>
        <w:spacing w:after="0"/>
      </w:pPr>
    </w:p>
    <w:p w14:paraId="64CDAD43" w14:textId="77777777" w:rsidR="002F502A" w:rsidRPr="00674829" w:rsidRDefault="00C64E33">
      <w:pPr>
        <w:spacing w:after="0"/>
      </w:pPr>
      <w:r w:rsidRPr="00674829">
        <w:rPr>
          <w:rFonts w:ascii="Arial" w:hAnsi="Arial"/>
          <w:b/>
        </w:rPr>
        <w:lastRenderedPageBreak/>
        <w:t xml:space="preserve">Kaleb Mabo  </w:t>
      </w:r>
      <w:r w:rsidRPr="00674829">
        <w:rPr>
          <w:rFonts w:ascii="Arial" w:hAnsi="Arial"/>
          <w:color w:val="5D7284"/>
        </w:rPr>
        <w:t>02:00</w:t>
      </w:r>
    </w:p>
    <w:p w14:paraId="5D048445" w14:textId="5724A842" w:rsidR="002F502A" w:rsidRPr="00674829" w:rsidRDefault="785477D0" w:rsidP="5F0D9913">
      <w:pPr>
        <w:spacing w:after="0"/>
        <w:rPr>
          <w:rFonts w:ascii="Arial" w:hAnsi="Arial"/>
        </w:rPr>
      </w:pPr>
      <w:r w:rsidRPr="00674829">
        <w:rPr>
          <w:rFonts w:ascii="Arial" w:hAnsi="Arial"/>
        </w:rPr>
        <w:t>Self-determination</w:t>
      </w:r>
      <w:r w:rsidR="10344CB5" w:rsidRPr="00674829">
        <w:rPr>
          <w:rFonts w:ascii="Arial" w:hAnsi="Arial"/>
        </w:rPr>
        <w:t xml:space="preserve"> for me is</w:t>
      </w:r>
      <w:r w:rsidR="2C0B82B0" w:rsidRPr="00674829">
        <w:rPr>
          <w:rFonts w:ascii="Arial" w:hAnsi="Arial"/>
        </w:rPr>
        <w:t xml:space="preserve"> -</w:t>
      </w:r>
      <w:r w:rsidR="10344CB5" w:rsidRPr="00674829">
        <w:rPr>
          <w:rFonts w:ascii="Arial" w:hAnsi="Arial"/>
        </w:rPr>
        <w:t xml:space="preserve"> me being able to tell my story the way I want to tell it, teaching people who don't have an understanding of a story, say like </w:t>
      </w:r>
      <w:r w:rsidR="420312F9" w:rsidRPr="00674829">
        <w:rPr>
          <w:rFonts w:ascii="Arial" w:hAnsi="Arial"/>
        </w:rPr>
        <w:t>m</w:t>
      </w:r>
      <w:r w:rsidR="10344CB5" w:rsidRPr="00674829">
        <w:rPr>
          <w:rFonts w:ascii="Arial" w:hAnsi="Arial"/>
        </w:rPr>
        <w:t xml:space="preserve">y grandfather's helping them understand his journey, his connection to country and his spiritual beliefs prior to </w:t>
      </w:r>
      <w:proofErr w:type="spellStart"/>
      <w:r w:rsidR="10344CB5" w:rsidRPr="00674829">
        <w:rPr>
          <w:rFonts w:ascii="Arial" w:hAnsi="Arial"/>
        </w:rPr>
        <w:t>coloni</w:t>
      </w:r>
      <w:r w:rsidR="65BA8E0A" w:rsidRPr="00674829">
        <w:rPr>
          <w:rFonts w:ascii="Arial" w:hAnsi="Arial"/>
        </w:rPr>
        <w:t>s</w:t>
      </w:r>
      <w:r w:rsidR="10344CB5" w:rsidRPr="00674829">
        <w:rPr>
          <w:rFonts w:ascii="Arial" w:hAnsi="Arial"/>
        </w:rPr>
        <w:t>ation</w:t>
      </w:r>
      <w:proofErr w:type="spellEnd"/>
      <w:r w:rsidR="31FA774E" w:rsidRPr="00674829">
        <w:rPr>
          <w:rFonts w:ascii="Arial" w:hAnsi="Arial"/>
        </w:rPr>
        <w:t>.</w:t>
      </w:r>
    </w:p>
    <w:p w14:paraId="41C8F396" w14:textId="77777777" w:rsidR="002F502A" w:rsidRPr="00674829" w:rsidRDefault="002F502A">
      <w:pPr>
        <w:spacing w:after="0"/>
      </w:pPr>
    </w:p>
    <w:p w14:paraId="2EC01238"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02:34</w:t>
      </w:r>
    </w:p>
    <w:p w14:paraId="0365BB20" w14:textId="6ED18F41" w:rsidR="002F502A" w:rsidRPr="00674829" w:rsidRDefault="0501D131">
      <w:pPr>
        <w:spacing w:after="0"/>
      </w:pPr>
      <w:r w:rsidRPr="00674829">
        <w:rPr>
          <w:rFonts w:ascii="Arial" w:hAnsi="Arial"/>
        </w:rPr>
        <w:t>T</w:t>
      </w:r>
      <w:r w:rsidR="10344CB5" w:rsidRPr="00674829">
        <w:rPr>
          <w:rFonts w:ascii="Arial" w:hAnsi="Arial"/>
        </w:rPr>
        <w:t xml:space="preserve">he resilience to look after each other, speak up and Lead the way forward. Local voices and local solutions, community leaders, aunties, uncles and young people taking charge and working towards </w:t>
      </w:r>
      <w:r w:rsidR="0680E0CD" w:rsidRPr="00674829">
        <w:rPr>
          <w:rFonts w:ascii="Arial" w:hAnsi="Arial"/>
        </w:rPr>
        <w:t>self-determination</w:t>
      </w:r>
      <w:r w:rsidR="10344CB5" w:rsidRPr="00674829">
        <w:rPr>
          <w:rFonts w:ascii="Arial" w:hAnsi="Arial"/>
        </w:rPr>
        <w:t>.</w:t>
      </w:r>
    </w:p>
    <w:p w14:paraId="72A3D3EC" w14:textId="77777777" w:rsidR="002F502A" w:rsidRPr="00674829" w:rsidRDefault="002F502A">
      <w:pPr>
        <w:spacing w:after="0"/>
      </w:pPr>
    </w:p>
    <w:p w14:paraId="6678FA3F" w14:textId="77777777" w:rsidR="002F502A" w:rsidRPr="00674829" w:rsidRDefault="00C64E33">
      <w:pPr>
        <w:spacing w:after="0"/>
      </w:pPr>
      <w:proofErr w:type="spellStart"/>
      <w:r w:rsidRPr="00674829">
        <w:rPr>
          <w:rFonts w:ascii="Arial" w:hAnsi="Arial"/>
          <w:b/>
        </w:rPr>
        <w:t>Elverina</w:t>
      </w:r>
      <w:proofErr w:type="spellEnd"/>
      <w:r w:rsidRPr="00674829">
        <w:rPr>
          <w:rFonts w:ascii="Arial" w:hAnsi="Arial"/>
          <w:b/>
        </w:rPr>
        <w:t xml:space="preserve"> Johnson  </w:t>
      </w:r>
      <w:r w:rsidRPr="00674829">
        <w:rPr>
          <w:rFonts w:ascii="Arial" w:hAnsi="Arial"/>
          <w:color w:val="5D7284"/>
        </w:rPr>
        <w:t>02:51</w:t>
      </w:r>
    </w:p>
    <w:p w14:paraId="3C9CB2D8" w14:textId="77777777" w:rsidR="002F502A" w:rsidRPr="00674829" w:rsidRDefault="00C64E33">
      <w:pPr>
        <w:spacing w:after="0"/>
      </w:pPr>
      <w:r w:rsidRPr="00674829">
        <w:rPr>
          <w:rFonts w:ascii="Arial" w:hAnsi="Arial"/>
        </w:rPr>
        <w:t>Art is a really great platform to give voice to, and it can be a very powerful one.</w:t>
      </w:r>
    </w:p>
    <w:p w14:paraId="0D0B940D" w14:textId="77777777" w:rsidR="002F502A" w:rsidRPr="00674829" w:rsidRDefault="002F502A">
      <w:pPr>
        <w:spacing w:after="0"/>
      </w:pPr>
    </w:p>
    <w:p w14:paraId="17830D74"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03:11</w:t>
      </w:r>
    </w:p>
    <w:p w14:paraId="2CE7130A" w14:textId="28F0CBD9" w:rsidR="002F502A" w:rsidRPr="00674829" w:rsidRDefault="10344CB5" w:rsidP="028E1186">
      <w:pPr>
        <w:spacing w:after="0"/>
        <w:rPr>
          <w:rFonts w:ascii="Arial" w:hAnsi="Arial"/>
        </w:rPr>
      </w:pPr>
      <w:r w:rsidRPr="00674829">
        <w:rPr>
          <w:rFonts w:ascii="Arial" w:hAnsi="Arial"/>
        </w:rPr>
        <w:t xml:space="preserve">This is the </w:t>
      </w:r>
      <w:r w:rsidR="5787AD94" w:rsidRPr="00674829">
        <w:rPr>
          <w:rFonts w:ascii="Arial" w:hAnsi="Arial"/>
        </w:rPr>
        <w:t>Ri</w:t>
      </w:r>
      <w:r w:rsidRPr="00674829">
        <w:rPr>
          <w:rFonts w:ascii="Arial" w:hAnsi="Arial"/>
        </w:rPr>
        <w:t xml:space="preserve">ghts </w:t>
      </w:r>
      <w:r w:rsidR="7CCD84D8" w:rsidRPr="00674829">
        <w:rPr>
          <w:rFonts w:ascii="Arial" w:hAnsi="Arial"/>
        </w:rPr>
        <w:t>M</w:t>
      </w:r>
      <w:r w:rsidRPr="00674829">
        <w:rPr>
          <w:rFonts w:ascii="Arial" w:hAnsi="Arial"/>
        </w:rPr>
        <w:t>ade</w:t>
      </w:r>
      <w:r w:rsidR="6EA9B3F1" w:rsidRPr="00674829">
        <w:rPr>
          <w:rFonts w:ascii="Arial" w:hAnsi="Arial"/>
        </w:rPr>
        <w:t xml:space="preserve"> R</w:t>
      </w:r>
      <w:r w:rsidRPr="00674829">
        <w:rPr>
          <w:rFonts w:ascii="Arial" w:hAnsi="Arial"/>
        </w:rPr>
        <w:t>eal podcast from the Queensland Human Rights Commission</w:t>
      </w:r>
      <w:r w:rsidR="555EA40A" w:rsidRPr="00674829">
        <w:rPr>
          <w:rFonts w:ascii="Arial" w:hAnsi="Arial"/>
        </w:rPr>
        <w:t>. In this G</w:t>
      </w:r>
      <w:r w:rsidRPr="00674829">
        <w:rPr>
          <w:rFonts w:ascii="Arial" w:hAnsi="Arial"/>
        </w:rPr>
        <w:t xml:space="preserve">athering </w:t>
      </w:r>
      <w:r w:rsidR="6228693F" w:rsidRPr="00674829">
        <w:rPr>
          <w:rFonts w:ascii="Arial" w:hAnsi="Arial"/>
        </w:rPr>
        <w:t>S</w:t>
      </w:r>
      <w:r w:rsidRPr="00674829">
        <w:rPr>
          <w:rFonts w:ascii="Arial" w:hAnsi="Arial"/>
        </w:rPr>
        <w:t xml:space="preserve">trength series, you'll hear what actions are having a real impact in communities? I'm </w:t>
      </w:r>
      <w:proofErr w:type="spellStart"/>
      <w:r w:rsidR="797AE769" w:rsidRPr="00674829">
        <w:rPr>
          <w:rFonts w:ascii="Arial" w:hAnsi="Arial"/>
        </w:rPr>
        <w:t>S</w:t>
      </w:r>
      <w:r w:rsidRPr="00674829">
        <w:rPr>
          <w:rFonts w:ascii="Arial" w:hAnsi="Arial"/>
        </w:rPr>
        <w:t>alua</w:t>
      </w:r>
      <w:proofErr w:type="spellEnd"/>
      <w:r w:rsidRPr="00674829">
        <w:rPr>
          <w:rFonts w:ascii="Arial" w:hAnsi="Arial"/>
        </w:rPr>
        <w:t xml:space="preserve"> Middleton, a proud Torres Strait Islander, woman with strong family connections to </w:t>
      </w:r>
      <w:r w:rsidR="000168E9" w:rsidRPr="00674829">
        <w:rPr>
          <w:rFonts w:ascii="Arial" w:hAnsi="Arial"/>
        </w:rPr>
        <w:t>Erub</w:t>
      </w:r>
      <w:r w:rsidR="208367F7" w:rsidRPr="00674829">
        <w:rPr>
          <w:rFonts w:ascii="Arial" w:hAnsi="Arial"/>
        </w:rPr>
        <w:t xml:space="preserve">. </w:t>
      </w:r>
      <w:r w:rsidRPr="00674829">
        <w:rPr>
          <w:rFonts w:ascii="Arial" w:hAnsi="Arial"/>
        </w:rPr>
        <w:t xml:space="preserve">Episode Three, </w:t>
      </w:r>
      <w:r w:rsidR="00255765" w:rsidRPr="00674829">
        <w:rPr>
          <w:rFonts w:ascii="Arial" w:hAnsi="Arial"/>
        </w:rPr>
        <w:t xml:space="preserve">Acting – </w:t>
      </w:r>
      <w:r w:rsidRPr="00674829">
        <w:rPr>
          <w:rFonts w:ascii="Arial" w:hAnsi="Arial"/>
        </w:rPr>
        <w:t>with Ka</w:t>
      </w:r>
      <w:r w:rsidR="1BA2BE21" w:rsidRPr="00674829">
        <w:rPr>
          <w:rFonts w:ascii="Arial" w:hAnsi="Arial"/>
        </w:rPr>
        <w:t>leb</w:t>
      </w:r>
      <w:r w:rsidRPr="00674829">
        <w:rPr>
          <w:rFonts w:ascii="Arial" w:hAnsi="Arial"/>
        </w:rPr>
        <w:t xml:space="preserve"> Mabo, </w:t>
      </w:r>
      <w:proofErr w:type="spellStart"/>
      <w:r w:rsidR="0CBF184D" w:rsidRPr="00674829">
        <w:rPr>
          <w:rFonts w:ascii="Arial" w:hAnsi="Arial"/>
        </w:rPr>
        <w:t>E</w:t>
      </w:r>
      <w:r w:rsidRPr="00674829">
        <w:rPr>
          <w:rFonts w:ascii="Arial" w:hAnsi="Arial"/>
        </w:rPr>
        <w:t>lverina</w:t>
      </w:r>
      <w:proofErr w:type="spellEnd"/>
      <w:r w:rsidRPr="00674829">
        <w:rPr>
          <w:rFonts w:ascii="Arial" w:hAnsi="Arial"/>
        </w:rPr>
        <w:t xml:space="preserve"> Johnson and other community members who aren't waiting for permission to take action.</w:t>
      </w:r>
    </w:p>
    <w:p w14:paraId="0E27B00A" w14:textId="77777777" w:rsidR="002F502A" w:rsidRPr="00674829" w:rsidRDefault="002F502A">
      <w:pPr>
        <w:spacing w:after="0"/>
      </w:pPr>
    </w:p>
    <w:p w14:paraId="42426B8B" w14:textId="77777777" w:rsidR="002F502A" w:rsidRPr="00674829" w:rsidRDefault="3CCC7525" w:rsidP="3CCC7525">
      <w:pPr>
        <w:spacing w:after="0"/>
        <w:rPr>
          <w:rFonts w:ascii="Arial" w:hAnsi="Arial"/>
          <w:color w:val="5D7284"/>
        </w:rPr>
      </w:pPr>
      <w:r w:rsidRPr="00674829">
        <w:rPr>
          <w:rFonts w:ascii="Arial" w:hAnsi="Arial"/>
          <w:b/>
          <w:bCs/>
        </w:rPr>
        <w:t xml:space="preserve">Kaleb Mabo  </w:t>
      </w:r>
      <w:r w:rsidRPr="00674829">
        <w:rPr>
          <w:rFonts w:ascii="Arial" w:hAnsi="Arial"/>
          <w:color w:val="5D7284"/>
        </w:rPr>
        <w:t>03:45</w:t>
      </w:r>
    </w:p>
    <w:p w14:paraId="233A4839" w14:textId="51C97534" w:rsidR="002F502A" w:rsidRPr="00674829" w:rsidRDefault="10344CB5" w:rsidP="3CCC7525">
      <w:pPr>
        <w:spacing w:after="0"/>
        <w:rPr>
          <w:rFonts w:ascii="Arial" w:hAnsi="Arial"/>
        </w:rPr>
      </w:pPr>
      <w:r w:rsidRPr="00674829">
        <w:rPr>
          <w:rFonts w:ascii="Arial" w:hAnsi="Arial"/>
        </w:rPr>
        <w:t xml:space="preserve">I am </w:t>
      </w:r>
      <w:r w:rsidR="57CCD16C" w:rsidRPr="00674829">
        <w:rPr>
          <w:rFonts w:ascii="Arial" w:hAnsi="Arial"/>
        </w:rPr>
        <w:t>K</w:t>
      </w:r>
      <w:r w:rsidRPr="00674829">
        <w:rPr>
          <w:rFonts w:ascii="Arial" w:hAnsi="Arial"/>
        </w:rPr>
        <w:t xml:space="preserve">aleb </w:t>
      </w:r>
      <w:r w:rsidR="63C4E38C" w:rsidRPr="00674829">
        <w:rPr>
          <w:rFonts w:ascii="Arial" w:hAnsi="Arial"/>
        </w:rPr>
        <w:t>Mabo</w:t>
      </w:r>
      <w:r w:rsidRPr="00674829">
        <w:rPr>
          <w:rFonts w:ascii="Arial" w:hAnsi="Arial"/>
        </w:rPr>
        <w:t xml:space="preserve">. I'm from the Torres Straits, and my I guess clan are the </w:t>
      </w:r>
      <w:proofErr w:type="spellStart"/>
      <w:r w:rsidR="00AB4CF9" w:rsidRPr="00674829">
        <w:rPr>
          <w:rFonts w:ascii="Arial" w:hAnsi="Arial"/>
        </w:rPr>
        <w:t>Piadram</w:t>
      </w:r>
      <w:proofErr w:type="spellEnd"/>
      <w:r w:rsidRPr="00674829">
        <w:rPr>
          <w:rFonts w:ascii="Arial" w:hAnsi="Arial"/>
        </w:rPr>
        <w:t xml:space="preserve"> clan of Murray Island. My grandfather is a man by the name of Eddie Mabo that is on my mother's side, on my father's side I'm from the </w:t>
      </w:r>
      <w:proofErr w:type="spellStart"/>
      <w:r w:rsidR="00255765" w:rsidRPr="00674829">
        <w:rPr>
          <w:rFonts w:ascii="Arial" w:hAnsi="Arial"/>
        </w:rPr>
        <w:t>Dunghutti</w:t>
      </w:r>
      <w:proofErr w:type="spellEnd"/>
      <w:r w:rsidR="00AB4CF9" w:rsidRPr="00674829">
        <w:rPr>
          <w:rFonts w:ascii="Arial" w:hAnsi="Arial"/>
        </w:rPr>
        <w:t xml:space="preserve"> </w:t>
      </w:r>
      <w:r w:rsidRPr="00674829">
        <w:rPr>
          <w:rFonts w:ascii="Arial" w:hAnsi="Arial"/>
        </w:rPr>
        <w:t>clan, the mid north coast of New South Wales.</w:t>
      </w:r>
    </w:p>
    <w:p w14:paraId="60061E4C" w14:textId="77777777" w:rsidR="002F502A" w:rsidRPr="00674829" w:rsidRDefault="002F502A">
      <w:pPr>
        <w:spacing w:after="0"/>
      </w:pPr>
    </w:p>
    <w:p w14:paraId="5A94D0C6"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04:12</w:t>
      </w:r>
    </w:p>
    <w:p w14:paraId="05A431BF" w14:textId="69D0A976" w:rsidR="002F502A" w:rsidRPr="00674829" w:rsidRDefault="3CCC7525">
      <w:pPr>
        <w:spacing w:after="0"/>
      </w:pPr>
      <w:r w:rsidRPr="00674829">
        <w:rPr>
          <w:rFonts w:ascii="Arial" w:hAnsi="Arial"/>
        </w:rPr>
        <w:t xml:space="preserve">Eddie </w:t>
      </w:r>
      <w:r w:rsidR="0806A71D" w:rsidRPr="00674829">
        <w:rPr>
          <w:rFonts w:ascii="Arial" w:hAnsi="Arial"/>
        </w:rPr>
        <w:t>K</w:t>
      </w:r>
      <w:r w:rsidRPr="00674829">
        <w:rPr>
          <w:rFonts w:ascii="Arial" w:hAnsi="Arial"/>
        </w:rPr>
        <w:t xml:space="preserve">oiki Mabo led the campaign for indigenous land rights in Australia. His work led to the Native Title Act, officially </w:t>
      </w:r>
      <w:proofErr w:type="spellStart"/>
      <w:r w:rsidRPr="00674829">
        <w:rPr>
          <w:rFonts w:ascii="Arial" w:hAnsi="Arial"/>
        </w:rPr>
        <w:t>recogn</w:t>
      </w:r>
      <w:r w:rsidR="11032F93" w:rsidRPr="00674829">
        <w:rPr>
          <w:rFonts w:ascii="Arial" w:hAnsi="Arial"/>
        </w:rPr>
        <w:t>s</w:t>
      </w:r>
      <w:r w:rsidRPr="00674829">
        <w:rPr>
          <w:rFonts w:ascii="Arial" w:hAnsi="Arial"/>
        </w:rPr>
        <w:t>ing</w:t>
      </w:r>
      <w:proofErr w:type="spellEnd"/>
      <w:r w:rsidRPr="00674829">
        <w:rPr>
          <w:rFonts w:ascii="Arial" w:hAnsi="Arial"/>
        </w:rPr>
        <w:t xml:space="preserve"> the rights of Aboriginal and Torres Strait Islander peoples in Australia</w:t>
      </w:r>
      <w:r w:rsidR="23637EDD" w:rsidRPr="00674829">
        <w:rPr>
          <w:rFonts w:ascii="Arial" w:hAnsi="Arial"/>
        </w:rPr>
        <w:t>.</w:t>
      </w:r>
    </w:p>
    <w:p w14:paraId="44EAFD9C" w14:textId="77777777" w:rsidR="002F502A" w:rsidRPr="00674829" w:rsidRDefault="002F502A">
      <w:pPr>
        <w:spacing w:after="0"/>
      </w:pPr>
    </w:p>
    <w:p w14:paraId="7857313B" w14:textId="77777777" w:rsidR="002F502A" w:rsidRPr="00674829" w:rsidRDefault="00C64E33">
      <w:pPr>
        <w:spacing w:after="0"/>
      </w:pPr>
      <w:r w:rsidRPr="00674829">
        <w:rPr>
          <w:rFonts w:ascii="Arial" w:hAnsi="Arial"/>
          <w:b/>
        </w:rPr>
        <w:t xml:space="preserve">Kaleb Mabo  </w:t>
      </w:r>
      <w:r w:rsidRPr="00674829">
        <w:rPr>
          <w:rFonts w:ascii="Arial" w:hAnsi="Arial"/>
          <w:color w:val="5D7284"/>
        </w:rPr>
        <w:t>04:28</w:t>
      </w:r>
    </w:p>
    <w:p w14:paraId="477306E4" w14:textId="2AFC27A1" w:rsidR="002F502A" w:rsidRPr="00674829" w:rsidRDefault="6094EE88" w:rsidP="484FD5BB">
      <w:pPr>
        <w:spacing w:after="0"/>
        <w:rPr>
          <w:rFonts w:ascii="Arial" w:hAnsi="Arial"/>
        </w:rPr>
      </w:pPr>
      <w:r w:rsidRPr="00674829">
        <w:rPr>
          <w:rFonts w:ascii="Arial" w:hAnsi="Arial"/>
        </w:rPr>
        <w:t>I guess my grandfather's legacy. It's enormous. It's an enormous achievement. When, I reflect back on what he has done, and when I travel around to different communities throughout Australia and see the impact that his fight has had for some of these communities, it really hits home for me in terms of carrying this legacy on. It's an immense res</w:t>
      </w:r>
      <w:r w:rsidR="425362CB" w:rsidRPr="00674829">
        <w:rPr>
          <w:rFonts w:ascii="Arial" w:hAnsi="Arial"/>
        </w:rPr>
        <w:t>ponsibility</w:t>
      </w:r>
      <w:r w:rsidRPr="00674829">
        <w:rPr>
          <w:rFonts w:ascii="Arial" w:hAnsi="Arial"/>
        </w:rPr>
        <w:t xml:space="preserve"> on my shoulders, something that I don't take lightly, something that I take very seriously and always looking at how I can further improve the </w:t>
      </w:r>
      <w:r w:rsidR="3122058B" w:rsidRPr="00674829">
        <w:rPr>
          <w:rFonts w:ascii="Arial" w:hAnsi="Arial"/>
        </w:rPr>
        <w:t xml:space="preserve">Mabo </w:t>
      </w:r>
      <w:r w:rsidRPr="00674829">
        <w:rPr>
          <w:rFonts w:ascii="Arial" w:hAnsi="Arial"/>
        </w:rPr>
        <w:t>name or his legacy itself, and how we can bring it more into the light of the everyday Australian.</w:t>
      </w:r>
    </w:p>
    <w:p w14:paraId="4B94D5A5" w14:textId="77777777" w:rsidR="002F502A" w:rsidRPr="00674829" w:rsidRDefault="002F502A">
      <w:pPr>
        <w:spacing w:after="0"/>
      </w:pPr>
    </w:p>
    <w:p w14:paraId="4A47FFFA"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05:26</w:t>
      </w:r>
    </w:p>
    <w:p w14:paraId="2C8010B4" w14:textId="09959FC4" w:rsidR="002F502A" w:rsidRPr="00674829" w:rsidRDefault="3CCC7525">
      <w:pPr>
        <w:spacing w:after="0"/>
      </w:pPr>
      <w:r w:rsidRPr="00674829">
        <w:rPr>
          <w:rFonts w:ascii="Arial" w:hAnsi="Arial"/>
        </w:rPr>
        <w:t xml:space="preserve">You recently did some restoring work on </w:t>
      </w:r>
      <w:r w:rsidR="01469302" w:rsidRPr="00674829">
        <w:rPr>
          <w:rFonts w:ascii="Arial" w:hAnsi="Arial"/>
        </w:rPr>
        <w:t>G</w:t>
      </w:r>
      <w:r w:rsidRPr="00674829">
        <w:rPr>
          <w:rFonts w:ascii="Arial" w:hAnsi="Arial"/>
        </w:rPr>
        <w:t>randad's la</w:t>
      </w:r>
      <w:r w:rsidR="66B926E9" w:rsidRPr="00674829">
        <w:rPr>
          <w:rFonts w:ascii="Arial" w:hAnsi="Arial"/>
        </w:rPr>
        <w:t>nd</w:t>
      </w:r>
      <w:r w:rsidRPr="00674829">
        <w:rPr>
          <w:rFonts w:ascii="Arial" w:hAnsi="Arial"/>
        </w:rPr>
        <w:t>. What was it that drove you to do that?</w:t>
      </w:r>
    </w:p>
    <w:p w14:paraId="3DEEC669" w14:textId="77777777" w:rsidR="002F502A" w:rsidRPr="00674829" w:rsidRDefault="002F502A">
      <w:pPr>
        <w:spacing w:after="0"/>
      </w:pPr>
    </w:p>
    <w:p w14:paraId="288A5D5D" w14:textId="77777777" w:rsidR="002F502A" w:rsidRPr="00674829" w:rsidRDefault="00C64E33">
      <w:pPr>
        <w:spacing w:after="0"/>
      </w:pPr>
      <w:r w:rsidRPr="00674829">
        <w:rPr>
          <w:rFonts w:ascii="Arial" w:hAnsi="Arial"/>
          <w:b/>
        </w:rPr>
        <w:t xml:space="preserve">Kaleb Mabo  </w:t>
      </w:r>
      <w:r w:rsidRPr="00674829">
        <w:rPr>
          <w:rFonts w:ascii="Arial" w:hAnsi="Arial"/>
          <w:color w:val="5D7284"/>
        </w:rPr>
        <w:t>05:33</w:t>
      </w:r>
    </w:p>
    <w:p w14:paraId="4B5D30AF" w14:textId="03710429" w:rsidR="002F502A" w:rsidRPr="00674829" w:rsidRDefault="55A6EA91" w:rsidP="7DD6A074">
      <w:pPr>
        <w:spacing w:after="0"/>
        <w:rPr>
          <w:rFonts w:ascii="Arial" w:hAnsi="Arial"/>
        </w:rPr>
      </w:pPr>
      <w:r w:rsidRPr="00674829">
        <w:rPr>
          <w:rFonts w:ascii="Arial" w:hAnsi="Arial"/>
        </w:rPr>
        <w:t>So when I returned back to M</w:t>
      </w:r>
      <w:r w:rsidR="1D2CB99C" w:rsidRPr="00674829">
        <w:rPr>
          <w:rFonts w:ascii="Arial" w:hAnsi="Arial"/>
        </w:rPr>
        <w:t>er</w:t>
      </w:r>
      <w:r w:rsidRPr="00674829">
        <w:rPr>
          <w:rFonts w:ascii="Arial" w:hAnsi="Arial"/>
        </w:rPr>
        <w:t xml:space="preserve"> for the first time with my mother, I was sitting at by his grave site and just looking around and the jungle had kind of taken over. You could see that the king tides have really washed away and eroded certain parts of the beach, and it was in the time leading up to the 25th </w:t>
      </w:r>
      <w:r w:rsidRPr="00674829">
        <w:rPr>
          <w:rFonts w:ascii="Arial" w:hAnsi="Arial"/>
        </w:rPr>
        <w:lastRenderedPageBreak/>
        <w:t xml:space="preserve">anniversary of the Mabo decision. And traditionally, there are some certain we call </w:t>
      </w:r>
      <w:proofErr w:type="spellStart"/>
      <w:r w:rsidRPr="00674829">
        <w:rPr>
          <w:rFonts w:ascii="Arial" w:hAnsi="Arial"/>
        </w:rPr>
        <w:t>zogle</w:t>
      </w:r>
      <w:proofErr w:type="spellEnd"/>
      <w:r w:rsidRPr="00674829">
        <w:rPr>
          <w:rFonts w:ascii="Arial" w:hAnsi="Arial"/>
        </w:rPr>
        <w:t xml:space="preserve"> cub, or sacred dances that take place at the back where my grandfather was buried. So in order for us to be able to perform those dances at the back, it needed to be restored. So went on a campaign to restore</w:t>
      </w:r>
      <w:r w:rsidR="73242858" w:rsidRPr="00674829">
        <w:rPr>
          <w:rFonts w:ascii="Arial" w:hAnsi="Arial"/>
        </w:rPr>
        <w:t xml:space="preserve"> it, and </w:t>
      </w:r>
      <w:r w:rsidRPr="00674829">
        <w:rPr>
          <w:rFonts w:ascii="Arial" w:hAnsi="Arial"/>
        </w:rPr>
        <w:t>I guess when I say restore, I guess it's more clearing away invasive species starting to level the land out a bit more where the sea had eroded it</w:t>
      </w:r>
      <w:r w:rsidR="2E5C00B8" w:rsidRPr="00674829">
        <w:rPr>
          <w:rFonts w:ascii="Arial" w:hAnsi="Arial"/>
        </w:rPr>
        <w:t>.</w:t>
      </w:r>
      <w:r w:rsidRPr="00674829">
        <w:rPr>
          <w:rFonts w:ascii="Arial" w:hAnsi="Arial"/>
        </w:rPr>
        <w:t xml:space="preserve"> </w:t>
      </w:r>
      <w:r w:rsidR="2BEC70C8" w:rsidRPr="00674829">
        <w:rPr>
          <w:rFonts w:ascii="Arial" w:hAnsi="Arial"/>
        </w:rPr>
        <w:t>A</w:t>
      </w:r>
      <w:r w:rsidRPr="00674829">
        <w:rPr>
          <w:rFonts w:ascii="Arial" w:hAnsi="Arial"/>
        </w:rPr>
        <w:t>nd yeah, really looking at reconnecting with the with the space, rather than reclaiming it.</w:t>
      </w:r>
    </w:p>
    <w:p w14:paraId="3656B9AB" w14:textId="77777777" w:rsidR="002F502A" w:rsidRPr="00674829" w:rsidRDefault="002F502A">
      <w:pPr>
        <w:spacing w:after="0"/>
      </w:pPr>
    </w:p>
    <w:p w14:paraId="574F6C49"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06:50</w:t>
      </w:r>
    </w:p>
    <w:p w14:paraId="121E59F5" w14:textId="77BDE4C0" w:rsidR="002F502A" w:rsidRPr="00674829" w:rsidRDefault="3186B7AA">
      <w:pPr>
        <w:spacing w:after="0"/>
      </w:pPr>
      <w:r w:rsidRPr="00674829">
        <w:rPr>
          <w:rFonts w:ascii="Arial" w:hAnsi="Arial"/>
        </w:rPr>
        <w:t>Can you give us a sense of what the mood in the community is right now, after the dismantling of voice truth telling and treaty legislation</w:t>
      </w:r>
      <w:r w:rsidR="145D34F5" w:rsidRPr="00674829">
        <w:rPr>
          <w:rFonts w:ascii="Arial" w:hAnsi="Arial"/>
        </w:rPr>
        <w:t>?</w:t>
      </w:r>
    </w:p>
    <w:p w14:paraId="45FB0818" w14:textId="77777777" w:rsidR="002F502A" w:rsidRPr="00674829" w:rsidRDefault="002F502A">
      <w:pPr>
        <w:spacing w:after="0"/>
      </w:pPr>
    </w:p>
    <w:p w14:paraId="4C7B071A" w14:textId="77777777" w:rsidR="002F502A" w:rsidRPr="00674829" w:rsidRDefault="00C64E33">
      <w:pPr>
        <w:spacing w:after="0"/>
      </w:pPr>
      <w:r w:rsidRPr="00674829">
        <w:rPr>
          <w:rFonts w:ascii="Arial" w:hAnsi="Arial"/>
          <w:b/>
        </w:rPr>
        <w:t xml:space="preserve">Kaleb Mabo  </w:t>
      </w:r>
      <w:r w:rsidRPr="00674829">
        <w:rPr>
          <w:rFonts w:ascii="Arial" w:hAnsi="Arial"/>
          <w:color w:val="5D7284"/>
        </w:rPr>
        <w:t>07:02</w:t>
      </w:r>
    </w:p>
    <w:p w14:paraId="0D1C426E" w14:textId="7F2C331F" w:rsidR="002F502A" w:rsidRPr="00674829" w:rsidRDefault="5AA617FC">
      <w:pPr>
        <w:spacing w:after="0"/>
      </w:pPr>
      <w:r w:rsidRPr="00674829">
        <w:rPr>
          <w:rFonts w:ascii="Arial" w:hAnsi="Arial"/>
        </w:rPr>
        <w:t>T</w:t>
      </w:r>
      <w:r w:rsidR="3CCC7525" w:rsidRPr="00674829">
        <w:rPr>
          <w:rFonts w:ascii="Arial" w:hAnsi="Arial"/>
        </w:rPr>
        <w:t xml:space="preserve">here is a sense of sadness around the community, a bit of loss in like, </w:t>
      </w:r>
      <w:r w:rsidR="295D65FB" w:rsidRPr="00674829">
        <w:rPr>
          <w:rFonts w:ascii="Arial" w:hAnsi="Arial"/>
        </w:rPr>
        <w:t>o</w:t>
      </w:r>
      <w:r w:rsidR="3CCC7525" w:rsidRPr="00674829">
        <w:rPr>
          <w:rFonts w:ascii="Arial" w:hAnsi="Arial"/>
        </w:rPr>
        <w:t>kay, well, what's the next step? We almost put all of our eggs in one basket with those decisions, and now we sit in this grief and are lost in a direction of where, where do we go to from here?</w:t>
      </w:r>
    </w:p>
    <w:p w14:paraId="049F31CB" w14:textId="77777777" w:rsidR="002F502A" w:rsidRPr="00674829" w:rsidRDefault="002F502A">
      <w:pPr>
        <w:spacing w:after="0"/>
      </w:pPr>
    </w:p>
    <w:p w14:paraId="3B60F75E"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07:28</w:t>
      </w:r>
    </w:p>
    <w:p w14:paraId="4BE25E6C" w14:textId="77777777" w:rsidR="002F502A" w:rsidRPr="00674829" w:rsidRDefault="00C64E33">
      <w:pPr>
        <w:spacing w:after="0"/>
      </w:pPr>
      <w:r w:rsidRPr="00674829">
        <w:rPr>
          <w:rFonts w:ascii="Arial" w:hAnsi="Arial"/>
        </w:rPr>
        <w:t>Can you go into some of the specifics about, like, what are the things that you're hearing from Mob on that ground? Were they feeling or hoping for or needing?</w:t>
      </w:r>
    </w:p>
    <w:p w14:paraId="53128261" w14:textId="77777777" w:rsidR="002F502A" w:rsidRPr="00674829" w:rsidRDefault="002F502A">
      <w:pPr>
        <w:spacing w:after="0"/>
      </w:pPr>
    </w:p>
    <w:p w14:paraId="4DA3B3E9" w14:textId="77777777" w:rsidR="002F502A" w:rsidRPr="00674829" w:rsidRDefault="00C64E33">
      <w:pPr>
        <w:spacing w:after="0"/>
      </w:pPr>
      <w:r w:rsidRPr="00674829">
        <w:rPr>
          <w:rFonts w:ascii="Arial" w:hAnsi="Arial"/>
          <w:b/>
        </w:rPr>
        <w:t xml:space="preserve">Kaleb Mabo  </w:t>
      </w:r>
      <w:r w:rsidRPr="00674829">
        <w:rPr>
          <w:rFonts w:ascii="Arial" w:hAnsi="Arial"/>
          <w:color w:val="5D7284"/>
        </w:rPr>
        <w:t>07:38</w:t>
      </w:r>
    </w:p>
    <w:p w14:paraId="046F16B6" w14:textId="11CDD88A" w:rsidR="002F502A" w:rsidRPr="00674829" w:rsidRDefault="3CCC7525" w:rsidP="3CCC7525">
      <w:pPr>
        <w:spacing w:after="0"/>
        <w:rPr>
          <w:rFonts w:ascii="Arial" w:hAnsi="Arial"/>
        </w:rPr>
      </w:pPr>
      <w:r w:rsidRPr="00674829">
        <w:rPr>
          <w:rFonts w:ascii="Arial" w:hAnsi="Arial"/>
        </w:rPr>
        <w:t>It was a shared experience. We felt sad that you couldn't you felt like you didn't belong to a place that you grew up in. A lot of people wouldn't be wanting to leave the house and go to work and do these things. There's a lot of conversations like that about how do we put this grief aside and continue to work in a place where we felt we were no longer</w:t>
      </w:r>
      <w:r w:rsidR="093607D7" w:rsidRPr="00674829">
        <w:rPr>
          <w:rFonts w:ascii="Arial" w:hAnsi="Arial"/>
        </w:rPr>
        <w:t xml:space="preserve"> wanted.</w:t>
      </w:r>
    </w:p>
    <w:p w14:paraId="62486C05" w14:textId="77777777" w:rsidR="002F502A" w:rsidRPr="00674829" w:rsidRDefault="002F502A">
      <w:pPr>
        <w:spacing w:after="0"/>
      </w:pPr>
    </w:p>
    <w:p w14:paraId="4E56184F"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08:11</w:t>
      </w:r>
    </w:p>
    <w:p w14:paraId="3BFF85A2" w14:textId="1C16257D" w:rsidR="002F502A" w:rsidRPr="00674829" w:rsidRDefault="3CCC7525">
      <w:pPr>
        <w:spacing w:after="0"/>
      </w:pPr>
      <w:r w:rsidRPr="00674829">
        <w:rPr>
          <w:rFonts w:ascii="Arial" w:hAnsi="Arial"/>
        </w:rPr>
        <w:t>And what do you think people are hoping for now?</w:t>
      </w:r>
    </w:p>
    <w:p w14:paraId="4101652C" w14:textId="77777777" w:rsidR="002F502A" w:rsidRPr="00674829" w:rsidRDefault="002F502A">
      <w:pPr>
        <w:spacing w:after="0"/>
      </w:pPr>
    </w:p>
    <w:p w14:paraId="521FC2FC" w14:textId="77777777" w:rsidR="002F502A" w:rsidRPr="00674829" w:rsidRDefault="00C64E33">
      <w:pPr>
        <w:spacing w:after="0"/>
      </w:pPr>
      <w:r w:rsidRPr="00674829">
        <w:rPr>
          <w:rFonts w:ascii="Arial" w:hAnsi="Arial"/>
          <w:b/>
        </w:rPr>
        <w:t xml:space="preserve">Kaleb Mabo  </w:t>
      </w:r>
      <w:r w:rsidRPr="00674829">
        <w:rPr>
          <w:rFonts w:ascii="Arial" w:hAnsi="Arial"/>
          <w:color w:val="5D7284"/>
        </w:rPr>
        <w:t>08:16</w:t>
      </w:r>
    </w:p>
    <w:p w14:paraId="4EA94230" w14:textId="77777777" w:rsidR="002F502A" w:rsidRPr="00674829" w:rsidRDefault="00C64E33">
      <w:pPr>
        <w:spacing w:after="0"/>
      </w:pPr>
      <w:r w:rsidRPr="00674829">
        <w:rPr>
          <w:rFonts w:ascii="Arial" w:hAnsi="Arial"/>
        </w:rPr>
        <w:t>People are still hopeful that a change will come. There's still a lot of hope out there in progression of Australia as a nation. There's still a lot of hope that for the goodness in people's hearts that are still there, but it's trying to understand, how do we move forward from this?</w:t>
      </w:r>
    </w:p>
    <w:p w14:paraId="4B99056E" w14:textId="77777777" w:rsidR="002F502A" w:rsidRPr="00674829" w:rsidRDefault="002F502A">
      <w:pPr>
        <w:spacing w:after="0"/>
      </w:pPr>
    </w:p>
    <w:p w14:paraId="1195B9A7"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08:42</w:t>
      </w:r>
    </w:p>
    <w:p w14:paraId="1A0FBDD8" w14:textId="186EAB30" w:rsidR="002F502A" w:rsidRPr="00674829" w:rsidRDefault="14C52818" w:rsidP="32E066D0">
      <w:pPr>
        <w:spacing w:after="0"/>
        <w:rPr>
          <w:rFonts w:ascii="Arial" w:hAnsi="Arial"/>
        </w:rPr>
      </w:pPr>
      <w:r w:rsidRPr="00674829">
        <w:rPr>
          <w:rFonts w:ascii="Arial" w:hAnsi="Arial"/>
        </w:rPr>
        <w:t xml:space="preserve">How </w:t>
      </w:r>
      <w:r w:rsidR="32E066D0" w:rsidRPr="00674829">
        <w:rPr>
          <w:rFonts w:ascii="Arial" w:hAnsi="Arial"/>
        </w:rPr>
        <w:t>do you ground yourself with a feeling of uncertainty? Things are feeling heavy.</w:t>
      </w:r>
    </w:p>
    <w:p w14:paraId="1299C43A" w14:textId="77777777" w:rsidR="002F502A" w:rsidRPr="00674829" w:rsidRDefault="002F502A">
      <w:pPr>
        <w:spacing w:after="0"/>
      </w:pPr>
    </w:p>
    <w:p w14:paraId="0FCFE42B" w14:textId="77777777" w:rsidR="002F502A" w:rsidRPr="00674829" w:rsidRDefault="00C64E33">
      <w:pPr>
        <w:spacing w:after="0"/>
      </w:pPr>
      <w:r w:rsidRPr="00674829">
        <w:rPr>
          <w:rFonts w:ascii="Arial" w:hAnsi="Arial"/>
          <w:b/>
        </w:rPr>
        <w:t xml:space="preserve">Kaleb Mabo  </w:t>
      </w:r>
      <w:r w:rsidRPr="00674829">
        <w:rPr>
          <w:rFonts w:ascii="Arial" w:hAnsi="Arial"/>
          <w:color w:val="5D7284"/>
        </w:rPr>
        <w:t>08:48</w:t>
      </w:r>
    </w:p>
    <w:p w14:paraId="4629FECD" w14:textId="0022085A" w:rsidR="002F502A" w:rsidRPr="00674829" w:rsidRDefault="7785CCA0">
      <w:pPr>
        <w:spacing w:after="0"/>
      </w:pPr>
      <w:r w:rsidRPr="00674829">
        <w:rPr>
          <w:rFonts w:ascii="Arial" w:hAnsi="Arial"/>
        </w:rPr>
        <w:t xml:space="preserve">Yeah, I guess when, when I feel uncertain, I connect with </w:t>
      </w:r>
      <w:r w:rsidR="17BD170D" w:rsidRPr="00674829">
        <w:rPr>
          <w:rFonts w:ascii="Arial" w:hAnsi="Arial"/>
        </w:rPr>
        <w:t>C</w:t>
      </w:r>
      <w:r w:rsidRPr="00674829">
        <w:rPr>
          <w:rFonts w:ascii="Arial" w:hAnsi="Arial"/>
        </w:rPr>
        <w:t>ountry. It's quiet. I guess I feel it's quite simple for myself. I go out for a walk. Doesn't matter whose country I'm on. I still pay respects to it. Sit down, connect. We're spiritual people, so it's connecting to those spirits in different ways, through land sea, and just letting, allowing for them to come through and almost take away and any worries you have and help ease Your mind and give you a bit of guidance.</w:t>
      </w:r>
    </w:p>
    <w:p w14:paraId="4DDBEF00" w14:textId="77777777" w:rsidR="002F502A" w:rsidRPr="00674829" w:rsidRDefault="002F502A">
      <w:pPr>
        <w:spacing w:after="0"/>
      </w:pPr>
    </w:p>
    <w:p w14:paraId="2E418F52" w14:textId="77777777" w:rsidR="002F502A" w:rsidRPr="00674829" w:rsidRDefault="00C64E33">
      <w:pPr>
        <w:spacing w:after="0"/>
      </w:pPr>
      <w:r w:rsidRPr="00674829">
        <w:rPr>
          <w:rFonts w:ascii="Arial" w:hAnsi="Arial"/>
          <w:b/>
        </w:rPr>
        <w:lastRenderedPageBreak/>
        <w:t xml:space="preserve">Vonda Malone  </w:t>
      </w:r>
      <w:r w:rsidRPr="00674829">
        <w:rPr>
          <w:rFonts w:ascii="Arial" w:hAnsi="Arial"/>
          <w:color w:val="5D7284"/>
        </w:rPr>
        <w:t>09:46</w:t>
      </w:r>
    </w:p>
    <w:p w14:paraId="63E80BFD" w14:textId="48307B62" w:rsidR="002F502A" w:rsidRPr="00674829" w:rsidRDefault="750C5E89">
      <w:pPr>
        <w:spacing w:after="0"/>
      </w:pPr>
      <w:r w:rsidRPr="00674829">
        <w:rPr>
          <w:rFonts w:ascii="Arial" w:hAnsi="Arial"/>
        </w:rPr>
        <w:t xml:space="preserve">I guess the journey that I've led was out of sheer determination, and at the same time, I wanted to have and open those pathways for other women. My advice to them is </w:t>
      </w:r>
      <w:r w:rsidR="37F90744" w:rsidRPr="00674829">
        <w:rPr>
          <w:rFonts w:ascii="Arial" w:hAnsi="Arial"/>
        </w:rPr>
        <w:t xml:space="preserve">don’t </w:t>
      </w:r>
      <w:r w:rsidRPr="00674829">
        <w:rPr>
          <w:rFonts w:ascii="Arial" w:hAnsi="Arial"/>
        </w:rPr>
        <w:t>be afraid, be confident. In yourself, draw upon others.</w:t>
      </w:r>
    </w:p>
    <w:p w14:paraId="3461D779" w14:textId="77777777" w:rsidR="002F502A" w:rsidRPr="00674829" w:rsidRDefault="002F502A">
      <w:pPr>
        <w:spacing w:after="0"/>
      </w:pPr>
    </w:p>
    <w:p w14:paraId="41C05069" w14:textId="77777777" w:rsidR="002F502A" w:rsidRPr="00674829" w:rsidRDefault="00C64E33">
      <w:pPr>
        <w:spacing w:after="0"/>
      </w:pPr>
      <w:r w:rsidRPr="00674829">
        <w:rPr>
          <w:rFonts w:ascii="Arial" w:hAnsi="Arial"/>
          <w:b/>
        </w:rPr>
        <w:t xml:space="preserve">Alf Lacey  </w:t>
      </w:r>
      <w:r w:rsidRPr="00674829">
        <w:rPr>
          <w:rFonts w:ascii="Arial" w:hAnsi="Arial"/>
          <w:color w:val="5D7284"/>
        </w:rPr>
        <w:t>10:03</w:t>
      </w:r>
    </w:p>
    <w:p w14:paraId="6F540DA3" w14:textId="7723E9C6" w:rsidR="002F502A" w:rsidRPr="00674829" w:rsidRDefault="785F9E6D">
      <w:pPr>
        <w:spacing w:after="0"/>
      </w:pPr>
      <w:r w:rsidRPr="00674829">
        <w:rPr>
          <w:rFonts w:ascii="Arial" w:hAnsi="Arial"/>
        </w:rPr>
        <w:t>I always say is that it'll cost me $1 to buy an Apple in Brisbane. It'll cost me $20 to buy an Apple on Palm Island, and that's the most thing that we need to look at in terms of better food security for our community, better transport access, better housing conditions, and certainly a more economic, robust economy for our communities, which are so important, particularly if we are to build the next generation and give them the best start that they need for the next decade to come or more.</w:t>
      </w:r>
    </w:p>
    <w:p w14:paraId="3CF2D8B6" w14:textId="77777777" w:rsidR="002F502A" w:rsidRPr="00674829" w:rsidRDefault="002F502A">
      <w:pPr>
        <w:spacing w:after="0"/>
      </w:pPr>
    </w:p>
    <w:p w14:paraId="1E2B49A9"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10:42</w:t>
      </w:r>
    </w:p>
    <w:p w14:paraId="552AA639" w14:textId="2112F955" w:rsidR="002F502A" w:rsidRPr="00674829" w:rsidRDefault="3CCC7525">
      <w:pPr>
        <w:spacing w:after="0"/>
      </w:pPr>
      <w:r w:rsidRPr="00674829">
        <w:rPr>
          <w:rFonts w:ascii="Arial" w:hAnsi="Arial"/>
        </w:rPr>
        <w:t xml:space="preserve">Kaleb Mabo carries the name and legacy of his grandfather's Native Title victory. He wants Eddie </w:t>
      </w:r>
      <w:r w:rsidR="24A2292A" w:rsidRPr="00674829">
        <w:rPr>
          <w:rFonts w:ascii="Arial" w:hAnsi="Arial"/>
        </w:rPr>
        <w:t xml:space="preserve">Mabo’s </w:t>
      </w:r>
      <w:r w:rsidRPr="00674829">
        <w:rPr>
          <w:rFonts w:ascii="Arial" w:hAnsi="Arial"/>
        </w:rPr>
        <w:t xml:space="preserve">history making campaign to be remembered and understood by new </w:t>
      </w:r>
      <w:r w:rsidR="7B137CF2" w:rsidRPr="00674829">
        <w:rPr>
          <w:rFonts w:ascii="Arial" w:hAnsi="Arial"/>
        </w:rPr>
        <w:t>generations but</w:t>
      </w:r>
      <w:r w:rsidRPr="00674829">
        <w:rPr>
          <w:rFonts w:ascii="Arial" w:hAnsi="Arial"/>
        </w:rPr>
        <w:t xml:space="preserve"> worries that connection is being lost</w:t>
      </w:r>
      <w:r w:rsidR="51B1B131" w:rsidRPr="00674829">
        <w:rPr>
          <w:rFonts w:ascii="Arial" w:hAnsi="Arial"/>
        </w:rPr>
        <w:t>.</w:t>
      </w:r>
    </w:p>
    <w:p w14:paraId="0FB78278" w14:textId="77777777" w:rsidR="002F502A" w:rsidRPr="00674829" w:rsidRDefault="002F502A">
      <w:pPr>
        <w:spacing w:after="0"/>
      </w:pPr>
    </w:p>
    <w:p w14:paraId="451D54C0" w14:textId="77777777" w:rsidR="002F502A" w:rsidRPr="00674829" w:rsidRDefault="3CCC7525">
      <w:pPr>
        <w:spacing w:after="0"/>
      </w:pPr>
      <w:r w:rsidRPr="00674829">
        <w:rPr>
          <w:rFonts w:ascii="Arial" w:hAnsi="Arial"/>
          <w:b/>
          <w:bCs/>
        </w:rPr>
        <w:t xml:space="preserve">Kaleb Mabo  </w:t>
      </w:r>
      <w:r w:rsidRPr="00674829">
        <w:rPr>
          <w:rFonts w:ascii="Arial" w:hAnsi="Arial"/>
          <w:color w:val="5D7284"/>
        </w:rPr>
        <w:t>10:59</w:t>
      </w:r>
    </w:p>
    <w:p w14:paraId="23C32A3F" w14:textId="68676CBA" w:rsidR="002F502A" w:rsidRPr="00674829" w:rsidRDefault="586C41AA" w:rsidP="3CCC7525">
      <w:pPr>
        <w:spacing w:after="0"/>
        <w:rPr>
          <w:rFonts w:ascii="Arial" w:hAnsi="Arial"/>
        </w:rPr>
      </w:pPr>
      <w:r w:rsidRPr="00674829">
        <w:rPr>
          <w:rFonts w:ascii="Arial" w:hAnsi="Arial"/>
        </w:rPr>
        <w:t>F</w:t>
      </w:r>
      <w:r w:rsidR="3CCC7525" w:rsidRPr="00674829">
        <w:rPr>
          <w:rFonts w:ascii="Arial" w:hAnsi="Arial"/>
        </w:rPr>
        <w:t xml:space="preserve">or myself, what I see and can and have experienced is disconnection to culture. We're slowly losing it, and especially in, I guess, the youth of today, with some of the influences that they have at hand. It really drives a more of a divide between culture and the new world that they're walking in, but in saying that they're not understanding that by leaving culture behind, they're losing their identity and not being able to understand who they are as a person. </w:t>
      </w:r>
    </w:p>
    <w:p w14:paraId="60B0EB20" w14:textId="4410B66D" w:rsidR="002F502A" w:rsidRPr="00674829" w:rsidRDefault="002F502A" w:rsidP="3CCC7525">
      <w:pPr>
        <w:spacing w:after="0"/>
        <w:rPr>
          <w:rFonts w:ascii="Arial" w:hAnsi="Arial"/>
        </w:rPr>
      </w:pPr>
    </w:p>
    <w:p w14:paraId="190E6AC7" w14:textId="25B8985C" w:rsidR="002F502A" w:rsidRPr="00674829" w:rsidRDefault="45D896C0" w:rsidP="3CCC7525">
      <w:pPr>
        <w:spacing w:after="0"/>
        <w:rPr>
          <w:rFonts w:ascii="Arial" w:hAnsi="Arial"/>
        </w:rPr>
      </w:pPr>
      <w:r w:rsidRPr="00674829">
        <w:rPr>
          <w:rFonts w:ascii="Arial" w:hAnsi="Arial"/>
          <w:b/>
          <w:bCs/>
        </w:rPr>
        <w:t>Solua Middleton</w:t>
      </w:r>
    </w:p>
    <w:p w14:paraId="44DC97D9" w14:textId="558A148C" w:rsidR="002F502A" w:rsidRPr="00674829" w:rsidRDefault="3CCC7525" w:rsidP="3CCC7525">
      <w:pPr>
        <w:spacing w:after="0"/>
        <w:rPr>
          <w:rFonts w:ascii="Arial" w:hAnsi="Arial"/>
        </w:rPr>
      </w:pPr>
      <w:r w:rsidRPr="00674829">
        <w:rPr>
          <w:rFonts w:ascii="Arial" w:hAnsi="Arial"/>
        </w:rPr>
        <w:t>What are those influence</w:t>
      </w:r>
      <w:r w:rsidR="2B89D479" w:rsidRPr="00674829">
        <w:rPr>
          <w:rFonts w:ascii="Arial" w:hAnsi="Arial"/>
        </w:rPr>
        <w:t>s</w:t>
      </w:r>
      <w:r w:rsidRPr="00674829">
        <w:rPr>
          <w:rFonts w:ascii="Arial" w:hAnsi="Arial"/>
        </w:rPr>
        <w:t xml:space="preserve">? </w:t>
      </w:r>
    </w:p>
    <w:p w14:paraId="179291E5" w14:textId="06CAC97D" w:rsidR="002F502A" w:rsidRPr="00674829" w:rsidRDefault="002F502A" w:rsidP="3CCC7525">
      <w:pPr>
        <w:spacing w:after="0"/>
        <w:rPr>
          <w:rFonts w:ascii="Arial" w:hAnsi="Arial"/>
        </w:rPr>
      </w:pPr>
    </w:p>
    <w:p w14:paraId="022D5457" w14:textId="0F28C2A0" w:rsidR="002F502A" w:rsidRPr="00674829" w:rsidRDefault="259D382F" w:rsidP="3CCC7525">
      <w:pPr>
        <w:spacing w:after="0"/>
        <w:rPr>
          <w:rFonts w:ascii="Arial" w:hAnsi="Arial"/>
        </w:rPr>
      </w:pPr>
      <w:r w:rsidRPr="00674829">
        <w:rPr>
          <w:rFonts w:ascii="Arial" w:hAnsi="Arial"/>
          <w:b/>
          <w:bCs/>
        </w:rPr>
        <w:t>Kaleb Mabo</w:t>
      </w:r>
    </w:p>
    <w:p w14:paraId="5B46ADC8" w14:textId="185B3198" w:rsidR="002F502A" w:rsidRPr="00674829" w:rsidRDefault="3CCC7525" w:rsidP="3CCC7525">
      <w:pPr>
        <w:spacing w:after="0"/>
        <w:rPr>
          <w:rFonts w:ascii="Arial" w:hAnsi="Arial"/>
        </w:rPr>
      </w:pPr>
      <w:r w:rsidRPr="00674829">
        <w:rPr>
          <w:rFonts w:ascii="Arial" w:hAnsi="Arial"/>
        </w:rPr>
        <w:t>I guess your social medias, your I guess, no disrespect to anybody, but it's when you look at the demographic of Indigenous Australians. We're losing old people at an alarming rate. When I was a young boy, I'd have elders around that were teaching me and that would help guide learnings for myself. But today's youth are losing grandparents at a really young age, and there aren't any of those old people around anymore that are able to continue that cultural knowledge and lessons passing on.</w:t>
      </w:r>
    </w:p>
    <w:p w14:paraId="1FC39945" w14:textId="77777777" w:rsidR="002F502A" w:rsidRPr="00674829" w:rsidRDefault="002F502A">
      <w:pPr>
        <w:spacing w:after="0"/>
      </w:pPr>
    </w:p>
    <w:p w14:paraId="7388AF72"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12:40</w:t>
      </w:r>
    </w:p>
    <w:p w14:paraId="717CC26A" w14:textId="521CAABD" w:rsidR="002F502A" w:rsidRPr="00674829" w:rsidRDefault="3CCC7525">
      <w:pPr>
        <w:spacing w:after="0"/>
      </w:pPr>
      <w:r w:rsidRPr="00674829">
        <w:rPr>
          <w:rFonts w:ascii="Arial" w:hAnsi="Arial"/>
        </w:rPr>
        <w:t xml:space="preserve">What does </w:t>
      </w:r>
      <w:r w:rsidR="1DBF5365" w:rsidRPr="00674829">
        <w:rPr>
          <w:rFonts w:ascii="Arial" w:hAnsi="Arial"/>
        </w:rPr>
        <w:t>self-determination</w:t>
      </w:r>
      <w:r w:rsidRPr="00674829">
        <w:rPr>
          <w:rFonts w:ascii="Arial" w:hAnsi="Arial"/>
        </w:rPr>
        <w:t xml:space="preserve"> look like to you in a in a practical sense</w:t>
      </w:r>
      <w:r w:rsidR="1A89835F" w:rsidRPr="00674829">
        <w:rPr>
          <w:rFonts w:ascii="Arial" w:hAnsi="Arial"/>
        </w:rPr>
        <w:t>?</w:t>
      </w:r>
    </w:p>
    <w:p w14:paraId="0562CB0E" w14:textId="77777777" w:rsidR="002F502A" w:rsidRPr="00674829" w:rsidRDefault="002F502A">
      <w:pPr>
        <w:spacing w:after="0"/>
      </w:pPr>
    </w:p>
    <w:p w14:paraId="1670D0F5" w14:textId="77777777" w:rsidR="002F502A" w:rsidRPr="00674829" w:rsidRDefault="00C64E33">
      <w:pPr>
        <w:spacing w:after="0"/>
      </w:pPr>
      <w:r w:rsidRPr="00674829">
        <w:rPr>
          <w:rFonts w:ascii="Arial" w:hAnsi="Arial"/>
          <w:b/>
        </w:rPr>
        <w:t xml:space="preserve">Kaleb Mabo  </w:t>
      </w:r>
      <w:r w:rsidRPr="00674829">
        <w:rPr>
          <w:rFonts w:ascii="Arial" w:hAnsi="Arial"/>
          <w:color w:val="5D7284"/>
        </w:rPr>
        <w:t>12:47</w:t>
      </w:r>
    </w:p>
    <w:p w14:paraId="64AAD11C" w14:textId="20964924" w:rsidR="002F502A" w:rsidRPr="00674829" w:rsidRDefault="6105792D">
      <w:pPr>
        <w:spacing w:after="0"/>
      </w:pPr>
      <w:r w:rsidRPr="00674829">
        <w:rPr>
          <w:rFonts w:ascii="Arial" w:hAnsi="Arial"/>
        </w:rPr>
        <w:t>Self-determination</w:t>
      </w:r>
      <w:r w:rsidR="3CCC7525" w:rsidRPr="00674829">
        <w:rPr>
          <w:rFonts w:ascii="Arial" w:hAnsi="Arial"/>
        </w:rPr>
        <w:t xml:space="preserve"> for me is me being able to tell my story the way I want to tell it, teaching people who don't have an understanding of a story, say like my grandfather's, and helping them understand his journey, his connection to country and his spiritual beliefs prior to </w:t>
      </w:r>
      <w:proofErr w:type="spellStart"/>
      <w:r w:rsidR="3CCC7525" w:rsidRPr="00674829">
        <w:rPr>
          <w:rFonts w:ascii="Arial" w:hAnsi="Arial"/>
        </w:rPr>
        <w:t>colon</w:t>
      </w:r>
      <w:r w:rsidR="58FD69C2" w:rsidRPr="00674829">
        <w:rPr>
          <w:rFonts w:ascii="Arial" w:hAnsi="Arial"/>
        </w:rPr>
        <w:t>is</w:t>
      </w:r>
      <w:r w:rsidR="3CCC7525" w:rsidRPr="00674829">
        <w:rPr>
          <w:rFonts w:ascii="Arial" w:hAnsi="Arial"/>
        </w:rPr>
        <w:t>ation</w:t>
      </w:r>
      <w:proofErr w:type="spellEnd"/>
      <w:r w:rsidR="3CCC7525" w:rsidRPr="00674829">
        <w:rPr>
          <w:rFonts w:ascii="Arial" w:hAnsi="Arial"/>
        </w:rPr>
        <w:t xml:space="preserve">. </w:t>
      </w:r>
    </w:p>
    <w:p w14:paraId="34CE0A41" w14:textId="77777777" w:rsidR="002F502A" w:rsidRPr="00674829" w:rsidRDefault="002F502A">
      <w:pPr>
        <w:spacing w:after="0"/>
      </w:pPr>
    </w:p>
    <w:p w14:paraId="133AFF4E"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13:28</w:t>
      </w:r>
    </w:p>
    <w:p w14:paraId="1E061475" w14:textId="72822420" w:rsidR="002F502A" w:rsidRPr="00674829" w:rsidRDefault="4C45A838">
      <w:pPr>
        <w:spacing w:after="0"/>
      </w:pPr>
      <w:r w:rsidRPr="00674829">
        <w:rPr>
          <w:rFonts w:ascii="Arial" w:hAnsi="Arial"/>
        </w:rPr>
        <w:t xml:space="preserve">If your </w:t>
      </w:r>
      <w:r w:rsidR="3CCC7525" w:rsidRPr="00674829">
        <w:rPr>
          <w:rFonts w:ascii="Arial" w:hAnsi="Arial"/>
        </w:rPr>
        <w:t>grandfather was here today, what do you think he'd say about where we're at in 2025</w:t>
      </w:r>
      <w:r w:rsidR="0AA91FD7" w:rsidRPr="00674829">
        <w:rPr>
          <w:rFonts w:ascii="Arial" w:hAnsi="Arial"/>
        </w:rPr>
        <w:t>.</w:t>
      </w:r>
    </w:p>
    <w:p w14:paraId="62EBF3C5" w14:textId="77777777" w:rsidR="002F502A" w:rsidRPr="00674829" w:rsidRDefault="002F502A">
      <w:pPr>
        <w:spacing w:after="0"/>
      </w:pPr>
    </w:p>
    <w:p w14:paraId="589D3A30" w14:textId="77777777" w:rsidR="002F502A" w:rsidRPr="00674829" w:rsidRDefault="00C64E33">
      <w:pPr>
        <w:spacing w:after="0"/>
      </w:pPr>
      <w:r w:rsidRPr="00674829">
        <w:rPr>
          <w:rFonts w:ascii="Arial" w:hAnsi="Arial"/>
          <w:b/>
        </w:rPr>
        <w:t xml:space="preserve">Kaleb Mabo  </w:t>
      </w:r>
      <w:r w:rsidRPr="00674829">
        <w:rPr>
          <w:rFonts w:ascii="Arial" w:hAnsi="Arial"/>
          <w:color w:val="5D7284"/>
        </w:rPr>
        <w:t>13:35</w:t>
      </w:r>
    </w:p>
    <w:p w14:paraId="6B3ECDF8" w14:textId="65073EDA" w:rsidR="002F502A" w:rsidRPr="00674829" w:rsidRDefault="28C80845">
      <w:pPr>
        <w:spacing w:after="0"/>
      </w:pPr>
      <w:r w:rsidRPr="00674829">
        <w:rPr>
          <w:rFonts w:ascii="Arial" w:hAnsi="Arial"/>
        </w:rPr>
        <w:t>B</w:t>
      </w:r>
      <w:r w:rsidR="3CCC7525" w:rsidRPr="00674829">
        <w:rPr>
          <w:rFonts w:ascii="Arial" w:hAnsi="Arial"/>
        </w:rPr>
        <w:t>ig question. I believe that the believe that the Native Title system would look completely different if he were alive when the decision was made. I feel there was a lot more work that was still to come after that decision, and losing him at the time that they that the decision was made, kind of slowed momentum a bit, because there were, I guess, bigger ideas around gaining more autonomy within the region of the Torres Strait.</w:t>
      </w:r>
    </w:p>
    <w:p w14:paraId="6D98A12B" w14:textId="77777777" w:rsidR="002F502A" w:rsidRPr="00674829" w:rsidRDefault="002F502A">
      <w:pPr>
        <w:spacing w:after="0"/>
      </w:pPr>
    </w:p>
    <w:p w14:paraId="6CF33353"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14:20</w:t>
      </w:r>
    </w:p>
    <w:p w14:paraId="2A72AC61" w14:textId="5FFC84D7" w:rsidR="002F502A" w:rsidRPr="00674829" w:rsidRDefault="3CCC7525">
      <w:pPr>
        <w:spacing w:after="0"/>
      </w:pPr>
      <w:r w:rsidRPr="00674829">
        <w:rPr>
          <w:rFonts w:ascii="Arial" w:hAnsi="Arial"/>
        </w:rPr>
        <w:t xml:space="preserve">What's the legacy that you hope to leave in the work that you're doing? </w:t>
      </w:r>
    </w:p>
    <w:p w14:paraId="2946DB82" w14:textId="77777777" w:rsidR="002F502A" w:rsidRPr="00674829" w:rsidRDefault="002F502A">
      <w:pPr>
        <w:spacing w:after="0"/>
      </w:pPr>
    </w:p>
    <w:p w14:paraId="51884F2F" w14:textId="77777777" w:rsidR="002F502A" w:rsidRPr="00674829" w:rsidRDefault="00C64E33">
      <w:pPr>
        <w:spacing w:after="0"/>
      </w:pPr>
      <w:r w:rsidRPr="00674829">
        <w:rPr>
          <w:rFonts w:ascii="Arial" w:hAnsi="Arial"/>
          <w:b/>
        </w:rPr>
        <w:t xml:space="preserve">Kaleb Mabo  </w:t>
      </w:r>
      <w:r w:rsidRPr="00674829">
        <w:rPr>
          <w:rFonts w:ascii="Arial" w:hAnsi="Arial"/>
          <w:color w:val="5D7284"/>
        </w:rPr>
        <w:t>14:25</w:t>
      </w:r>
    </w:p>
    <w:p w14:paraId="54356572" w14:textId="04A31DB8" w:rsidR="002F502A" w:rsidRPr="00674829" w:rsidRDefault="415E0D5E">
      <w:pPr>
        <w:spacing w:after="0"/>
      </w:pPr>
      <w:r w:rsidRPr="00674829">
        <w:rPr>
          <w:rFonts w:ascii="Arial" w:hAnsi="Arial"/>
        </w:rPr>
        <w:t xml:space="preserve">I hope </w:t>
      </w:r>
      <w:r w:rsidR="3CCC7525" w:rsidRPr="00674829">
        <w:rPr>
          <w:rFonts w:ascii="Arial" w:hAnsi="Arial"/>
        </w:rPr>
        <w:t>to leave a legacy of education, the power in education, the power in helping others understand or give them an appreciation of what it's like to live as a land connected person within Australia.</w:t>
      </w:r>
    </w:p>
    <w:p w14:paraId="5997CC1D" w14:textId="77777777" w:rsidR="002F502A" w:rsidRPr="00674829" w:rsidRDefault="002F502A">
      <w:pPr>
        <w:spacing w:after="0"/>
      </w:pPr>
    </w:p>
    <w:p w14:paraId="0A33F8D0" w14:textId="77777777" w:rsidR="002F502A" w:rsidRPr="00674829" w:rsidRDefault="00C64E33">
      <w:pPr>
        <w:spacing w:after="0"/>
      </w:pPr>
      <w:r w:rsidRPr="00674829">
        <w:rPr>
          <w:rFonts w:ascii="Arial" w:hAnsi="Arial"/>
          <w:b/>
        </w:rPr>
        <w:t xml:space="preserve">Dr Alicia Veasey  </w:t>
      </w:r>
      <w:r w:rsidRPr="00674829">
        <w:rPr>
          <w:rFonts w:ascii="Arial" w:hAnsi="Arial"/>
          <w:color w:val="5D7284"/>
        </w:rPr>
        <w:t>14:55</w:t>
      </w:r>
    </w:p>
    <w:p w14:paraId="72C88D67" w14:textId="46EA551B" w:rsidR="002F502A" w:rsidRPr="00674829" w:rsidRDefault="4BCDE083" w:rsidP="4BCDE083">
      <w:pPr>
        <w:spacing w:after="0"/>
        <w:rPr>
          <w:rFonts w:ascii="Arial" w:hAnsi="Arial"/>
        </w:rPr>
      </w:pPr>
      <w:r w:rsidRPr="00674829">
        <w:rPr>
          <w:rFonts w:ascii="Arial" w:hAnsi="Arial"/>
        </w:rPr>
        <w:t xml:space="preserve">What we've seen here locally in Queensland is where five years now from our health </w:t>
      </w:r>
      <w:r w:rsidR="07DD8A4A" w:rsidRPr="00674829">
        <w:rPr>
          <w:rFonts w:ascii="Arial" w:hAnsi="Arial"/>
        </w:rPr>
        <w:t>equity Le</w:t>
      </w:r>
      <w:r w:rsidRPr="00674829">
        <w:rPr>
          <w:rFonts w:ascii="Arial" w:hAnsi="Arial"/>
        </w:rPr>
        <w:t>gislation, and what we saw from that was Aboriginal Torres Strait Islander people placed on our health boards of our hospitals, and now we have three Aboriginal and Torres Strait Islander people leading those health boards.</w:t>
      </w:r>
    </w:p>
    <w:p w14:paraId="110FFD37" w14:textId="77777777" w:rsidR="002F502A" w:rsidRPr="00674829" w:rsidRDefault="002F502A">
      <w:pPr>
        <w:spacing w:after="0"/>
      </w:pPr>
    </w:p>
    <w:p w14:paraId="39A12DAF" w14:textId="77777777" w:rsidR="002F502A" w:rsidRPr="00674829" w:rsidRDefault="00C64E33">
      <w:pPr>
        <w:spacing w:after="0"/>
      </w:pPr>
      <w:r w:rsidRPr="00674829">
        <w:rPr>
          <w:rFonts w:ascii="Arial" w:hAnsi="Arial"/>
          <w:b/>
        </w:rPr>
        <w:t xml:space="preserve">Manny Williams  </w:t>
      </w:r>
      <w:r w:rsidRPr="00674829">
        <w:rPr>
          <w:rFonts w:ascii="Arial" w:hAnsi="Arial"/>
          <w:color w:val="5D7284"/>
        </w:rPr>
        <w:t>15:13</w:t>
      </w:r>
    </w:p>
    <w:p w14:paraId="5DF3C221" w14:textId="115AA024" w:rsidR="002F502A" w:rsidRPr="00674829" w:rsidRDefault="41A9F1FE">
      <w:pPr>
        <w:spacing w:after="0"/>
      </w:pPr>
      <w:r w:rsidRPr="00674829">
        <w:rPr>
          <w:rFonts w:ascii="Arial" w:hAnsi="Arial"/>
        </w:rPr>
        <w:t xml:space="preserve">Yeah, I think young people are feeling pretty inspired. We had the </w:t>
      </w:r>
      <w:r w:rsidR="01B3F89A" w:rsidRPr="00674829">
        <w:rPr>
          <w:rFonts w:ascii="Arial" w:hAnsi="Arial"/>
        </w:rPr>
        <w:t>Youth Summit</w:t>
      </w:r>
      <w:r w:rsidRPr="00674829">
        <w:rPr>
          <w:rFonts w:ascii="Arial" w:hAnsi="Arial"/>
        </w:rPr>
        <w:t xml:space="preserve"> last week, which triggered a lot of deep conversations between everyone. A lot of young people didn't understand much about their rights as a young person.</w:t>
      </w:r>
    </w:p>
    <w:p w14:paraId="681B53CD" w14:textId="1DAE67CB" w:rsidR="1251FDF9" w:rsidRPr="00674829" w:rsidRDefault="1251FDF9" w:rsidP="1251FDF9">
      <w:pPr>
        <w:spacing w:after="0"/>
        <w:rPr>
          <w:rFonts w:ascii="Arial" w:hAnsi="Arial"/>
        </w:rPr>
      </w:pPr>
    </w:p>
    <w:p w14:paraId="6B699379" w14:textId="77777777" w:rsidR="002F502A" w:rsidRPr="00674829" w:rsidRDefault="002F502A">
      <w:pPr>
        <w:spacing w:after="0"/>
      </w:pPr>
    </w:p>
    <w:p w14:paraId="0B7F6223"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15:35</w:t>
      </w:r>
    </w:p>
    <w:p w14:paraId="49BC8DCA" w14:textId="77777777" w:rsidR="002F502A" w:rsidRPr="00674829" w:rsidRDefault="00C64E33">
      <w:pPr>
        <w:spacing w:after="0"/>
      </w:pPr>
      <w:r w:rsidRPr="00674829">
        <w:rPr>
          <w:rFonts w:ascii="Arial" w:hAnsi="Arial"/>
        </w:rPr>
        <w:t>The United Nations Declaration on the Rights of Indigenous Peoples highlights cultural integrity and preservation. The right to express your culture through art is an important form of advocacy, beauty and activism.</w:t>
      </w:r>
    </w:p>
    <w:p w14:paraId="3FE9F23F" w14:textId="77777777" w:rsidR="002F502A" w:rsidRPr="00674829" w:rsidRDefault="002F502A">
      <w:pPr>
        <w:spacing w:after="0"/>
      </w:pPr>
    </w:p>
    <w:p w14:paraId="150D63AB" w14:textId="77777777" w:rsidR="002F502A" w:rsidRPr="00674829" w:rsidRDefault="00C64E33">
      <w:pPr>
        <w:spacing w:after="0"/>
      </w:pPr>
      <w:proofErr w:type="spellStart"/>
      <w:r w:rsidRPr="00674829">
        <w:rPr>
          <w:rFonts w:ascii="Arial" w:hAnsi="Arial"/>
          <w:b/>
        </w:rPr>
        <w:t>Elverina</w:t>
      </w:r>
      <w:proofErr w:type="spellEnd"/>
      <w:r w:rsidRPr="00674829">
        <w:rPr>
          <w:rFonts w:ascii="Arial" w:hAnsi="Arial"/>
          <w:b/>
        </w:rPr>
        <w:t xml:space="preserve"> Johnson  </w:t>
      </w:r>
      <w:r w:rsidRPr="00674829">
        <w:rPr>
          <w:rFonts w:ascii="Arial" w:hAnsi="Arial"/>
          <w:color w:val="5D7284"/>
        </w:rPr>
        <w:t>15:54</w:t>
      </w:r>
    </w:p>
    <w:p w14:paraId="320707C7" w14:textId="602E5EBA" w:rsidR="002F502A" w:rsidRPr="00674829" w:rsidRDefault="3C5D7B37" w:rsidP="54707FFD">
      <w:pPr>
        <w:spacing w:after="0"/>
        <w:rPr>
          <w:rFonts w:ascii="Arial" w:hAnsi="Arial"/>
        </w:rPr>
      </w:pPr>
      <w:proofErr w:type="spellStart"/>
      <w:r w:rsidRPr="00674829">
        <w:rPr>
          <w:rFonts w:ascii="Arial" w:hAnsi="Arial"/>
        </w:rPr>
        <w:t>Wan</w:t>
      </w:r>
      <w:r w:rsidR="008B025F" w:rsidRPr="00674829">
        <w:rPr>
          <w:rFonts w:ascii="Arial" w:hAnsi="Arial"/>
        </w:rPr>
        <w:t>jir</w:t>
      </w:r>
      <w:r w:rsidR="00D33668" w:rsidRPr="00674829">
        <w:rPr>
          <w:rFonts w:ascii="Arial" w:hAnsi="Arial"/>
        </w:rPr>
        <w:t>r</w:t>
      </w:r>
      <w:r w:rsidR="008B025F" w:rsidRPr="00674829">
        <w:rPr>
          <w:rFonts w:ascii="Arial" w:hAnsi="Arial"/>
        </w:rPr>
        <w:t>d</w:t>
      </w:r>
      <w:r w:rsidRPr="00674829">
        <w:rPr>
          <w:rFonts w:ascii="Arial" w:hAnsi="Arial"/>
        </w:rPr>
        <w:t>a</w:t>
      </w:r>
      <w:proofErr w:type="spellEnd"/>
      <w:r w:rsidRPr="00674829">
        <w:rPr>
          <w:rFonts w:ascii="Arial" w:hAnsi="Arial"/>
        </w:rPr>
        <w:t xml:space="preserve"> </w:t>
      </w:r>
      <w:proofErr w:type="spellStart"/>
      <w:r w:rsidR="00EF40A4" w:rsidRPr="00674829">
        <w:rPr>
          <w:rFonts w:ascii="Arial" w:hAnsi="Arial"/>
        </w:rPr>
        <w:t>ngyu</w:t>
      </w:r>
      <w:proofErr w:type="spellEnd"/>
      <w:r w:rsidR="00EF40A4" w:rsidRPr="00674829">
        <w:rPr>
          <w:rFonts w:ascii="Arial" w:hAnsi="Arial"/>
        </w:rPr>
        <w:t xml:space="preserve"> </w:t>
      </w:r>
      <w:proofErr w:type="spellStart"/>
      <w:r w:rsidR="00EF40A4" w:rsidRPr="00674829">
        <w:rPr>
          <w:rFonts w:ascii="Arial" w:hAnsi="Arial"/>
        </w:rPr>
        <w:t>bama</w:t>
      </w:r>
      <w:proofErr w:type="spellEnd"/>
      <w:r w:rsidRPr="00674829">
        <w:rPr>
          <w:rFonts w:ascii="Arial" w:hAnsi="Arial"/>
        </w:rPr>
        <w:t xml:space="preserve"> </w:t>
      </w:r>
      <w:proofErr w:type="spellStart"/>
      <w:r w:rsidR="0093475D" w:rsidRPr="00674829">
        <w:rPr>
          <w:rFonts w:ascii="Arial" w:hAnsi="Arial"/>
        </w:rPr>
        <w:t>Gunggandji</w:t>
      </w:r>
      <w:proofErr w:type="spellEnd"/>
      <w:r w:rsidRPr="00674829">
        <w:rPr>
          <w:rFonts w:ascii="Arial" w:hAnsi="Arial"/>
        </w:rPr>
        <w:t xml:space="preserve">, </w:t>
      </w:r>
      <w:r w:rsidR="00AB4CF9" w:rsidRPr="00674829">
        <w:rPr>
          <w:rFonts w:ascii="Arial" w:hAnsi="Arial"/>
        </w:rPr>
        <w:t xml:space="preserve">I’m </w:t>
      </w:r>
      <w:proofErr w:type="spellStart"/>
      <w:r w:rsidR="00AB4CF9" w:rsidRPr="00674829">
        <w:rPr>
          <w:rFonts w:ascii="Arial" w:hAnsi="Arial"/>
        </w:rPr>
        <w:t>Elverina</w:t>
      </w:r>
      <w:proofErr w:type="spellEnd"/>
      <w:r w:rsidR="00AB4CF9" w:rsidRPr="00674829">
        <w:rPr>
          <w:rFonts w:ascii="Arial" w:hAnsi="Arial"/>
        </w:rPr>
        <w:t xml:space="preserve"> </w:t>
      </w:r>
      <w:r w:rsidRPr="00674829">
        <w:rPr>
          <w:rFonts w:ascii="Arial" w:hAnsi="Arial"/>
        </w:rPr>
        <w:t xml:space="preserve">from </w:t>
      </w:r>
      <w:proofErr w:type="spellStart"/>
      <w:r w:rsidR="002B45CD" w:rsidRPr="00674829">
        <w:rPr>
          <w:rFonts w:ascii="Arial" w:hAnsi="Arial"/>
        </w:rPr>
        <w:t>Yarrabah</w:t>
      </w:r>
      <w:proofErr w:type="spellEnd"/>
      <w:r w:rsidRPr="00674829">
        <w:rPr>
          <w:rFonts w:ascii="Arial" w:hAnsi="Arial"/>
        </w:rPr>
        <w:t xml:space="preserve">, </w:t>
      </w:r>
      <w:proofErr w:type="spellStart"/>
      <w:r w:rsidR="004A4DDE" w:rsidRPr="00674829">
        <w:rPr>
          <w:rFonts w:ascii="Arial" w:hAnsi="Arial"/>
        </w:rPr>
        <w:t>Gunggandji</w:t>
      </w:r>
      <w:proofErr w:type="spellEnd"/>
      <w:r w:rsidRPr="00674829">
        <w:rPr>
          <w:rFonts w:ascii="Arial" w:hAnsi="Arial"/>
        </w:rPr>
        <w:t xml:space="preserve">, </w:t>
      </w:r>
      <w:proofErr w:type="spellStart"/>
      <w:r w:rsidR="009E63AA" w:rsidRPr="00674829">
        <w:rPr>
          <w:rFonts w:ascii="Arial" w:hAnsi="Arial"/>
        </w:rPr>
        <w:t>Walubara</w:t>
      </w:r>
      <w:proofErr w:type="spellEnd"/>
      <w:r w:rsidR="009E63AA" w:rsidRPr="00674829">
        <w:rPr>
          <w:rFonts w:ascii="Arial" w:hAnsi="Arial"/>
        </w:rPr>
        <w:t xml:space="preserve"> </w:t>
      </w:r>
      <w:proofErr w:type="spellStart"/>
      <w:r w:rsidR="009E63AA" w:rsidRPr="00674829">
        <w:rPr>
          <w:rFonts w:ascii="Arial" w:hAnsi="Arial"/>
        </w:rPr>
        <w:t>Yidinji</w:t>
      </w:r>
      <w:proofErr w:type="spellEnd"/>
      <w:r w:rsidR="009E63AA" w:rsidRPr="00674829">
        <w:rPr>
          <w:rFonts w:ascii="Arial" w:hAnsi="Arial"/>
        </w:rPr>
        <w:t xml:space="preserve"> </w:t>
      </w:r>
      <w:r w:rsidRPr="00674829">
        <w:rPr>
          <w:rFonts w:ascii="Arial" w:hAnsi="Arial"/>
        </w:rPr>
        <w:t xml:space="preserve">as well. On my grandmother's side, I live in </w:t>
      </w:r>
      <w:proofErr w:type="spellStart"/>
      <w:r w:rsidRPr="00674829">
        <w:rPr>
          <w:rFonts w:ascii="Arial" w:hAnsi="Arial"/>
        </w:rPr>
        <w:t>Yarrabah</w:t>
      </w:r>
      <w:proofErr w:type="spellEnd"/>
      <w:r w:rsidRPr="00674829">
        <w:rPr>
          <w:rFonts w:ascii="Arial" w:hAnsi="Arial"/>
        </w:rPr>
        <w:t>, which is about 20</w:t>
      </w:r>
      <w:r w:rsidR="00AB4CF9" w:rsidRPr="00674829">
        <w:rPr>
          <w:rFonts w:ascii="Arial" w:hAnsi="Arial"/>
        </w:rPr>
        <w:t xml:space="preserve">… uh </w:t>
      </w:r>
      <w:r w:rsidRPr="00674829">
        <w:rPr>
          <w:rFonts w:ascii="Arial" w:hAnsi="Arial"/>
        </w:rPr>
        <w:t>60</w:t>
      </w:r>
      <w:r w:rsidR="7ACEA121" w:rsidRPr="00674829">
        <w:rPr>
          <w:rFonts w:ascii="Arial" w:hAnsi="Arial"/>
        </w:rPr>
        <w:t xml:space="preserve"> km </w:t>
      </w:r>
      <w:r w:rsidRPr="00674829">
        <w:rPr>
          <w:rFonts w:ascii="Arial" w:hAnsi="Arial"/>
        </w:rPr>
        <w:t xml:space="preserve">southeast of Cairns. So home of </w:t>
      </w:r>
      <w:r w:rsidR="54707FFD" w:rsidRPr="00674829">
        <w:rPr>
          <w:rFonts w:ascii="Arial" w:hAnsi="Arial"/>
        </w:rPr>
        <w:t xml:space="preserve">the </w:t>
      </w:r>
      <w:proofErr w:type="spellStart"/>
      <w:r w:rsidR="00B85B92" w:rsidRPr="00674829">
        <w:rPr>
          <w:rFonts w:ascii="Arial" w:hAnsi="Arial"/>
        </w:rPr>
        <w:t>Gunggandji</w:t>
      </w:r>
      <w:proofErr w:type="spellEnd"/>
      <w:r w:rsidR="00B85B92" w:rsidRPr="00674829">
        <w:rPr>
          <w:rFonts w:ascii="Arial" w:hAnsi="Arial"/>
        </w:rPr>
        <w:t xml:space="preserve"> </w:t>
      </w:r>
      <w:r w:rsidR="54707FFD" w:rsidRPr="00674829">
        <w:rPr>
          <w:rFonts w:ascii="Arial" w:hAnsi="Arial"/>
        </w:rPr>
        <w:t>people, my people</w:t>
      </w:r>
      <w:r w:rsidR="31B86806" w:rsidRPr="00674829">
        <w:rPr>
          <w:rFonts w:ascii="Arial" w:hAnsi="Arial"/>
        </w:rPr>
        <w:t>.</w:t>
      </w:r>
    </w:p>
    <w:p w14:paraId="1F72F646" w14:textId="77777777" w:rsidR="002F502A" w:rsidRPr="00674829" w:rsidRDefault="002F502A">
      <w:pPr>
        <w:spacing w:after="0"/>
      </w:pPr>
    </w:p>
    <w:p w14:paraId="2AE9A13C"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16:18</w:t>
      </w:r>
    </w:p>
    <w:p w14:paraId="2125AD2F" w14:textId="4452D059" w:rsidR="002F502A" w:rsidRPr="00674829" w:rsidRDefault="1533D67C">
      <w:pPr>
        <w:spacing w:after="0"/>
      </w:pPr>
      <w:proofErr w:type="spellStart"/>
      <w:r w:rsidRPr="00674829">
        <w:rPr>
          <w:rFonts w:ascii="Arial" w:hAnsi="Arial"/>
        </w:rPr>
        <w:t>E</w:t>
      </w:r>
      <w:r w:rsidR="3CCC7525" w:rsidRPr="00674829">
        <w:rPr>
          <w:rFonts w:ascii="Arial" w:hAnsi="Arial"/>
        </w:rPr>
        <w:t>lverina</w:t>
      </w:r>
      <w:proofErr w:type="spellEnd"/>
      <w:r w:rsidR="3CCC7525" w:rsidRPr="00674829">
        <w:rPr>
          <w:rFonts w:ascii="Arial" w:hAnsi="Arial"/>
        </w:rPr>
        <w:t xml:space="preserve"> Johnson says the impact of her artworks in galleries and on clothing is a way of connecting people to share stories. She says it's a form of truth telling, especially for </w:t>
      </w:r>
      <w:r w:rsidR="3FB444AF" w:rsidRPr="00674829">
        <w:rPr>
          <w:rFonts w:ascii="Arial" w:hAnsi="Arial"/>
        </w:rPr>
        <w:t>M</w:t>
      </w:r>
      <w:r w:rsidR="3CCC7525" w:rsidRPr="00674829">
        <w:rPr>
          <w:rFonts w:ascii="Arial" w:hAnsi="Arial"/>
        </w:rPr>
        <w:t>ob who don't have their voices heard.</w:t>
      </w:r>
    </w:p>
    <w:p w14:paraId="08CE6F91" w14:textId="77777777" w:rsidR="002F502A" w:rsidRPr="00674829" w:rsidRDefault="002F502A">
      <w:pPr>
        <w:spacing w:after="0"/>
      </w:pPr>
    </w:p>
    <w:p w14:paraId="251D726B" w14:textId="77777777" w:rsidR="002F502A" w:rsidRPr="00674829" w:rsidRDefault="00C64E33">
      <w:pPr>
        <w:spacing w:after="0"/>
      </w:pPr>
      <w:proofErr w:type="spellStart"/>
      <w:r w:rsidRPr="00674829">
        <w:rPr>
          <w:rFonts w:ascii="Arial" w:hAnsi="Arial"/>
          <w:b/>
        </w:rPr>
        <w:t>Elverina</w:t>
      </w:r>
      <w:proofErr w:type="spellEnd"/>
      <w:r w:rsidRPr="00674829">
        <w:rPr>
          <w:rFonts w:ascii="Arial" w:hAnsi="Arial"/>
          <w:b/>
        </w:rPr>
        <w:t xml:space="preserve"> Johnson  </w:t>
      </w:r>
      <w:r w:rsidRPr="00674829">
        <w:rPr>
          <w:rFonts w:ascii="Arial" w:hAnsi="Arial"/>
          <w:color w:val="5D7284"/>
        </w:rPr>
        <w:t>16:33</w:t>
      </w:r>
    </w:p>
    <w:p w14:paraId="29C9AB4D" w14:textId="26E576EB" w:rsidR="002F502A" w:rsidRPr="00674829" w:rsidRDefault="680E1AE9">
      <w:pPr>
        <w:spacing w:after="0"/>
      </w:pPr>
      <w:r w:rsidRPr="00674829">
        <w:rPr>
          <w:rFonts w:ascii="Arial" w:hAnsi="Arial"/>
        </w:rPr>
        <w:lastRenderedPageBreak/>
        <w:t xml:space="preserve">Art is a really great platform to give voice to, and it can be very powerful one, and depending on what stories you want to tell, whether it be have a more cultural context, or just, you know, story based in terms of your life growing up, or it can have a political stance as well, in terms of your expressions of </w:t>
      </w:r>
      <w:r w:rsidR="62DC9C00" w:rsidRPr="00674829">
        <w:rPr>
          <w:rFonts w:ascii="Arial" w:hAnsi="Arial"/>
        </w:rPr>
        <w:t>I</w:t>
      </w:r>
      <w:r w:rsidRPr="00674829">
        <w:rPr>
          <w:rFonts w:ascii="Arial" w:hAnsi="Arial"/>
        </w:rPr>
        <w:t>ndigenous rights can also come through that those art forms as well, whether it be visual arts, music or other performances, but it's certainly very good space to be able to give voice to Some of those issues.</w:t>
      </w:r>
    </w:p>
    <w:p w14:paraId="61CDCEAD" w14:textId="77777777" w:rsidR="002F502A" w:rsidRPr="00674829" w:rsidRDefault="002F502A">
      <w:pPr>
        <w:spacing w:after="0"/>
      </w:pPr>
    </w:p>
    <w:p w14:paraId="23A2713E"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17:19</w:t>
      </w:r>
    </w:p>
    <w:p w14:paraId="147E4DF7" w14:textId="012AADB9" w:rsidR="002F502A" w:rsidRPr="00674829" w:rsidRDefault="3CCC7525" w:rsidP="3CCC7525">
      <w:pPr>
        <w:spacing w:after="0"/>
        <w:rPr>
          <w:rFonts w:ascii="Arial" w:hAnsi="Arial"/>
        </w:rPr>
      </w:pPr>
      <w:r w:rsidRPr="00674829">
        <w:rPr>
          <w:rFonts w:ascii="Arial" w:hAnsi="Arial"/>
        </w:rPr>
        <w:t>Is Art activism</w:t>
      </w:r>
      <w:r w:rsidR="7E235615" w:rsidRPr="00674829">
        <w:rPr>
          <w:rFonts w:ascii="Arial" w:hAnsi="Arial"/>
        </w:rPr>
        <w:t>? L</w:t>
      </w:r>
      <w:r w:rsidRPr="00674829">
        <w:rPr>
          <w:rFonts w:ascii="Arial" w:hAnsi="Arial"/>
        </w:rPr>
        <w:t xml:space="preserve">ike is protecting culture </w:t>
      </w:r>
      <w:r w:rsidR="5C92258D" w:rsidRPr="00674829">
        <w:rPr>
          <w:rFonts w:ascii="Arial" w:hAnsi="Arial"/>
        </w:rPr>
        <w:t xml:space="preserve">a </w:t>
      </w:r>
      <w:r w:rsidRPr="00674829">
        <w:rPr>
          <w:rFonts w:ascii="Arial" w:hAnsi="Arial"/>
        </w:rPr>
        <w:t>form of resistance</w:t>
      </w:r>
      <w:r w:rsidR="2300D618" w:rsidRPr="00674829">
        <w:rPr>
          <w:rFonts w:ascii="Arial" w:hAnsi="Arial"/>
        </w:rPr>
        <w:t>?</w:t>
      </w:r>
    </w:p>
    <w:p w14:paraId="6BB9E253" w14:textId="77777777" w:rsidR="002F502A" w:rsidRPr="00674829" w:rsidRDefault="002F502A">
      <w:pPr>
        <w:spacing w:after="0"/>
      </w:pPr>
    </w:p>
    <w:p w14:paraId="614780D0" w14:textId="77777777" w:rsidR="002F502A" w:rsidRPr="00674829" w:rsidRDefault="00C64E33">
      <w:pPr>
        <w:spacing w:after="0"/>
      </w:pPr>
      <w:proofErr w:type="spellStart"/>
      <w:r w:rsidRPr="00674829">
        <w:rPr>
          <w:rFonts w:ascii="Arial" w:hAnsi="Arial"/>
          <w:b/>
        </w:rPr>
        <w:t>Elverina</w:t>
      </w:r>
      <w:proofErr w:type="spellEnd"/>
      <w:r w:rsidRPr="00674829">
        <w:rPr>
          <w:rFonts w:ascii="Arial" w:hAnsi="Arial"/>
          <w:b/>
        </w:rPr>
        <w:t xml:space="preserve"> Johnson  </w:t>
      </w:r>
      <w:r w:rsidRPr="00674829">
        <w:rPr>
          <w:rFonts w:ascii="Arial" w:hAnsi="Arial"/>
          <w:color w:val="5D7284"/>
        </w:rPr>
        <w:t>17:24</w:t>
      </w:r>
    </w:p>
    <w:p w14:paraId="51E61371" w14:textId="77777777" w:rsidR="002F502A" w:rsidRPr="00674829" w:rsidRDefault="00C64E33">
      <w:pPr>
        <w:spacing w:after="0"/>
      </w:pPr>
      <w:r w:rsidRPr="00674829">
        <w:rPr>
          <w:rFonts w:ascii="Arial" w:hAnsi="Arial"/>
        </w:rPr>
        <w:t>Look, I think, yes, it does, and it can, and you can have a kind of a soft approach to the type of activism you want to do through art, whether it's just more about storytelling and emphasizing the history of who you are and your people and your community, or it can be specifically on certain types of topics or issues that you want to talk about in through your art.</w:t>
      </w:r>
    </w:p>
    <w:p w14:paraId="23DE523C" w14:textId="77777777" w:rsidR="002F502A" w:rsidRPr="00674829" w:rsidRDefault="002F502A">
      <w:pPr>
        <w:spacing w:after="0"/>
      </w:pPr>
    </w:p>
    <w:p w14:paraId="7200BD3D"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17:55</w:t>
      </w:r>
    </w:p>
    <w:p w14:paraId="26348A22" w14:textId="17BB4038" w:rsidR="002F502A" w:rsidRPr="00674829" w:rsidRDefault="2253EE13" w:rsidP="2253EE13">
      <w:pPr>
        <w:spacing w:after="0"/>
        <w:rPr>
          <w:rFonts w:ascii="Arial" w:hAnsi="Arial"/>
        </w:rPr>
      </w:pPr>
      <w:r w:rsidRPr="00674829">
        <w:rPr>
          <w:rFonts w:ascii="Arial" w:hAnsi="Arial"/>
        </w:rPr>
        <w:t>Do you see the fight to protect culture, language, Song lines and ceremony as a, as a, as a human rights issue</w:t>
      </w:r>
      <w:r w:rsidR="23ADD6B5" w:rsidRPr="00674829">
        <w:rPr>
          <w:rFonts w:ascii="Arial" w:hAnsi="Arial"/>
        </w:rPr>
        <w:t>?</w:t>
      </w:r>
    </w:p>
    <w:p w14:paraId="52E56223" w14:textId="77777777" w:rsidR="002F502A" w:rsidRPr="00674829" w:rsidRDefault="002F502A">
      <w:pPr>
        <w:spacing w:after="0"/>
      </w:pPr>
    </w:p>
    <w:p w14:paraId="7720A10E" w14:textId="77777777" w:rsidR="002F502A" w:rsidRPr="00674829" w:rsidRDefault="00C64E33">
      <w:pPr>
        <w:spacing w:after="0"/>
      </w:pPr>
      <w:proofErr w:type="spellStart"/>
      <w:r w:rsidRPr="00674829">
        <w:rPr>
          <w:rFonts w:ascii="Arial" w:hAnsi="Arial"/>
          <w:b/>
        </w:rPr>
        <w:t>Elverina</w:t>
      </w:r>
      <w:proofErr w:type="spellEnd"/>
      <w:r w:rsidRPr="00674829">
        <w:rPr>
          <w:rFonts w:ascii="Arial" w:hAnsi="Arial"/>
          <w:b/>
        </w:rPr>
        <w:t xml:space="preserve"> Johnson  </w:t>
      </w:r>
      <w:r w:rsidRPr="00674829">
        <w:rPr>
          <w:rFonts w:ascii="Arial" w:hAnsi="Arial"/>
          <w:color w:val="5D7284"/>
        </w:rPr>
        <w:t>18:03</w:t>
      </w:r>
    </w:p>
    <w:p w14:paraId="165F1499" w14:textId="60EC9592" w:rsidR="002F502A" w:rsidRPr="00674829" w:rsidRDefault="5275EEEB" w:rsidP="0D03C9A9">
      <w:pPr>
        <w:spacing w:after="0"/>
        <w:rPr>
          <w:rFonts w:ascii="Arial" w:hAnsi="Arial"/>
        </w:rPr>
      </w:pPr>
      <w:r w:rsidRPr="00674829">
        <w:rPr>
          <w:rFonts w:ascii="Arial" w:hAnsi="Arial"/>
        </w:rPr>
        <w:t xml:space="preserve">Definitely, it's part of who we are. It's part of our struggle, but also our originality in terms of where we come from, and I our identity. And I think that if we don't keep telling those stories and </w:t>
      </w:r>
      <w:proofErr w:type="spellStart"/>
      <w:r w:rsidRPr="00674829">
        <w:rPr>
          <w:rFonts w:ascii="Arial" w:hAnsi="Arial"/>
        </w:rPr>
        <w:t>emphasi</w:t>
      </w:r>
      <w:r w:rsidR="3821AF52" w:rsidRPr="00674829">
        <w:rPr>
          <w:rFonts w:ascii="Arial" w:hAnsi="Arial"/>
        </w:rPr>
        <w:t>s</w:t>
      </w:r>
      <w:r w:rsidRPr="00674829">
        <w:rPr>
          <w:rFonts w:ascii="Arial" w:hAnsi="Arial"/>
        </w:rPr>
        <w:t>ing</w:t>
      </w:r>
      <w:proofErr w:type="spellEnd"/>
      <w:r w:rsidRPr="00674829">
        <w:rPr>
          <w:rFonts w:ascii="Arial" w:hAnsi="Arial"/>
        </w:rPr>
        <w:t xml:space="preserve"> those cultural stories, or, you know, the history of our people in our community, then it gives us more of a reason why we have to protect it and to keep fighting </w:t>
      </w:r>
      <w:r w:rsidR="655AC81B" w:rsidRPr="00674829">
        <w:rPr>
          <w:rFonts w:ascii="Arial" w:hAnsi="Arial"/>
        </w:rPr>
        <w:t>f</w:t>
      </w:r>
      <w:r w:rsidRPr="00674829">
        <w:rPr>
          <w:rFonts w:ascii="Arial" w:hAnsi="Arial"/>
        </w:rPr>
        <w:t>or the right to have those voices out there, and not only telling our own personal stories, but telling the stories of our elders, our communities and our cultural practices, and it is a human rights issue, because it's part of our part of who we are, and if we don't keep telling those Stories, it can be very easy to be forgotten and easy to say, oh, you know your story is not important because you don't talk about it much. So yeah, it's, it's pretty much our signature.</w:t>
      </w:r>
    </w:p>
    <w:p w14:paraId="07547A01" w14:textId="77777777" w:rsidR="002F502A" w:rsidRPr="00674829" w:rsidRDefault="002F502A">
      <w:pPr>
        <w:spacing w:after="0"/>
      </w:pPr>
    </w:p>
    <w:p w14:paraId="179A1E89"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19:15</w:t>
      </w:r>
    </w:p>
    <w:p w14:paraId="1FB46D8F" w14:textId="19692AB0" w:rsidR="002F502A" w:rsidRPr="00674829" w:rsidRDefault="3CCC7525" w:rsidP="3CCC7525">
      <w:pPr>
        <w:spacing w:after="0"/>
        <w:rPr>
          <w:rFonts w:ascii="Arial" w:hAnsi="Arial"/>
        </w:rPr>
      </w:pPr>
      <w:r w:rsidRPr="00674829">
        <w:rPr>
          <w:rFonts w:ascii="Arial" w:hAnsi="Arial"/>
        </w:rPr>
        <w:t>Is it about maintaining that connection, not only for your stories, but also for the wider community to connect with those stories, from</w:t>
      </w:r>
      <w:r w:rsidR="708B7581" w:rsidRPr="00674829">
        <w:rPr>
          <w:rFonts w:ascii="Arial" w:hAnsi="Arial"/>
        </w:rPr>
        <w:t xml:space="preserve"> community</w:t>
      </w:r>
      <w:r w:rsidR="6FD5731E" w:rsidRPr="00674829">
        <w:rPr>
          <w:rFonts w:ascii="Arial" w:hAnsi="Arial"/>
        </w:rPr>
        <w:t>?</w:t>
      </w:r>
    </w:p>
    <w:p w14:paraId="5043CB0F" w14:textId="77777777" w:rsidR="002F502A" w:rsidRPr="00674829" w:rsidRDefault="002F502A">
      <w:pPr>
        <w:spacing w:after="0"/>
      </w:pPr>
    </w:p>
    <w:p w14:paraId="73A71BB6" w14:textId="77777777" w:rsidR="002F502A" w:rsidRPr="00674829" w:rsidRDefault="3CCC7525">
      <w:pPr>
        <w:spacing w:after="0"/>
      </w:pPr>
      <w:proofErr w:type="spellStart"/>
      <w:r w:rsidRPr="00674829">
        <w:rPr>
          <w:rFonts w:ascii="Arial" w:hAnsi="Arial"/>
          <w:b/>
          <w:bCs/>
        </w:rPr>
        <w:t>Elverina</w:t>
      </w:r>
      <w:proofErr w:type="spellEnd"/>
      <w:r w:rsidRPr="00674829">
        <w:rPr>
          <w:rFonts w:ascii="Arial" w:hAnsi="Arial"/>
          <w:b/>
          <w:bCs/>
        </w:rPr>
        <w:t xml:space="preserve"> Johnson  </w:t>
      </w:r>
      <w:r w:rsidRPr="00674829">
        <w:rPr>
          <w:rFonts w:ascii="Arial" w:hAnsi="Arial"/>
          <w:color w:val="5D7284"/>
        </w:rPr>
        <w:t>19:23</w:t>
      </w:r>
    </w:p>
    <w:p w14:paraId="370775A4" w14:textId="4B3FA18F" w:rsidR="002F502A" w:rsidRPr="00674829" w:rsidRDefault="35B56398">
      <w:pPr>
        <w:spacing w:after="0"/>
      </w:pPr>
      <w:r w:rsidRPr="00674829">
        <w:rPr>
          <w:rFonts w:ascii="Arial" w:hAnsi="Arial"/>
        </w:rPr>
        <w:t xml:space="preserve">Maintaining the stories, but also having used it as </w:t>
      </w:r>
      <w:proofErr w:type="spellStart"/>
      <w:r w:rsidRPr="00674829">
        <w:rPr>
          <w:rFonts w:ascii="Arial" w:hAnsi="Arial"/>
        </w:rPr>
        <w:t>a</w:t>
      </w:r>
      <w:proofErr w:type="spellEnd"/>
      <w:r w:rsidRPr="00674829">
        <w:rPr>
          <w:rFonts w:ascii="Arial" w:hAnsi="Arial"/>
        </w:rPr>
        <w:t xml:space="preserve"> education tool and also to keep stories alive.</w:t>
      </w:r>
      <w:r w:rsidR="3CCC7525" w:rsidRPr="00674829">
        <w:rPr>
          <w:rFonts w:ascii="Arial" w:hAnsi="Arial"/>
        </w:rPr>
        <w:t xml:space="preserve"> So in a lot of my art, you know, I'm very influenced by my community and the land and the sea and stories that I grew up learning and practicing, which helps me to talk about my community, my </w:t>
      </w:r>
      <w:r w:rsidR="280ACA97" w:rsidRPr="00674829">
        <w:rPr>
          <w:rFonts w:ascii="Arial" w:hAnsi="Arial"/>
        </w:rPr>
        <w:t>E</w:t>
      </w:r>
      <w:r w:rsidR="3CCC7525" w:rsidRPr="00674829">
        <w:rPr>
          <w:rFonts w:ascii="Arial" w:hAnsi="Arial"/>
        </w:rPr>
        <w:t>lders, and what they taught me. So it's important to be able to continue to be. Pass that on, but also show that. Show what I've had the opportunity to be given, as well, from my ancestors, my grandparents. Yeah, I think if you stop doing that, then you risk the next generation not learning.</w:t>
      </w:r>
    </w:p>
    <w:p w14:paraId="07459315" w14:textId="77777777" w:rsidR="002F502A" w:rsidRPr="00674829" w:rsidRDefault="002F502A">
      <w:pPr>
        <w:spacing w:after="0"/>
      </w:pPr>
    </w:p>
    <w:p w14:paraId="6741D76F" w14:textId="77777777" w:rsidR="002F502A" w:rsidRPr="00674829" w:rsidRDefault="00C64E33">
      <w:pPr>
        <w:spacing w:after="0"/>
      </w:pPr>
      <w:r w:rsidRPr="00674829">
        <w:rPr>
          <w:rFonts w:ascii="Arial" w:hAnsi="Arial"/>
          <w:b/>
        </w:rPr>
        <w:t xml:space="preserve">Manny Williams  </w:t>
      </w:r>
      <w:r w:rsidRPr="00674829">
        <w:rPr>
          <w:rFonts w:ascii="Arial" w:hAnsi="Arial"/>
          <w:color w:val="5D7284"/>
        </w:rPr>
        <w:t>20:28</w:t>
      </w:r>
    </w:p>
    <w:p w14:paraId="4655B0F0" w14:textId="77777777" w:rsidR="002F502A" w:rsidRPr="00674829" w:rsidRDefault="00C64E33">
      <w:pPr>
        <w:spacing w:after="0"/>
      </w:pPr>
      <w:r w:rsidRPr="00674829">
        <w:rPr>
          <w:rFonts w:ascii="Arial" w:hAnsi="Arial"/>
        </w:rPr>
        <w:lastRenderedPageBreak/>
        <w:t>Listening to the change makers and the trailblazers who have done a lot of work in our communities. There's a lot to learn from, especially as being a young person and just really just be here to ground ourselves and remind ourselves why we continue to do what we do.</w:t>
      </w:r>
    </w:p>
    <w:p w14:paraId="6537F28F" w14:textId="77777777" w:rsidR="002F502A" w:rsidRPr="00674829" w:rsidRDefault="002F502A">
      <w:pPr>
        <w:spacing w:after="0"/>
      </w:pPr>
    </w:p>
    <w:p w14:paraId="40542276" w14:textId="77777777" w:rsidR="002F502A" w:rsidRPr="00674829" w:rsidRDefault="00C64E33">
      <w:pPr>
        <w:spacing w:after="0"/>
      </w:pPr>
      <w:r w:rsidRPr="00674829">
        <w:rPr>
          <w:rFonts w:ascii="Arial" w:hAnsi="Arial"/>
          <w:b/>
        </w:rPr>
        <w:t xml:space="preserve">Bruce Simpson  </w:t>
      </w:r>
      <w:r w:rsidRPr="00674829">
        <w:rPr>
          <w:rFonts w:ascii="Arial" w:hAnsi="Arial"/>
          <w:color w:val="5D7284"/>
        </w:rPr>
        <w:t>20:48</w:t>
      </w:r>
    </w:p>
    <w:p w14:paraId="2661A82E" w14:textId="00B616BC" w:rsidR="002F502A" w:rsidRPr="00674829" w:rsidRDefault="00C64E33">
      <w:pPr>
        <w:spacing w:after="0"/>
      </w:pPr>
      <w:r w:rsidRPr="00674829">
        <w:rPr>
          <w:rFonts w:ascii="Arial" w:hAnsi="Arial"/>
        </w:rPr>
        <w:t xml:space="preserve">Last year, when the new government came in, we started our truth telling. And you know, the government said no to that initiative, and we as a community said no, we're going to dictate our truth, we're going to dictate the good stuff and the important stuff that we need to share. And so currently we have a group of elders, </w:t>
      </w:r>
      <w:r w:rsidR="00FC0026" w:rsidRPr="00674829">
        <w:rPr>
          <w:rFonts w:ascii="Arial" w:hAnsi="Arial"/>
        </w:rPr>
        <w:t xml:space="preserve">Cherbourg </w:t>
      </w:r>
      <w:r w:rsidRPr="00674829">
        <w:rPr>
          <w:rFonts w:ascii="Arial" w:hAnsi="Arial"/>
        </w:rPr>
        <w:t>elders, advisory group, that are telling their truth, and also other family members as well,</w:t>
      </w:r>
    </w:p>
    <w:p w14:paraId="6DFB9E20" w14:textId="77777777" w:rsidR="002F502A" w:rsidRPr="00674829" w:rsidRDefault="002F502A">
      <w:pPr>
        <w:spacing w:after="0"/>
      </w:pPr>
    </w:p>
    <w:p w14:paraId="32165354" w14:textId="77777777" w:rsidR="002F502A" w:rsidRPr="00674829" w:rsidRDefault="00C64E33">
      <w:pPr>
        <w:spacing w:after="0"/>
      </w:pPr>
      <w:r w:rsidRPr="00674829">
        <w:rPr>
          <w:rFonts w:ascii="Arial" w:hAnsi="Arial"/>
          <w:b/>
        </w:rPr>
        <w:t xml:space="preserve">Suzanne Thomson  </w:t>
      </w:r>
      <w:r w:rsidRPr="00674829">
        <w:rPr>
          <w:rFonts w:ascii="Arial" w:hAnsi="Arial"/>
          <w:color w:val="5D7284"/>
        </w:rPr>
        <w:t>21:15</w:t>
      </w:r>
    </w:p>
    <w:p w14:paraId="76AF9923" w14:textId="6F7ADE98" w:rsidR="002F502A" w:rsidRPr="00674829" w:rsidRDefault="6795FA99">
      <w:pPr>
        <w:spacing w:after="0"/>
      </w:pPr>
      <w:r w:rsidRPr="00674829">
        <w:rPr>
          <w:rFonts w:ascii="Arial" w:hAnsi="Arial"/>
        </w:rPr>
        <w:t>I</w:t>
      </w:r>
      <w:r w:rsidR="3CCC7525" w:rsidRPr="00674829">
        <w:rPr>
          <w:rFonts w:ascii="Arial" w:hAnsi="Arial"/>
        </w:rPr>
        <w:t>ndigenous led climate actio</w:t>
      </w:r>
      <w:r w:rsidR="2D73C835" w:rsidRPr="00674829">
        <w:rPr>
          <w:rFonts w:ascii="Arial" w:hAnsi="Arial"/>
        </w:rPr>
        <w:t>n y</w:t>
      </w:r>
      <w:r w:rsidR="3CCC7525" w:rsidRPr="00674829">
        <w:rPr>
          <w:rFonts w:ascii="Arial" w:hAnsi="Arial"/>
        </w:rPr>
        <w:t>ou know why all of a sudden indigenous people have been asked for this knowledge is that there's an awareness that we've lived and survived a couple of these extinction periods that we're faced with. So them fellas must have that knowledge</w:t>
      </w:r>
      <w:r w:rsidR="4BFE5A97" w:rsidRPr="00674829">
        <w:rPr>
          <w:rFonts w:ascii="Arial" w:hAnsi="Arial"/>
        </w:rPr>
        <w:t>.</w:t>
      </w:r>
    </w:p>
    <w:p w14:paraId="70DF9E56" w14:textId="77777777" w:rsidR="002F502A" w:rsidRPr="00674829" w:rsidRDefault="002F502A">
      <w:pPr>
        <w:spacing w:after="0"/>
      </w:pPr>
    </w:p>
    <w:p w14:paraId="6E5AD72B"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21:36</w:t>
      </w:r>
    </w:p>
    <w:p w14:paraId="6CA95971" w14:textId="1B692671" w:rsidR="002F502A" w:rsidRPr="00674829" w:rsidRDefault="5A84D7A5" w:rsidP="7F975596">
      <w:pPr>
        <w:spacing w:after="0"/>
        <w:rPr>
          <w:rFonts w:ascii="Arial" w:hAnsi="Arial"/>
        </w:rPr>
      </w:pPr>
      <w:r w:rsidRPr="00674829">
        <w:rPr>
          <w:rFonts w:ascii="Arial" w:hAnsi="Arial"/>
        </w:rPr>
        <w:t>F</w:t>
      </w:r>
      <w:r w:rsidR="3CCC7525" w:rsidRPr="00674829">
        <w:rPr>
          <w:rFonts w:ascii="Arial" w:hAnsi="Arial"/>
        </w:rPr>
        <w:t xml:space="preserve">rom climate change to land rights, the ability to act on priorities set by First Nations peoples is crucial to </w:t>
      </w:r>
      <w:r w:rsidR="1C5BFEA3" w:rsidRPr="00674829">
        <w:rPr>
          <w:rFonts w:ascii="Arial" w:hAnsi="Arial"/>
        </w:rPr>
        <w:t>self-determination</w:t>
      </w:r>
      <w:r w:rsidR="3CCC7525" w:rsidRPr="00674829">
        <w:rPr>
          <w:rFonts w:ascii="Arial" w:hAnsi="Arial"/>
        </w:rPr>
        <w:t xml:space="preserve">. Visual Art is a prominent way of keeping indigenous voices heard across all communities. </w:t>
      </w:r>
      <w:proofErr w:type="spellStart"/>
      <w:r w:rsidR="3CCC7525" w:rsidRPr="00674829">
        <w:rPr>
          <w:rFonts w:ascii="Arial" w:hAnsi="Arial"/>
        </w:rPr>
        <w:t>Elverina</w:t>
      </w:r>
      <w:proofErr w:type="spellEnd"/>
      <w:r w:rsidR="3CCC7525" w:rsidRPr="00674829">
        <w:rPr>
          <w:rFonts w:ascii="Arial" w:hAnsi="Arial"/>
        </w:rPr>
        <w:t xml:space="preserve"> Johnson is based in </w:t>
      </w:r>
      <w:proofErr w:type="spellStart"/>
      <w:r w:rsidR="00593B36" w:rsidRPr="00674829">
        <w:rPr>
          <w:rFonts w:ascii="Arial" w:hAnsi="Arial"/>
        </w:rPr>
        <w:t>Yarrabah</w:t>
      </w:r>
      <w:proofErr w:type="spellEnd"/>
      <w:r w:rsidR="3CCC7525" w:rsidRPr="00674829">
        <w:rPr>
          <w:rFonts w:ascii="Arial" w:hAnsi="Arial"/>
        </w:rPr>
        <w:t>, but her artwork on canvases and catwalks is seen across the country.</w:t>
      </w:r>
    </w:p>
    <w:p w14:paraId="44E871BC" w14:textId="77777777" w:rsidR="002F502A" w:rsidRPr="00674829" w:rsidRDefault="002F502A">
      <w:pPr>
        <w:spacing w:after="0"/>
      </w:pPr>
    </w:p>
    <w:p w14:paraId="5D6E5F17" w14:textId="77777777" w:rsidR="002F502A" w:rsidRPr="00674829" w:rsidRDefault="00C64E33">
      <w:pPr>
        <w:spacing w:after="0"/>
      </w:pPr>
      <w:proofErr w:type="spellStart"/>
      <w:r w:rsidRPr="00674829">
        <w:rPr>
          <w:rFonts w:ascii="Arial" w:hAnsi="Arial"/>
          <w:b/>
        </w:rPr>
        <w:t>Elverina</w:t>
      </w:r>
      <w:proofErr w:type="spellEnd"/>
      <w:r w:rsidRPr="00674829">
        <w:rPr>
          <w:rFonts w:ascii="Arial" w:hAnsi="Arial"/>
          <w:b/>
        </w:rPr>
        <w:t xml:space="preserve"> Johnson  </w:t>
      </w:r>
      <w:r w:rsidRPr="00674829">
        <w:rPr>
          <w:rFonts w:ascii="Arial" w:hAnsi="Arial"/>
          <w:color w:val="5D7284"/>
        </w:rPr>
        <w:t>22:02</w:t>
      </w:r>
    </w:p>
    <w:p w14:paraId="495BC6A3" w14:textId="1DD6F46E" w:rsidR="002F502A" w:rsidRPr="00674829" w:rsidRDefault="3CCC7525" w:rsidP="5C7EFC7B">
      <w:pPr>
        <w:spacing w:after="0"/>
        <w:rPr>
          <w:rFonts w:ascii="Arial" w:hAnsi="Arial"/>
        </w:rPr>
      </w:pPr>
      <w:r w:rsidRPr="00674829">
        <w:rPr>
          <w:rFonts w:ascii="Arial" w:hAnsi="Arial"/>
        </w:rPr>
        <w:t xml:space="preserve">Last year, I did three large portraits of my grandmother's story, and each of those portraits told a different story of her experience as a young girl in the dormitory system and the impact that's had on me doing that story kind of came to life, and the realities of what my grandmother had to deal with as a young girl being taken from her parents and into the dormitory system and being treated, you know, basically as domestic slaves and stuff, but also being punished for not doing what the superintendents wanted them to do. So one of the stories is about punishment. So the portrait is of my grandmother sitting, sitting or standing in a and with the head shaved. So her head was shaved the hair below her on the ground. That was more about the fact that, because she didn't do what she was supposed to do, what they wanted her to do, they shaved her head and shaved all her hair off as punishment. So it was a three, three series of paintings. The other one was, I called </w:t>
      </w:r>
      <w:r w:rsidR="3F134473" w:rsidRPr="00674829">
        <w:rPr>
          <w:rFonts w:ascii="Arial" w:hAnsi="Arial"/>
        </w:rPr>
        <w:t>'Bones’</w:t>
      </w:r>
      <w:r w:rsidRPr="00674829">
        <w:rPr>
          <w:rFonts w:ascii="Arial" w:hAnsi="Arial"/>
        </w:rPr>
        <w:t xml:space="preserve">. So this was about that when they were hungry, they didn't have anything to eat, so they had to wait for the chicken bones to be thrown out the window of the old kitchen places. So when they got the old chicken bones, they would get them and crush them and grind them up, and that became their meal. So things like that kind of have a real impact on you as the artist and your family, but also it's that kind of truth telling that's easy for people to see and </w:t>
      </w:r>
      <w:proofErr w:type="spellStart"/>
      <w:r w:rsidRPr="00674829">
        <w:rPr>
          <w:rFonts w:ascii="Arial" w:hAnsi="Arial"/>
        </w:rPr>
        <w:t>visuali</w:t>
      </w:r>
      <w:r w:rsidR="400F53C9" w:rsidRPr="00674829">
        <w:rPr>
          <w:rFonts w:ascii="Arial" w:hAnsi="Arial"/>
        </w:rPr>
        <w:t>s</w:t>
      </w:r>
      <w:r w:rsidRPr="00674829">
        <w:rPr>
          <w:rFonts w:ascii="Arial" w:hAnsi="Arial"/>
        </w:rPr>
        <w:t>e</w:t>
      </w:r>
      <w:proofErr w:type="spellEnd"/>
      <w:r w:rsidRPr="00674829">
        <w:rPr>
          <w:rFonts w:ascii="Arial" w:hAnsi="Arial"/>
        </w:rPr>
        <w:t xml:space="preserve"> a little bit more than when you tell the story, because they can actually see it, and they can see this is what happened. And I think the impact of that is great. There's nothing you know left for the imagination. It's just it's there. So what you've been told, what you've learned, is now being </w:t>
      </w:r>
      <w:proofErr w:type="spellStart"/>
      <w:r w:rsidRPr="00674829">
        <w:rPr>
          <w:rFonts w:ascii="Arial" w:hAnsi="Arial"/>
        </w:rPr>
        <w:t>visuali</w:t>
      </w:r>
      <w:r w:rsidR="51371157" w:rsidRPr="00674829">
        <w:rPr>
          <w:rFonts w:ascii="Arial" w:hAnsi="Arial"/>
        </w:rPr>
        <w:t>s</w:t>
      </w:r>
      <w:r w:rsidRPr="00674829">
        <w:rPr>
          <w:rFonts w:ascii="Arial" w:hAnsi="Arial"/>
        </w:rPr>
        <w:t>ed</w:t>
      </w:r>
      <w:proofErr w:type="spellEnd"/>
      <w:r w:rsidRPr="00674829">
        <w:rPr>
          <w:rFonts w:ascii="Arial" w:hAnsi="Arial"/>
        </w:rPr>
        <w:t xml:space="preserve">. </w:t>
      </w:r>
    </w:p>
    <w:p w14:paraId="144A5D23" w14:textId="77777777" w:rsidR="002F502A" w:rsidRPr="00674829" w:rsidRDefault="002F502A">
      <w:pPr>
        <w:spacing w:after="0"/>
      </w:pPr>
    </w:p>
    <w:p w14:paraId="292789B8"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24:35</w:t>
      </w:r>
    </w:p>
    <w:p w14:paraId="1CF36D8A" w14:textId="54134468" w:rsidR="002F502A" w:rsidRPr="00674829" w:rsidRDefault="535BA286">
      <w:pPr>
        <w:spacing w:after="0"/>
      </w:pPr>
      <w:r w:rsidRPr="00674829">
        <w:rPr>
          <w:rFonts w:ascii="Arial" w:hAnsi="Arial"/>
        </w:rPr>
        <w:t xml:space="preserve">How </w:t>
      </w:r>
      <w:r w:rsidR="3CCC7525" w:rsidRPr="00674829">
        <w:rPr>
          <w:rFonts w:ascii="Arial" w:hAnsi="Arial"/>
        </w:rPr>
        <w:t>do you balance being an artist and an activist? Or are they one in the same?</w:t>
      </w:r>
    </w:p>
    <w:p w14:paraId="738610EB" w14:textId="77777777" w:rsidR="002F502A" w:rsidRPr="00674829" w:rsidRDefault="002F502A">
      <w:pPr>
        <w:spacing w:after="0"/>
      </w:pPr>
    </w:p>
    <w:p w14:paraId="1D397C8E" w14:textId="77777777" w:rsidR="002F502A" w:rsidRPr="00674829" w:rsidRDefault="00C64E33">
      <w:pPr>
        <w:spacing w:after="0"/>
      </w:pPr>
      <w:proofErr w:type="spellStart"/>
      <w:r w:rsidRPr="00674829">
        <w:rPr>
          <w:rFonts w:ascii="Arial" w:hAnsi="Arial"/>
          <w:b/>
        </w:rPr>
        <w:t>Elverina</w:t>
      </w:r>
      <w:proofErr w:type="spellEnd"/>
      <w:r w:rsidRPr="00674829">
        <w:rPr>
          <w:rFonts w:ascii="Arial" w:hAnsi="Arial"/>
          <w:b/>
        </w:rPr>
        <w:t xml:space="preserve"> Johnson  </w:t>
      </w:r>
      <w:r w:rsidRPr="00674829">
        <w:rPr>
          <w:rFonts w:ascii="Arial" w:hAnsi="Arial"/>
          <w:color w:val="5D7284"/>
        </w:rPr>
        <w:t>24:39</w:t>
      </w:r>
    </w:p>
    <w:p w14:paraId="1D31E264" w14:textId="30A5E7DD" w:rsidR="002F502A" w:rsidRPr="00674829" w:rsidRDefault="4FBB3737" w:rsidP="4055A3C7">
      <w:pPr>
        <w:spacing w:after="0"/>
        <w:rPr>
          <w:rFonts w:ascii="Arial" w:hAnsi="Arial"/>
        </w:rPr>
      </w:pPr>
      <w:r w:rsidRPr="00674829">
        <w:rPr>
          <w:rFonts w:ascii="Arial" w:hAnsi="Arial"/>
        </w:rPr>
        <w:t xml:space="preserve">I mean, people think I'm an activist, or they call me an activist. Maybe I see myself differently. You know, I did a done my third collaboration with </w:t>
      </w:r>
      <w:r w:rsidR="53E4E969" w:rsidRPr="00674829">
        <w:rPr>
          <w:rFonts w:ascii="Arial" w:hAnsi="Arial"/>
        </w:rPr>
        <w:t xml:space="preserve">Taking Shape </w:t>
      </w:r>
      <w:r w:rsidRPr="00674829">
        <w:rPr>
          <w:rFonts w:ascii="Arial" w:hAnsi="Arial"/>
        </w:rPr>
        <w:t xml:space="preserve">clothing store, and so my artwork on there is a lot different to the stories that I told and painted about my grandmother. So these artworks on clothing. Learning a lot more about me growing up and what influenced me to be who I am and amazingly. And I've used, used that tool as a way to educate people so that when they're wearing the clothes, it prompts questions. And I've actually had that so I've had a lot of people, indigenous, </w:t>
      </w:r>
      <w:proofErr w:type="spellStart"/>
      <w:r w:rsidRPr="00674829">
        <w:rPr>
          <w:rFonts w:ascii="Arial" w:hAnsi="Arial"/>
        </w:rPr>
        <w:t>non Indigenous</w:t>
      </w:r>
      <w:proofErr w:type="spellEnd"/>
      <w:r w:rsidRPr="00674829">
        <w:rPr>
          <w:rFonts w:ascii="Arial" w:hAnsi="Arial"/>
        </w:rPr>
        <w:t xml:space="preserve"> people, who have messaged me and sent photos and said, I've never that. They've never heard any of these stories of being educated in this way about </w:t>
      </w:r>
      <w:r w:rsidR="0CCE7708" w:rsidRPr="00674829">
        <w:rPr>
          <w:rFonts w:ascii="Arial" w:hAnsi="Arial"/>
        </w:rPr>
        <w:t>I</w:t>
      </w:r>
      <w:r w:rsidRPr="00674829">
        <w:rPr>
          <w:rFonts w:ascii="Arial" w:hAnsi="Arial"/>
        </w:rPr>
        <w:t xml:space="preserve">ndigenous people from the process of wearing something with your artwork on and the little label that tells the story, people have said, I've never they've never heard of </w:t>
      </w:r>
      <w:proofErr w:type="spellStart"/>
      <w:r w:rsidR="00C64E33" w:rsidRPr="00674829">
        <w:rPr>
          <w:rFonts w:ascii="Arial" w:hAnsi="Arial"/>
        </w:rPr>
        <w:t>Yarrabah</w:t>
      </w:r>
      <w:proofErr w:type="spellEnd"/>
      <w:r w:rsidR="00C64E33" w:rsidRPr="00674829">
        <w:rPr>
          <w:rFonts w:ascii="Arial" w:hAnsi="Arial"/>
        </w:rPr>
        <w:t xml:space="preserve"> </w:t>
      </w:r>
      <w:r w:rsidRPr="00674829">
        <w:rPr>
          <w:rFonts w:ascii="Arial" w:hAnsi="Arial"/>
        </w:rPr>
        <w:t xml:space="preserve">until they've seen the artwork. They didn't know about the connection to reef and rainforests until they've worn something and been educated about it, just through the artwork. So people have certainly been affected and impacted by </w:t>
      </w:r>
      <w:r w:rsidR="7BDDA9A8" w:rsidRPr="00674829">
        <w:rPr>
          <w:rFonts w:ascii="Arial" w:hAnsi="Arial"/>
        </w:rPr>
        <w:t xml:space="preserve">me, </w:t>
      </w:r>
      <w:r w:rsidRPr="00674829">
        <w:rPr>
          <w:rFonts w:ascii="Arial" w:hAnsi="Arial"/>
        </w:rPr>
        <w:t>for me, which is a soft approach, as opposed to the other paintings I've done. So there's different ways of educating people, whether it be coming really hard or just a more gentle approach that where people can actually enjoy what you're wearing but be educated by what you're wearing, as well</w:t>
      </w:r>
    </w:p>
    <w:p w14:paraId="637805D2" w14:textId="21EBDFB4" w:rsidR="002F502A" w:rsidRPr="00674829" w:rsidRDefault="002F502A">
      <w:pPr>
        <w:spacing w:after="0"/>
      </w:pPr>
    </w:p>
    <w:p w14:paraId="5B7C321F" w14:textId="7112BF91" w:rsidR="5E5143EE" w:rsidRPr="00674829" w:rsidRDefault="5E5143EE" w:rsidP="5E5143EE">
      <w:pPr>
        <w:spacing w:after="0"/>
      </w:pPr>
    </w:p>
    <w:p w14:paraId="304E464C" w14:textId="4CE739DD" w:rsidR="5E5143EE" w:rsidRPr="00674829" w:rsidRDefault="5E5143EE" w:rsidP="5E5143EE">
      <w:pPr>
        <w:spacing w:after="0"/>
      </w:pPr>
    </w:p>
    <w:p w14:paraId="4D8A5B95"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26:33</w:t>
      </w:r>
    </w:p>
    <w:p w14:paraId="518668CA" w14:textId="17154B61" w:rsidR="002F502A" w:rsidRPr="00674829" w:rsidRDefault="1D7CF1CD" w:rsidP="452FDA32">
      <w:pPr>
        <w:spacing w:after="0"/>
        <w:rPr>
          <w:rFonts w:ascii="Arial" w:hAnsi="Arial"/>
        </w:rPr>
      </w:pPr>
      <w:r w:rsidRPr="00674829">
        <w:rPr>
          <w:rFonts w:ascii="Arial" w:hAnsi="Arial"/>
        </w:rPr>
        <w:t>A</w:t>
      </w:r>
      <w:r w:rsidR="3CCC7525" w:rsidRPr="00674829">
        <w:rPr>
          <w:rFonts w:ascii="Arial" w:hAnsi="Arial"/>
        </w:rPr>
        <w:t xml:space="preserve">cting </w:t>
      </w:r>
      <w:r w:rsidR="5258D759" w:rsidRPr="00674829">
        <w:rPr>
          <w:rFonts w:ascii="Arial" w:hAnsi="Arial"/>
        </w:rPr>
        <w:t xml:space="preserve">- </w:t>
      </w:r>
      <w:r w:rsidR="3CCC7525" w:rsidRPr="00674829">
        <w:rPr>
          <w:rFonts w:ascii="Arial" w:hAnsi="Arial"/>
        </w:rPr>
        <w:t xml:space="preserve">local realities and local solutions. With thanks to our guests, </w:t>
      </w:r>
      <w:r w:rsidR="1B61923C" w:rsidRPr="00674829">
        <w:rPr>
          <w:rFonts w:ascii="Arial" w:hAnsi="Arial"/>
        </w:rPr>
        <w:t xml:space="preserve">Kaleb </w:t>
      </w:r>
      <w:r w:rsidR="3CCC7525" w:rsidRPr="00674829">
        <w:rPr>
          <w:rFonts w:ascii="Arial" w:hAnsi="Arial"/>
        </w:rPr>
        <w:t xml:space="preserve">Mabo and </w:t>
      </w:r>
      <w:proofErr w:type="spellStart"/>
      <w:r w:rsidR="46E6953D" w:rsidRPr="00674829">
        <w:rPr>
          <w:rFonts w:ascii="Arial" w:hAnsi="Arial"/>
        </w:rPr>
        <w:t>E</w:t>
      </w:r>
      <w:r w:rsidR="3CCC7525" w:rsidRPr="00674829">
        <w:rPr>
          <w:rFonts w:ascii="Arial" w:hAnsi="Arial"/>
        </w:rPr>
        <w:t>lverina</w:t>
      </w:r>
      <w:proofErr w:type="spellEnd"/>
      <w:r w:rsidR="3CCC7525" w:rsidRPr="00674829">
        <w:rPr>
          <w:rFonts w:ascii="Arial" w:hAnsi="Arial"/>
        </w:rPr>
        <w:t xml:space="preserve"> Johnson</w:t>
      </w:r>
      <w:r w:rsidR="07F6B6C6" w:rsidRPr="00674829">
        <w:rPr>
          <w:rFonts w:ascii="Arial" w:hAnsi="Arial"/>
        </w:rPr>
        <w:t>.</w:t>
      </w:r>
      <w:r w:rsidR="3CCC7525" w:rsidRPr="00674829">
        <w:rPr>
          <w:rFonts w:ascii="Arial" w:hAnsi="Arial"/>
        </w:rPr>
        <w:t xml:space="preserve"> </w:t>
      </w:r>
      <w:r w:rsidR="251D5FE5" w:rsidRPr="00674829">
        <w:rPr>
          <w:rFonts w:ascii="Arial" w:hAnsi="Arial"/>
        </w:rPr>
        <w:t>I</w:t>
      </w:r>
      <w:r w:rsidR="3CCC7525" w:rsidRPr="00674829">
        <w:rPr>
          <w:rFonts w:ascii="Arial" w:hAnsi="Arial"/>
        </w:rPr>
        <w:t xml:space="preserve">n episode four, </w:t>
      </w:r>
      <w:r w:rsidR="06E35D16" w:rsidRPr="00674829">
        <w:rPr>
          <w:rFonts w:ascii="Arial" w:hAnsi="Arial"/>
        </w:rPr>
        <w:t>D</w:t>
      </w:r>
      <w:r w:rsidR="3CCC7525" w:rsidRPr="00674829">
        <w:rPr>
          <w:rFonts w:ascii="Arial" w:hAnsi="Arial"/>
        </w:rPr>
        <w:t>reaming, what do we want for our future for First Nations peoples? The answer is shaped by culture, truth and the priorities communities have been calling out for generations, from Uluru to the voice. What's next?</w:t>
      </w:r>
    </w:p>
    <w:p w14:paraId="463F29E8" w14:textId="77777777" w:rsidR="002F502A" w:rsidRPr="00674829" w:rsidRDefault="002F502A">
      <w:pPr>
        <w:spacing w:after="0"/>
      </w:pPr>
    </w:p>
    <w:p w14:paraId="1FAD537D"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27:17</w:t>
      </w:r>
    </w:p>
    <w:p w14:paraId="07DF808B" w14:textId="3AC43244" w:rsidR="002F502A" w:rsidRPr="00674829" w:rsidRDefault="3CCC7525" w:rsidP="5332CF94">
      <w:pPr>
        <w:spacing w:after="0"/>
        <w:rPr>
          <w:rFonts w:ascii="Arial" w:hAnsi="Arial"/>
        </w:rPr>
      </w:pPr>
      <w:r w:rsidRPr="00674829">
        <w:rPr>
          <w:rFonts w:ascii="Arial" w:hAnsi="Arial"/>
        </w:rPr>
        <w:t xml:space="preserve">Gathering strength is a podcast series where I yarn with First Nations community members about how to promote and protect their human rights. It's supported by the Queensland Human Rights Commission. Do make sure you're following </w:t>
      </w:r>
      <w:r w:rsidR="14B72395" w:rsidRPr="00674829">
        <w:rPr>
          <w:rFonts w:ascii="Arial" w:hAnsi="Arial"/>
        </w:rPr>
        <w:t>Ri</w:t>
      </w:r>
      <w:r w:rsidRPr="00674829">
        <w:rPr>
          <w:rFonts w:ascii="Arial" w:hAnsi="Arial"/>
        </w:rPr>
        <w:t xml:space="preserve">ghts </w:t>
      </w:r>
      <w:r w:rsidR="49E3567C" w:rsidRPr="00674829">
        <w:rPr>
          <w:rFonts w:ascii="Arial" w:hAnsi="Arial"/>
        </w:rPr>
        <w:t xml:space="preserve">Made Real </w:t>
      </w:r>
      <w:r w:rsidRPr="00674829">
        <w:rPr>
          <w:rFonts w:ascii="Arial" w:hAnsi="Arial"/>
        </w:rPr>
        <w:t xml:space="preserve">so you don't miss an episode of this gathering strengths series. You can also head to the Queensland Human Rights Commission website to find out more. This talking episode featured Menna Waller, Dr Mark </w:t>
      </w:r>
      <w:r w:rsidR="35F4F90A" w:rsidRPr="00674829">
        <w:rPr>
          <w:rFonts w:ascii="Arial" w:hAnsi="Arial"/>
        </w:rPr>
        <w:t>Wen</w:t>
      </w:r>
      <w:r w:rsidR="621E0607" w:rsidRPr="00674829">
        <w:rPr>
          <w:rFonts w:ascii="Arial" w:hAnsi="Arial"/>
        </w:rPr>
        <w:t>it</w:t>
      </w:r>
      <w:r w:rsidR="35F4F90A" w:rsidRPr="00674829">
        <w:rPr>
          <w:rFonts w:ascii="Arial" w:hAnsi="Arial"/>
        </w:rPr>
        <w:t>ong</w:t>
      </w:r>
      <w:r w:rsidRPr="00674829">
        <w:rPr>
          <w:rFonts w:ascii="Arial" w:hAnsi="Arial"/>
        </w:rPr>
        <w:t>, Vonda Malone, Alf Lac</w:t>
      </w:r>
      <w:r w:rsidR="2D2A7552" w:rsidRPr="00674829">
        <w:rPr>
          <w:rFonts w:ascii="Arial" w:hAnsi="Arial"/>
        </w:rPr>
        <w:t>e</w:t>
      </w:r>
      <w:r w:rsidRPr="00674829">
        <w:rPr>
          <w:rFonts w:ascii="Arial" w:hAnsi="Arial"/>
        </w:rPr>
        <w:t>y, Dr Alicia Veasey, Manny Williams, Bruce Simpson and Suzanne Thompson.</w:t>
      </w:r>
    </w:p>
    <w:p w14:paraId="3B7B4B86" w14:textId="77777777" w:rsidR="002F502A" w:rsidRPr="00674829" w:rsidRDefault="002F502A">
      <w:pPr>
        <w:spacing w:after="0"/>
      </w:pPr>
    </w:p>
    <w:p w14:paraId="1DB48EC0" w14:textId="77777777" w:rsidR="002F502A" w:rsidRPr="00674829" w:rsidRDefault="00C64E33">
      <w:pPr>
        <w:spacing w:after="0"/>
      </w:pPr>
      <w:r w:rsidRPr="00674829">
        <w:rPr>
          <w:rFonts w:ascii="Arial" w:hAnsi="Arial"/>
          <w:b/>
        </w:rPr>
        <w:t xml:space="preserve">Solua Middleton  </w:t>
      </w:r>
      <w:r w:rsidRPr="00674829">
        <w:rPr>
          <w:rFonts w:ascii="Arial" w:hAnsi="Arial"/>
          <w:color w:val="5D7284"/>
        </w:rPr>
        <w:t>28:01</w:t>
      </w:r>
    </w:p>
    <w:p w14:paraId="66E85F8D" w14:textId="477CD4FC" w:rsidR="002F502A" w:rsidRDefault="3CCC7525">
      <w:pPr>
        <w:spacing w:after="0"/>
      </w:pPr>
      <w:r w:rsidRPr="00674829">
        <w:rPr>
          <w:rFonts w:ascii="Arial" w:hAnsi="Arial"/>
        </w:rPr>
        <w:t xml:space="preserve">Rights made real is supported by the Queensland Human Rights Commission and produced by </w:t>
      </w:r>
      <w:proofErr w:type="spellStart"/>
      <w:r w:rsidRPr="00674829">
        <w:rPr>
          <w:rFonts w:ascii="Arial" w:hAnsi="Arial"/>
        </w:rPr>
        <w:t>Deadset</w:t>
      </w:r>
      <w:proofErr w:type="spellEnd"/>
      <w:r w:rsidRPr="00674829">
        <w:rPr>
          <w:rFonts w:ascii="Arial" w:hAnsi="Arial"/>
        </w:rPr>
        <w:t xml:space="preserve"> Studios. Our executive producer is Kelly R</w:t>
      </w:r>
      <w:r w:rsidR="6C9821C9" w:rsidRPr="00674829">
        <w:rPr>
          <w:rFonts w:ascii="Arial" w:hAnsi="Arial"/>
        </w:rPr>
        <w:t>iorda</w:t>
      </w:r>
      <w:r w:rsidRPr="00674829">
        <w:rPr>
          <w:rFonts w:ascii="Arial" w:hAnsi="Arial"/>
        </w:rPr>
        <w:t>n. Supervising Producer is Rebecca L</w:t>
      </w:r>
      <w:r w:rsidR="6561C3CF" w:rsidRPr="00674829">
        <w:rPr>
          <w:rFonts w:ascii="Arial" w:hAnsi="Arial"/>
        </w:rPr>
        <w:t>e</w:t>
      </w:r>
      <w:r w:rsidRPr="00674829">
        <w:rPr>
          <w:rFonts w:ascii="Arial" w:hAnsi="Arial"/>
        </w:rPr>
        <w:t>vingston and editor is Liam R</w:t>
      </w:r>
      <w:r w:rsidR="0D1991B4" w:rsidRPr="00674829">
        <w:rPr>
          <w:rFonts w:ascii="Arial" w:hAnsi="Arial"/>
        </w:rPr>
        <w:t>iorda</w:t>
      </w:r>
      <w:r w:rsidRPr="00674829">
        <w:rPr>
          <w:rFonts w:ascii="Arial" w:hAnsi="Arial"/>
        </w:rPr>
        <w:t>n. Theme music was composed by Clay Ca</w:t>
      </w:r>
      <w:r w:rsidR="62D1BAB4" w:rsidRPr="00674829">
        <w:rPr>
          <w:rFonts w:ascii="Arial" w:hAnsi="Arial"/>
        </w:rPr>
        <w:t>ssar-Daley</w:t>
      </w:r>
      <w:r w:rsidRPr="00674829">
        <w:rPr>
          <w:rFonts w:ascii="Arial" w:hAnsi="Arial"/>
        </w:rPr>
        <w:t xml:space="preserve">, and I'm </w:t>
      </w:r>
      <w:r w:rsidR="7C173CA4" w:rsidRPr="00674829">
        <w:rPr>
          <w:rFonts w:ascii="Arial" w:hAnsi="Arial"/>
        </w:rPr>
        <w:t>So</w:t>
      </w:r>
      <w:r w:rsidRPr="00674829">
        <w:rPr>
          <w:rFonts w:ascii="Arial" w:hAnsi="Arial"/>
        </w:rPr>
        <w:t>lua Middleton</w:t>
      </w:r>
      <w:r w:rsidR="64FAA1DA" w:rsidRPr="00674829">
        <w:rPr>
          <w:rFonts w:ascii="Arial" w:hAnsi="Arial"/>
        </w:rPr>
        <w:t>.</w:t>
      </w:r>
    </w:p>
    <w:sectPr w:rsidR="002F502A" w:rsidSect="001216B9">
      <w:footerReference w:type="even" r:id="rId12"/>
      <w:footerReference w:type="defaul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141D3" w14:textId="77777777" w:rsidR="008D79F7" w:rsidRDefault="008D79F7">
      <w:pPr>
        <w:spacing w:after="0" w:line="240" w:lineRule="auto"/>
      </w:pPr>
      <w:r>
        <w:separator/>
      </w:r>
    </w:p>
  </w:endnote>
  <w:endnote w:type="continuationSeparator" w:id="0">
    <w:p w14:paraId="22DA7399" w14:textId="77777777" w:rsidR="008D79F7" w:rsidRDefault="008D7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689BCF8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00392EF8" w:rsidRPr="009C3AF0" w:rsidDel="00392EF8">
      <w:rPr>
        <w:rFonts w:ascii="Arial" w:hAnsi="Arial" w:cs="Arial"/>
        <w:color w:val="BFBFBF" w:themeColor="background1" w:themeShade="B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6013D" w14:textId="77777777" w:rsidR="008D79F7" w:rsidRDefault="008D79F7">
      <w:pPr>
        <w:spacing w:after="0" w:line="240" w:lineRule="auto"/>
      </w:pPr>
      <w:r>
        <w:separator/>
      </w:r>
    </w:p>
  </w:footnote>
  <w:footnote w:type="continuationSeparator" w:id="0">
    <w:p w14:paraId="3E9C8CC2" w14:textId="77777777" w:rsidR="008D79F7" w:rsidRDefault="008D7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0351667">
    <w:abstractNumId w:val="8"/>
  </w:num>
  <w:num w:numId="2" w16cid:durableId="698892512">
    <w:abstractNumId w:val="6"/>
  </w:num>
  <w:num w:numId="3" w16cid:durableId="1105031231">
    <w:abstractNumId w:val="5"/>
  </w:num>
  <w:num w:numId="4" w16cid:durableId="408767882">
    <w:abstractNumId w:val="4"/>
  </w:num>
  <w:num w:numId="5" w16cid:durableId="359473603">
    <w:abstractNumId w:val="7"/>
  </w:num>
  <w:num w:numId="6" w16cid:durableId="1514412729">
    <w:abstractNumId w:val="3"/>
  </w:num>
  <w:num w:numId="7" w16cid:durableId="1355766164">
    <w:abstractNumId w:val="2"/>
  </w:num>
  <w:num w:numId="8" w16cid:durableId="1689137308">
    <w:abstractNumId w:val="1"/>
  </w:num>
  <w:num w:numId="9" w16cid:durableId="523786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8E9"/>
    <w:rsid w:val="00017614"/>
    <w:rsid w:val="00034616"/>
    <w:rsid w:val="00050A6B"/>
    <w:rsid w:val="0006063C"/>
    <w:rsid w:val="00066610"/>
    <w:rsid w:val="00092075"/>
    <w:rsid w:val="000D58A8"/>
    <w:rsid w:val="001216B9"/>
    <w:rsid w:val="0015074B"/>
    <w:rsid w:val="00187906"/>
    <w:rsid w:val="001F77C2"/>
    <w:rsid w:val="0022492C"/>
    <w:rsid w:val="00255765"/>
    <w:rsid w:val="0029639D"/>
    <w:rsid w:val="002B45CD"/>
    <w:rsid w:val="002F502A"/>
    <w:rsid w:val="00326F90"/>
    <w:rsid w:val="00392EF8"/>
    <w:rsid w:val="003C0F53"/>
    <w:rsid w:val="004A4DDE"/>
    <w:rsid w:val="004A641F"/>
    <w:rsid w:val="004B593C"/>
    <w:rsid w:val="00593B36"/>
    <w:rsid w:val="00674829"/>
    <w:rsid w:val="006D4B9C"/>
    <w:rsid w:val="006E2A8C"/>
    <w:rsid w:val="006F27BE"/>
    <w:rsid w:val="00745935"/>
    <w:rsid w:val="007749AF"/>
    <w:rsid w:val="00794EBC"/>
    <w:rsid w:val="007D2123"/>
    <w:rsid w:val="0083046F"/>
    <w:rsid w:val="008B025F"/>
    <w:rsid w:val="008D79F7"/>
    <w:rsid w:val="0092727E"/>
    <w:rsid w:val="00930F33"/>
    <w:rsid w:val="0093475D"/>
    <w:rsid w:val="009469E4"/>
    <w:rsid w:val="009B2902"/>
    <w:rsid w:val="009C3AF0"/>
    <w:rsid w:val="009C4285"/>
    <w:rsid w:val="009E63AA"/>
    <w:rsid w:val="00A12EE5"/>
    <w:rsid w:val="00AA1D8D"/>
    <w:rsid w:val="00AB4CF9"/>
    <w:rsid w:val="00B47730"/>
    <w:rsid w:val="00B85B92"/>
    <w:rsid w:val="00BA4C2B"/>
    <w:rsid w:val="00BD0140"/>
    <w:rsid w:val="00C24502"/>
    <w:rsid w:val="00C64E33"/>
    <w:rsid w:val="00CB0664"/>
    <w:rsid w:val="00D33668"/>
    <w:rsid w:val="00D57E81"/>
    <w:rsid w:val="00D67089"/>
    <w:rsid w:val="00D87D4D"/>
    <w:rsid w:val="00E50155"/>
    <w:rsid w:val="00EA1FB5"/>
    <w:rsid w:val="00ED3244"/>
    <w:rsid w:val="00ED5199"/>
    <w:rsid w:val="00EF40A4"/>
    <w:rsid w:val="00F3314D"/>
    <w:rsid w:val="00F93DC7"/>
    <w:rsid w:val="00FC0026"/>
    <w:rsid w:val="00FC693F"/>
    <w:rsid w:val="00FE054A"/>
    <w:rsid w:val="01469302"/>
    <w:rsid w:val="01B3F89A"/>
    <w:rsid w:val="028E1186"/>
    <w:rsid w:val="048CFA40"/>
    <w:rsid w:val="0501D131"/>
    <w:rsid w:val="0680E0CD"/>
    <w:rsid w:val="06E35D16"/>
    <w:rsid w:val="07515397"/>
    <w:rsid w:val="07DD8A4A"/>
    <w:rsid w:val="07F036D0"/>
    <w:rsid w:val="07F6B6C6"/>
    <w:rsid w:val="0806A71D"/>
    <w:rsid w:val="093607D7"/>
    <w:rsid w:val="09626C6D"/>
    <w:rsid w:val="0AA91FD7"/>
    <w:rsid w:val="0ABF0D9A"/>
    <w:rsid w:val="0CBF184D"/>
    <w:rsid w:val="0CCE7708"/>
    <w:rsid w:val="0D03C9A9"/>
    <w:rsid w:val="0D1991B4"/>
    <w:rsid w:val="10344CB5"/>
    <w:rsid w:val="104C6D10"/>
    <w:rsid w:val="108F226C"/>
    <w:rsid w:val="11032F93"/>
    <w:rsid w:val="1251FDF9"/>
    <w:rsid w:val="145D34F5"/>
    <w:rsid w:val="14B72395"/>
    <w:rsid w:val="14C52818"/>
    <w:rsid w:val="1533D67C"/>
    <w:rsid w:val="15E73E04"/>
    <w:rsid w:val="17BD170D"/>
    <w:rsid w:val="1A89835F"/>
    <w:rsid w:val="1B3D18C3"/>
    <w:rsid w:val="1B61923C"/>
    <w:rsid w:val="1BA2BE21"/>
    <w:rsid w:val="1C5BFEA3"/>
    <w:rsid w:val="1D2CB99C"/>
    <w:rsid w:val="1D7CF1CD"/>
    <w:rsid w:val="1D96E0BD"/>
    <w:rsid w:val="1D9EF46D"/>
    <w:rsid w:val="1DBF5365"/>
    <w:rsid w:val="208367F7"/>
    <w:rsid w:val="20F1E3D7"/>
    <w:rsid w:val="2253EE13"/>
    <w:rsid w:val="2300D618"/>
    <w:rsid w:val="23637EDD"/>
    <w:rsid w:val="23ADD6B5"/>
    <w:rsid w:val="24A2292A"/>
    <w:rsid w:val="251D5FE5"/>
    <w:rsid w:val="259D382F"/>
    <w:rsid w:val="26541122"/>
    <w:rsid w:val="26AA04BD"/>
    <w:rsid w:val="280ACA97"/>
    <w:rsid w:val="28C80845"/>
    <w:rsid w:val="295D65FB"/>
    <w:rsid w:val="29C8E1C9"/>
    <w:rsid w:val="29CA9068"/>
    <w:rsid w:val="2B791347"/>
    <w:rsid w:val="2B89D479"/>
    <w:rsid w:val="2BEC70C8"/>
    <w:rsid w:val="2C0B82B0"/>
    <w:rsid w:val="2D2A7552"/>
    <w:rsid w:val="2D73C835"/>
    <w:rsid w:val="2E486774"/>
    <w:rsid w:val="2E51B0C6"/>
    <w:rsid w:val="2E5C00B8"/>
    <w:rsid w:val="3028E519"/>
    <w:rsid w:val="3122058B"/>
    <w:rsid w:val="3186B7AA"/>
    <w:rsid w:val="31B86806"/>
    <w:rsid w:val="31D3B65F"/>
    <w:rsid w:val="31FA774E"/>
    <w:rsid w:val="32231E60"/>
    <w:rsid w:val="32E066D0"/>
    <w:rsid w:val="34107210"/>
    <w:rsid w:val="34C28AE6"/>
    <w:rsid w:val="35B56398"/>
    <w:rsid w:val="35F4F90A"/>
    <w:rsid w:val="37F90744"/>
    <w:rsid w:val="3821AF52"/>
    <w:rsid w:val="3892170F"/>
    <w:rsid w:val="3AF6A9AC"/>
    <w:rsid w:val="3C5D7B37"/>
    <w:rsid w:val="3CCC7525"/>
    <w:rsid w:val="3D57C261"/>
    <w:rsid w:val="3F134473"/>
    <w:rsid w:val="3FB444AF"/>
    <w:rsid w:val="400F53C9"/>
    <w:rsid w:val="4055A3C7"/>
    <w:rsid w:val="415E0D5E"/>
    <w:rsid w:val="41A9F1FE"/>
    <w:rsid w:val="420312F9"/>
    <w:rsid w:val="425362CB"/>
    <w:rsid w:val="452FDA32"/>
    <w:rsid w:val="45404C74"/>
    <w:rsid w:val="45D896C0"/>
    <w:rsid w:val="46E6953D"/>
    <w:rsid w:val="47171139"/>
    <w:rsid w:val="4727414B"/>
    <w:rsid w:val="484FD5BB"/>
    <w:rsid w:val="493010D5"/>
    <w:rsid w:val="49E3567C"/>
    <w:rsid w:val="4B00E21C"/>
    <w:rsid w:val="4BCDE083"/>
    <w:rsid w:val="4BFE5A97"/>
    <w:rsid w:val="4C45A838"/>
    <w:rsid w:val="4FBB3737"/>
    <w:rsid w:val="51371157"/>
    <w:rsid w:val="51B1B131"/>
    <w:rsid w:val="5258D759"/>
    <w:rsid w:val="5275EEEB"/>
    <w:rsid w:val="5332CF94"/>
    <w:rsid w:val="535BA286"/>
    <w:rsid w:val="53E4E969"/>
    <w:rsid w:val="545F27A0"/>
    <w:rsid w:val="54707FFD"/>
    <w:rsid w:val="555EA40A"/>
    <w:rsid w:val="55A6EA91"/>
    <w:rsid w:val="5787AD94"/>
    <w:rsid w:val="57CCD16C"/>
    <w:rsid w:val="586C41AA"/>
    <w:rsid w:val="58FD69C2"/>
    <w:rsid w:val="5A84D7A5"/>
    <w:rsid w:val="5AA617FC"/>
    <w:rsid w:val="5C61CAA0"/>
    <w:rsid w:val="5C7EFC7B"/>
    <w:rsid w:val="5C92258D"/>
    <w:rsid w:val="5E5143EE"/>
    <w:rsid w:val="5E91134B"/>
    <w:rsid w:val="5F0D9913"/>
    <w:rsid w:val="5F134689"/>
    <w:rsid w:val="6094EE88"/>
    <w:rsid w:val="609A013B"/>
    <w:rsid w:val="6105792D"/>
    <w:rsid w:val="621E0607"/>
    <w:rsid w:val="6228693F"/>
    <w:rsid w:val="62D1BAB4"/>
    <w:rsid w:val="62DC9C00"/>
    <w:rsid w:val="636A983A"/>
    <w:rsid w:val="63B275E6"/>
    <w:rsid w:val="63C4E38C"/>
    <w:rsid w:val="63CCE5EF"/>
    <w:rsid w:val="64E543B3"/>
    <w:rsid w:val="64FAA1DA"/>
    <w:rsid w:val="655AC81B"/>
    <w:rsid w:val="6561C3CF"/>
    <w:rsid w:val="65BA8E0A"/>
    <w:rsid w:val="664120EE"/>
    <w:rsid w:val="66B926E9"/>
    <w:rsid w:val="678D53AC"/>
    <w:rsid w:val="6795FA99"/>
    <w:rsid w:val="680E1AE9"/>
    <w:rsid w:val="6C9821C9"/>
    <w:rsid w:val="6CDC963D"/>
    <w:rsid w:val="6E1124ED"/>
    <w:rsid w:val="6EA9B3F1"/>
    <w:rsid w:val="6FD5731E"/>
    <w:rsid w:val="708B7581"/>
    <w:rsid w:val="71397123"/>
    <w:rsid w:val="73242858"/>
    <w:rsid w:val="750C5E89"/>
    <w:rsid w:val="7548A4B7"/>
    <w:rsid w:val="7785CCA0"/>
    <w:rsid w:val="782F31F4"/>
    <w:rsid w:val="785477D0"/>
    <w:rsid w:val="785F9E6D"/>
    <w:rsid w:val="797AE769"/>
    <w:rsid w:val="7A69D255"/>
    <w:rsid w:val="7AC1457E"/>
    <w:rsid w:val="7ACEA121"/>
    <w:rsid w:val="7B075CE3"/>
    <w:rsid w:val="7B137CF2"/>
    <w:rsid w:val="7B57B369"/>
    <w:rsid w:val="7BDDA9A8"/>
    <w:rsid w:val="7C173CA4"/>
    <w:rsid w:val="7C96D83C"/>
    <w:rsid w:val="7CCD84D8"/>
    <w:rsid w:val="7DD6A074"/>
    <w:rsid w:val="7E235615"/>
    <w:rsid w:val="7F975596"/>
    <w:rsid w:val="7FCD5D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B02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QHRC Document" ma:contentTypeID="0x0101000118694C86DCC840B8A954DADB00E5EA003E84DEDAC4846149B794043C96BA4143" ma:contentTypeVersion="20" ma:contentTypeDescription="" ma:contentTypeScope="" ma:versionID="90c89db547b50091b1bb51c7ae397417">
  <xsd:schema xmlns:xsd="http://www.w3.org/2001/XMLSchema" xmlns:xs="http://www.w3.org/2001/XMLSchema" xmlns:p="http://schemas.microsoft.com/office/2006/metadata/properties" xmlns:ns2="0c43c72d-eb76-4049-99ea-07473b15cc0c" xmlns:ns3="ca61dc34-46aa-470b-af0e-0de93029fe6e" targetNamespace="http://schemas.microsoft.com/office/2006/metadata/properties" ma:root="true" ma:fieldsID="adc72efcd1fbbd0f9274fa15a7aa5f3c" ns2:_="" ns3:_="">
    <xsd:import namespace="0c43c72d-eb76-4049-99ea-07473b15cc0c"/>
    <xsd:import namespace="ca61dc34-46aa-470b-af0e-0de93029fe6e"/>
    <xsd:element name="properties">
      <xsd:complexType>
        <xsd:sequence>
          <xsd:element name="documentManagement">
            <xsd:complexType>
              <xsd:all>
                <xsd:element ref="ns2:oa9fbd0508de436da13dc19a72853b3f" minOccurs="0"/>
                <xsd:element ref="ns3:TaxCatchAll" minOccurs="0"/>
                <xsd:element ref="ns2:TaxCatchAllLabel" minOccurs="0"/>
                <xsd:element ref="ns2:ProjectType" minOccurs="0"/>
                <xsd:element ref="ns2:ConsentStatus" minOccurs="0"/>
                <xsd:element ref="ns2:eeb7374700b34cdba6ada6117c616034"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3c72d-eb76-4049-99ea-07473b15cc0c" elementFormDefault="qualified">
    <xsd:import namespace="http://schemas.microsoft.com/office/2006/documentManagement/types"/>
    <xsd:import namespace="http://schemas.microsoft.com/office/infopath/2007/PartnerControls"/>
    <xsd:element name="oa9fbd0508de436da13dc19a72853b3f" ma:index="8" nillable="true" ma:displayName="DocumentType_0" ma:hidden="true" ma:internalName="oa9fbd0508de436da13dc19a72853b3f">
      <xsd:simpleType>
        <xsd:restriction base="dms:Note"/>
      </xsd:simpleType>
    </xsd:element>
    <xsd:element name="TaxCatchAllLabel" ma:index="10" nillable="true" ma:displayName="Taxonomy Catch All Column1" ma:hidden="true" ma:list="{1077a3bf-a85c-4608-877e-9ab734cca5a7}"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ProjectType" ma:index="12" nillable="true" ma:displayName="Campaigns/Project Type" ma:format="Dropdown" ma:internalName="ProjectType">
      <xsd:simpleType>
        <xsd:restriction base="dms:Choice">
          <xsd:enumeration value="Event"/>
          <xsd:enumeration value="Publication"/>
        </xsd:restriction>
      </xsd:simpleType>
    </xsd:element>
    <xsd:element name="ConsentStatus" ma:index="13" nillable="true" ma:displayName="Consent Status" ma:format="Dropdown" ma:internalName="ConsentStatus">
      <xsd:simpleType>
        <xsd:restriction base="dms:Choice">
          <xsd:enumeration value="Consent withdrawn"/>
          <xsd:enumeration value="Not applicable"/>
          <xsd:enumeration value="Consent applicable"/>
        </xsd:restriction>
      </xsd:simpleType>
    </xsd:element>
    <xsd:element name="eeb7374700b34cdba6ada6117c616034" ma:index="15" nillable="true" ma:taxonomy="true" ma:internalName="eeb7374700b34cdba6ada6117c616034" ma:taxonomyFieldName="CalendarYear" ma:displayName="Calendar Year" ma:default="36;#2025|673bede0-8f6d-40f0-a0d2-3ae341685de0" ma:fieldId="{eeb73747-00b3-4cdb-a6ad-a6117c616034}" ma:sspId="6155ed63-341b-4a6d-8d92-bc71a3205411" ma:termSetId="8be0305c-b7a6-464c-ae96-1446ddc0e5a5"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155ed63-341b-4a6d-8d92-bc71a3205411"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61dc34-46aa-470b-af0e-0de93029fe6e"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077a3bf-a85c-4608-877e-9ab734cca5a7}" ma:internalName="TaxCatchAll" ma:showField="CatchAllData" ma:web="66e99b15-4c5c-4657-a98c-11e0a07311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43c72d-eb76-4049-99ea-07473b15cc0c">
      <Terms xmlns="http://schemas.microsoft.com/office/infopath/2007/PartnerControls"/>
    </lcf76f155ced4ddcb4097134ff3c332f>
    <TaxCatchAll xmlns="ca61dc34-46aa-470b-af0e-0de93029fe6e">
      <Value>36</Value>
    </TaxCatchAll>
    <eeb7374700b34cdba6ada6117c616034 xmlns="0c43c72d-eb76-4049-99ea-07473b15cc0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673bede0-8f6d-40f0-a0d2-3ae341685de0</TermId>
        </TermInfo>
      </Terms>
    </eeb7374700b34cdba6ada6117c616034>
    <oa9fbd0508de436da13dc19a72853b3f xmlns="0c43c72d-eb76-4049-99ea-07473b15cc0c" xsi:nil="true"/>
    <ConsentStatus xmlns="0c43c72d-eb76-4049-99ea-07473b15cc0c" xsi:nil="true"/>
    <ProjectType xmlns="0c43c72d-eb76-4049-99ea-07473b15cc0c" xsi:nil="true"/>
  </documentManagement>
</p:properties>
</file>

<file path=customXml/item5.xml><?xml version="1.0" encoding="utf-8"?>
<?mso-contentType ?>
<SharedContentType xmlns="Microsoft.SharePoint.Taxonomy.ContentTypeSync" SourceId="6155ed63-341b-4a6d-8d92-bc71a3205411" ContentTypeId="0x0101000118694C86DCC840B8A954DADB00E5EA" PreviousValue="false"/>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customXml/itemProps2.xml><?xml version="1.0" encoding="utf-8"?>
<ds:datastoreItem xmlns:ds="http://schemas.openxmlformats.org/officeDocument/2006/customXml" ds:itemID="{15E4772F-532A-41EE-A2C0-01358A940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3c72d-eb76-4049-99ea-07473b15cc0c"/>
    <ds:schemaRef ds:uri="ca61dc34-46aa-470b-af0e-0de93029f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3CAC25-B726-493B-BB3C-F3BC43BA7502}">
  <ds:schemaRefs>
    <ds:schemaRef ds:uri="http://schemas.microsoft.com/sharepoint/v3/contenttype/forms"/>
  </ds:schemaRefs>
</ds:datastoreItem>
</file>

<file path=customXml/itemProps4.xml><?xml version="1.0" encoding="utf-8"?>
<ds:datastoreItem xmlns:ds="http://schemas.openxmlformats.org/officeDocument/2006/customXml" ds:itemID="{E4F847A4-10D4-4082-80A1-B774A8593B02}">
  <ds:schemaRefs>
    <ds:schemaRef ds:uri="http://schemas.microsoft.com/office/2006/metadata/properties"/>
    <ds:schemaRef ds:uri="http://schemas.microsoft.com/office/infopath/2007/PartnerControls"/>
    <ds:schemaRef ds:uri="0c43c72d-eb76-4049-99ea-07473b15cc0c"/>
    <ds:schemaRef ds:uri="ca61dc34-46aa-470b-af0e-0de93029fe6e"/>
  </ds:schemaRefs>
</ds:datastoreItem>
</file>

<file path=customXml/itemProps5.xml><?xml version="1.0" encoding="utf-8"?>
<ds:datastoreItem xmlns:ds="http://schemas.openxmlformats.org/officeDocument/2006/customXml" ds:itemID="{A172A5F4-ACF8-474D-8C11-E0BAA2D69E4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3138</Words>
  <Characters>17891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Rex Cho</cp:lastModifiedBy>
  <cp:revision>11</cp:revision>
  <dcterms:created xsi:type="dcterms:W3CDTF">2025-10-09T05:15:00Z</dcterms:created>
  <dcterms:modified xsi:type="dcterms:W3CDTF">2025-11-28T03:36:00Z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0x0101000118694C86DCC840B8A954DADB00E5EA003E84DEDAC4846149B794043C96BA4143</vt:lpwstr>
  </property>
  <property fmtid="{D5CDD505-2E9C-101B-9397-08002B2CF9AE}" pid="3" name="MediaServiceImageTags">
    <vt:lpwstr/>
  </property>
  <property fmtid="{D5CDD505-2E9C-101B-9397-08002B2CF9AE}" pid="4" name="DocumentType">
    <vt:lpwstr/>
  </property>
  <property fmtid="{D5CDD505-2E9C-101B-9397-08002B2CF9AE}" pid="5" name="CalendarYear">
    <vt:lpwstr>36;#2025|673bede0-8f6d-40f0-a0d2-3ae341685de0</vt:lpwstr>
  </property>
  <property fmtid="{D5CDD505-2E9C-101B-9397-08002B2CF9AE}" pid="6" name="oa9fbd0508de436da13dc19a72853b3f0">
    <vt:lpwstr/>
  </property>
</Properties>
</file>