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6D61C" w14:textId="0719B0C0" w:rsidR="00930F33" w:rsidRDefault="00930F33">
      <w:pPr>
        <w:spacing w:after="0"/>
        <w:rPr>
          <w:lang w:eastAsia="zh-CN"/>
        </w:rPr>
      </w:pPr>
    </w:p>
    <w:p w14:paraId="616189EB" w14:textId="664D66C7" w:rsidR="00B66B39" w:rsidRPr="00462137" w:rsidRDefault="5A731050">
      <w:pPr>
        <w:spacing w:before="440" w:after="0"/>
      </w:pPr>
      <w:r w:rsidRPr="00462137">
        <w:rPr>
          <w:rFonts w:ascii="Arial" w:hAnsi="Arial"/>
          <w:sz w:val="48"/>
          <w:szCs w:val="48"/>
        </w:rPr>
        <w:t>QHRC_S1EP4_FINAL AUDIO Transcript</w:t>
      </w:r>
    </w:p>
    <w:p w14:paraId="7790211C" w14:textId="37A967C8" w:rsidR="00B66B39" w:rsidRPr="00462137" w:rsidRDefault="5A731050">
      <w:pPr>
        <w:spacing w:before="440" w:after="0"/>
      </w:pPr>
      <w:r w:rsidRPr="00462137">
        <w:rPr>
          <w:rFonts w:ascii="Arial" w:hAnsi="Arial"/>
          <w:b/>
          <w:bCs/>
          <w:color w:val="4F6880"/>
        </w:rPr>
        <w:t>SUMMARY KEYWORDS</w:t>
      </w:r>
    </w:p>
    <w:p w14:paraId="5840EAB5" w14:textId="77777777" w:rsidR="00B66B39" w:rsidRPr="00462137" w:rsidRDefault="00C41FD6">
      <w:r w:rsidRPr="00462137">
        <w:rPr>
          <w:rFonts w:ascii="Arial" w:hAnsi="Arial"/>
          <w:color w:val="4F6880"/>
        </w:rPr>
        <w:t>First Nations, self-determination, Uluru statement, human rights, justice, incarceration rates, youth detention, truth-telling, cultural values, education, political narrative, criminal justice system, intergenerational trauma, community support, future generations.</w:t>
      </w:r>
    </w:p>
    <w:p w14:paraId="63CD2F8A" w14:textId="77777777" w:rsidR="00B66B39" w:rsidRPr="00462137" w:rsidRDefault="00C41FD6">
      <w:pPr>
        <w:spacing w:before="440" w:after="0"/>
      </w:pPr>
      <w:r w:rsidRPr="00462137">
        <w:rPr>
          <w:rFonts w:ascii="Arial" w:hAnsi="Arial"/>
          <w:b/>
          <w:color w:val="4F6880"/>
        </w:rPr>
        <w:t>SPEAKERS</w:t>
      </w:r>
    </w:p>
    <w:p w14:paraId="5D2AFF5D" w14:textId="45764E9D" w:rsidR="00B66B39" w:rsidRPr="00462137" w:rsidRDefault="3D76B15C">
      <w:r w:rsidRPr="00462137">
        <w:rPr>
          <w:rFonts w:ascii="Arial" w:hAnsi="Arial"/>
          <w:color w:val="4F6880"/>
        </w:rPr>
        <w:t>Professor Chelsea Watego, Marcia Langton, Katie Kiss, Bruce Simpson, Alf Lacey, Manny Williams, Barry Walden</w:t>
      </w:r>
      <w:r w:rsidR="4D410EAA" w:rsidRPr="00462137">
        <w:rPr>
          <w:rFonts w:ascii="Arial" w:hAnsi="Arial"/>
          <w:color w:val="4F6880"/>
        </w:rPr>
        <w:t>,</w:t>
      </w:r>
      <w:r w:rsidRPr="00462137">
        <w:rPr>
          <w:rFonts w:ascii="Arial" w:hAnsi="Arial"/>
          <w:color w:val="4F6880"/>
        </w:rPr>
        <w:t xml:space="preserve"> </w:t>
      </w:r>
      <w:proofErr w:type="spellStart"/>
      <w:r w:rsidRPr="00462137">
        <w:rPr>
          <w:rFonts w:ascii="Arial" w:hAnsi="Arial"/>
          <w:color w:val="4F6880"/>
        </w:rPr>
        <w:t>Solua</w:t>
      </w:r>
      <w:proofErr w:type="spellEnd"/>
      <w:r w:rsidRPr="00462137">
        <w:rPr>
          <w:rFonts w:ascii="Arial" w:hAnsi="Arial"/>
          <w:color w:val="4F6880"/>
        </w:rPr>
        <w:t xml:space="preserve"> Middleton, Thomas Mayo, Mena Waller</w:t>
      </w:r>
    </w:p>
    <w:p w14:paraId="672A6659" w14:textId="77777777" w:rsidR="00B66B39" w:rsidRPr="00462137" w:rsidRDefault="00B66B39">
      <w:pPr>
        <w:spacing w:after="0"/>
      </w:pPr>
    </w:p>
    <w:p w14:paraId="333A68BD" w14:textId="77777777" w:rsidR="00B66B39" w:rsidRPr="00462137" w:rsidRDefault="00C41FD6">
      <w:pPr>
        <w:spacing w:after="0"/>
      </w:pPr>
      <w:r w:rsidRPr="00462137">
        <w:rPr>
          <w:rFonts w:ascii="Arial" w:hAnsi="Arial"/>
          <w:b/>
        </w:rPr>
        <w:t xml:space="preserve">Thomas </w:t>
      </w:r>
      <w:proofErr w:type="gramStart"/>
      <w:r w:rsidRPr="00462137">
        <w:rPr>
          <w:rFonts w:ascii="Arial" w:hAnsi="Arial"/>
          <w:b/>
        </w:rPr>
        <w:t xml:space="preserve">Mayo  </w:t>
      </w:r>
      <w:r w:rsidRPr="00462137">
        <w:rPr>
          <w:rFonts w:ascii="Arial" w:hAnsi="Arial"/>
          <w:color w:val="5D7284"/>
        </w:rPr>
        <w:t>00:00</w:t>
      </w:r>
      <w:proofErr w:type="gramEnd"/>
    </w:p>
    <w:p w14:paraId="0A13EEF9" w14:textId="1DF1FA11" w:rsidR="00B66B39" w:rsidRPr="00462137" w:rsidRDefault="5A731050">
      <w:pPr>
        <w:spacing w:after="0"/>
      </w:pPr>
      <w:r w:rsidRPr="00462137">
        <w:rPr>
          <w:rFonts w:ascii="Arial" w:hAnsi="Arial"/>
        </w:rPr>
        <w:t xml:space="preserve">We acknowledge the traditional custodians of the land on which the podcast was made, the </w:t>
      </w:r>
      <w:proofErr w:type="spellStart"/>
      <w:r w:rsidR="00F010C2" w:rsidRPr="00462137">
        <w:rPr>
          <w:rFonts w:ascii="Arial" w:hAnsi="Arial"/>
        </w:rPr>
        <w:t>Jagera</w:t>
      </w:r>
      <w:proofErr w:type="spellEnd"/>
      <w:r w:rsidR="00F010C2" w:rsidRPr="00462137">
        <w:rPr>
          <w:rFonts w:ascii="Arial" w:hAnsi="Arial"/>
        </w:rPr>
        <w:t xml:space="preserve"> </w:t>
      </w:r>
      <w:r w:rsidRPr="00462137">
        <w:rPr>
          <w:rFonts w:ascii="Arial" w:hAnsi="Arial"/>
        </w:rPr>
        <w:t xml:space="preserve">and </w:t>
      </w:r>
      <w:proofErr w:type="spellStart"/>
      <w:r w:rsidRPr="00462137">
        <w:rPr>
          <w:rFonts w:ascii="Arial" w:hAnsi="Arial"/>
        </w:rPr>
        <w:t>Turrbal</w:t>
      </w:r>
      <w:proofErr w:type="spellEnd"/>
      <w:r w:rsidRPr="00462137">
        <w:rPr>
          <w:rFonts w:ascii="Arial" w:hAnsi="Arial"/>
        </w:rPr>
        <w:t xml:space="preserve"> peoples. We recognize Aboriginal and Torres Strait Islander peoples as the land's first storytellers and their deep connection to the lands, waters and seas. We pay our respects to elders past and present</w:t>
      </w:r>
      <w:r w:rsidR="00E33399" w:rsidRPr="00462137">
        <w:rPr>
          <w:rFonts w:ascii="Arial" w:hAnsi="Arial"/>
        </w:rPr>
        <w:t>.</w:t>
      </w:r>
    </w:p>
    <w:p w14:paraId="0A37501D" w14:textId="77777777" w:rsidR="00B66B39" w:rsidRPr="00462137" w:rsidRDefault="00B66B39">
      <w:pPr>
        <w:spacing w:after="0"/>
      </w:pPr>
    </w:p>
    <w:p w14:paraId="1309B814" w14:textId="1AE8260F" w:rsidR="00B66B39" w:rsidRPr="00462137" w:rsidRDefault="006F3873">
      <w:pPr>
        <w:spacing w:after="0"/>
      </w:pPr>
      <w:r w:rsidRPr="00462137">
        <w:rPr>
          <w:rFonts w:ascii="Arial" w:hAnsi="Arial"/>
          <w:b/>
        </w:rPr>
        <w:t xml:space="preserve">Gaja Kerry </w:t>
      </w:r>
      <w:proofErr w:type="gramStart"/>
      <w:r w:rsidRPr="00462137">
        <w:rPr>
          <w:rFonts w:ascii="Arial" w:hAnsi="Arial"/>
          <w:b/>
        </w:rPr>
        <w:t>Charlton</w:t>
      </w:r>
      <w:r w:rsidR="00C41FD6" w:rsidRPr="00462137">
        <w:rPr>
          <w:rFonts w:ascii="Arial" w:hAnsi="Arial"/>
          <w:b/>
        </w:rPr>
        <w:t xml:space="preserve">  </w:t>
      </w:r>
      <w:r w:rsidR="00C41FD6" w:rsidRPr="00462137">
        <w:rPr>
          <w:rFonts w:ascii="Arial" w:hAnsi="Arial"/>
          <w:color w:val="5D7284"/>
        </w:rPr>
        <w:t>00:18</w:t>
      </w:r>
      <w:proofErr w:type="gramEnd"/>
    </w:p>
    <w:p w14:paraId="4A109568" w14:textId="77777777" w:rsidR="00A87C7C" w:rsidRPr="00462137" w:rsidRDefault="00A87C7C" w:rsidP="00A87C7C">
      <w:pPr>
        <w:spacing w:after="0"/>
        <w:rPr>
          <w:rFonts w:ascii="Arial" w:hAnsi="Arial"/>
        </w:rPr>
      </w:pPr>
      <w:proofErr w:type="spellStart"/>
      <w:r w:rsidRPr="00462137">
        <w:rPr>
          <w:rFonts w:ascii="Arial" w:hAnsi="Arial"/>
        </w:rPr>
        <w:t>Wanyardi</w:t>
      </w:r>
      <w:proofErr w:type="spellEnd"/>
      <w:r w:rsidRPr="00462137">
        <w:rPr>
          <w:rFonts w:ascii="Arial" w:hAnsi="Arial"/>
        </w:rPr>
        <w:t xml:space="preserve">, gunning, gunning, </w:t>
      </w:r>
      <w:proofErr w:type="spellStart"/>
      <w:r w:rsidRPr="00462137">
        <w:rPr>
          <w:rFonts w:ascii="Arial" w:hAnsi="Arial"/>
        </w:rPr>
        <w:t>garilkgo</w:t>
      </w:r>
      <w:proofErr w:type="spellEnd"/>
      <w:r w:rsidRPr="00462137">
        <w:rPr>
          <w:rFonts w:ascii="Arial" w:hAnsi="Arial"/>
        </w:rPr>
        <w:t xml:space="preserve">, </w:t>
      </w:r>
      <w:proofErr w:type="spellStart"/>
      <w:r w:rsidRPr="00462137">
        <w:rPr>
          <w:rFonts w:ascii="Arial" w:hAnsi="Arial"/>
        </w:rPr>
        <w:t>nga</w:t>
      </w:r>
      <w:proofErr w:type="spellEnd"/>
      <w:r w:rsidRPr="00462137">
        <w:rPr>
          <w:rFonts w:ascii="Arial" w:hAnsi="Arial"/>
        </w:rPr>
        <w:t xml:space="preserve"> </w:t>
      </w:r>
      <w:proofErr w:type="spellStart"/>
      <w:r w:rsidRPr="00462137">
        <w:rPr>
          <w:rFonts w:ascii="Arial" w:hAnsi="Arial"/>
        </w:rPr>
        <w:t>Yagera</w:t>
      </w:r>
      <w:proofErr w:type="spellEnd"/>
      <w:r w:rsidRPr="00462137">
        <w:rPr>
          <w:rFonts w:ascii="Arial" w:hAnsi="Arial"/>
        </w:rPr>
        <w:t xml:space="preserve"> </w:t>
      </w:r>
      <w:proofErr w:type="spellStart"/>
      <w:r w:rsidRPr="00462137">
        <w:rPr>
          <w:rFonts w:ascii="Arial" w:hAnsi="Arial"/>
        </w:rPr>
        <w:t>jaruna</w:t>
      </w:r>
      <w:proofErr w:type="spellEnd"/>
      <w:r w:rsidRPr="00462137">
        <w:rPr>
          <w:rFonts w:ascii="Arial" w:hAnsi="Arial"/>
        </w:rPr>
        <w:t>.</w:t>
      </w:r>
    </w:p>
    <w:p w14:paraId="5DAB6C7B" w14:textId="77777777" w:rsidR="00B66B39" w:rsidRPr="00462137" w:rsidRDefault="00B66B39">
      <w:pPr>
        <w:spacing w:after="0"/>
      </w:pPr>
    </w:p>
    <w:p w14:paraId="5313225A" w14:textId="77777777" w:rsidR="00B66B39" w:rsidRPr="00462137" w:rsidRDefault="00C41FD6">
      <w:pPr>
        <w:spacing w:after="0"/>
      </w:pPr>
      <w:r w:rsidRPr="00462137">
        <w:rPr>
          <w:rFonts w:ascii="Arial" w:hAnsi="Arial"/>
          <w:b/>
        </w:rPr>
        <w:t xml:space="preserve">Katie </w:t>
      </w:r>
      <w:proofErr w:type="gramStart"/>
      <w:r w:rsidRPr="00462137">
        <w:rPr>
          <w:rFonts w:ascii="Arial" w:hAnsi="Arial"/>
          <w:b/>
        </w:rPr>
        <w:t xml:space="preserve">Kiss  </w:t>
      </w:r>
      <w:r w:rsidRPr="00462137">
        <w:rPr>
          <w:rFonts w:ascii="Arial" w:hAnsi="Arial"/>
          <w:color w:val="5D7284"/>
        </w:rPr>
        <w:t>00:30</w:t>
      </w:r>
      <w:proofErr w:type="gramEnd"/>
    </w:p>
    <w:p w14:paraId="03DF06EA" w14:textId="7053B662" w:rsidR="00B66B39" w:rsidRPr="00462137" w:rsidRDefault="00C41FD6">
      <w:pPr>
        <w:spacing w:after="0"/>
      </w:pPr>
      <w:r w:rsidRPr="00462137">
        <w:rPr>
          <w:rFonts w:ascii="Arial" w:hAnsi="Arial"/>
        </w:rPr>
        <w:t xml:space="preserve">I think we've come a fair way, right? We've got doctors and lawyers coming out of universities. We're in a place where we can </w:t>
      </w:r>
      <w:proofErr w:type="gramStart"/>
      <w:r w:rsidRPr="00462137">
        <w:rPr>
          <w:rFonts w:ascii="Arial" w:hAnsi="Arial"/>
        </w:rPr>
        <w:t>actually start</w:t>
      </w:r>
      <w:proofErr w:type="gramEnd"/>
      <w:r w:rsidRPr="00462137">
        <w:rPr>
          <w:rFonts w:ascii="Arial" w:hAnsi="Arial"/>
        </w:rPr>
        <w:t xml:space="preserve"> to be much more active and proactive in pursuing our rights. Self Determination is something that we're a little bit clearer about in terms of what does that look like for our people in the face of the voice referendum and the decision that came out of that that, you know, put a perspective out in the public space that we don't have rights. Aboriginal and Torres Strait Islander </w:t>
      </w:r>
      <w:proofErr w:type="gramStart"/>
      <w:r w:rsidRPr="00462137">
        <w:rPr>
          <w:rFonts w:ascii="Arial" w:hAnsi="Arial"/>
        </w:rPr>
        <w:t>peoples</w:t>
      </w:r>
      <w:proofErr w:type="gramEnd"/>
      <w:r w:rsidRPr="00462137">
        <w:rPr>
          <w:rFonts w:ascii="Arial" w:hAnsi="Arial"/>
        </w:rPr>
        <w:t xml:space="preserve"> are challenging that, and we're standing up and saying, we do. They are inherent. You have an obligation to them, and we're going to take control over that and start pursuing them in our interests,</w:t>
      </w:r>
    </w:p>
    <w:p w14:paraId="02EB378F" w14:textId="77777777" w:rsidR="00B66B39" w:rsidRPr="00462137" w:rsidRDefault="00B66B39">
      <w:pPr>
        <w:spacing w:after="0"/>
      </w:pPr>
    </w:p>
    <w:p w14:paraId="25CB75CB" w14:textId="77777777" w:rsidR="00B66B39" w:rsidRPr="00462137" w:rsidRDefault="00C41FD6">
      <w:pPr>
        <w:spacing w:after="0"/>
      </w:pPr>
      <w:proofErr w:type="spellStart"/>
      <w:r w:rsidRPr="00462137">
        <w:rPr>
          <w:rFonts w:ascii="Arial" w:hAnsi="Arial"/>
          <w:b/>
        </w:rPr>
        <w:t>Solua</w:t>
      </w:r>
      <w:proofErr w:type="spellEnd"/>
      <w:r w:rsidRPr="00462137">
        <w:rPr>
          <w:rFonts w:ascii="Arial" w:hAnsi="Arial"/>
          <w:b/>
        </w:rPr>
        <w:t xml:space="preserve"> </w:t>
      </w:r>
      <w:proofErr w:type="gramStart"/>
      <w:r w:rsidRPr="00462137">
        <w:rPr>
          <w:rFonts w:ascii="Arial" w:hAnsi="Arial"/>
          <w:b/>
        </w:rPr>
        <w:t xml:space="preserve">Middleton  </w:t>
      </w:r>
      <w:r w:rsidRPr="00462137">
        <w:rPr>
          <w:rFonts w:ascii="Arial" w:hAnsi="Arial"/>
          <w:color w:val="5D7284"/>
        </w:rPr>
        <w:t>01:14</w:t>
      </w:r>
      <w:proofErr w:type="gramEnd"/>
    </w:p>
    <w:p w14:paraId="4BFE2771" w14:textId="4FB7ED80" w:rsidR="00B66B39" w:rsidRPr="00462137" w:rsidRDefault="1B52839B">
      <w:pPr>
        <w:spacing w:after="0"/>
      </w:pPr>
      <w:r w:rsidRPr="00462137">
        <w:rPr>
          <w:rFonts w:ascii="Arial" w:hAnsi="Arial"/>
        </w:rPr>
        <w:t xml:space="preserve">Old and new </w:t>
      </w:r>
      <w:proofErr w:type="gramStart"/>
      <w:r w:rsidRPr="00462137">
        <w:rPr>
          <w:rFonts w:ascii="Arial" w:hAnsi="Arial"/>
        </w:rPr>
        <w:t>dreaming</w:t>
      </w:r>
      <w:proofErr w:type="gramEnd"/>
      <w:r w:rsidRPr="00462137">
        <w:rPr>
          <w:rFonts w:ascii="Arial" w:hAnsi="Arial"/>
        </w:rPr>
        <w:t>, from health and housing to land and language, what's next and how do we get there together?</w:t>
      </w:r>
    </w:p>
    <w:p w14:paraId="6A05A809" w14:textId="77777777" w:rsidR="00B66B39" w:rsidRPr="00462137" w:rsidRDefault="00B66B39">
      <w:pPr>
        <w:spacing w:after="0"/>
      </w:pPr>
    </w:p>
    <w:p w14:paraId="60F911CA" w14:textId="77777777" w:rsidR="00B66B39" w:rsidRPr="00462137" w:rsidRDefault="00C41FD6">
      <w:pPr>
        <w:spacing w:after="0"/>
      </w:pPr>
      <w:r w:rsidRPr="00462137">
        <w:rPr>
          <w:rFonts w:ascii="Arial" w:hAnsi="Arial"/>
          <w:b/>
        </w:rPr>
        <w:t xml:space="preserve">Thomas </w:t>
      </w:r>
      <w:proofErr w:type="gramStart"/>
      <w:r w:rsidRPr="00462137">
        <w:rPr>
          <w:rFonts w:ascii="Arial" w:hAnsi="Arial"/>
          <w:b/>
        </w:rPr>
        <w:t xml:space="preserve">Mayo  </w:t>
      </w:r>
      <w:r w:rsidRPr="00462137">
        <w:rPr>
          <w:rFonts w:ascii="Arial" w:hAnsi="Arial"/>
          <w:color w:val="5D7284"/>
        </w:rPr>
        <w:t>01:27</w:t>
      </w:r>
      <w:proofErr w:type="gramEnd"/>
    </w:p>
    <w:p w14:paraId="53C2DD17" w14:textId="6F44E6E5" w:rsidR="00B66B39" w:rsidRPr="00462137" w:rsidRDefault="00C41FD6">
      <w:pPr>
        <w:spacing w:after="0"/>
      </w:pPr>
      <w:r w:rsidRPr="00462137">
        <w:rPr>
          <w:rFonts w:ascii="Arial" w:hAnsi="Arial"/>
        </w:rPr>
        <w:t>We are the main drivers, and it's for us to have the courage and determination to seek change and again, for a better future for our children, as previous generations have successfully done for us. But I think also if you, if you look at history again, none of those great steps forward have been achieved without solidarity from the broader Australian public</w:t>
      </w:r>
      <w:r w:rsidR="005B4FF6" w:rsidRPr="00462137">
        <w:rPr>
          <w:rFonts w:ascii="Arial" w:hAnsi="Arial"/>
        </w:rPr>
        <w:t>.</w:t>
      </w:r>
    </w:p>
    <w:p w14:paraId="5A39BBE3" w14:textId="77777777" w:rsidR="00B66B39" w:rsidRPr="00462137" w:rsidRDefault="00B66B39">
      <w:pPr>
        <w:spacing w:after="0"/>
      </w:pPr>
    </w:p>
    <w:p w14:paraId="04DC4DC0" w14:textId="77777777" w:rsidR="00B66B39" w:rsidRPr="00462137" w:rsidRDefault="00C41FD6">
      <w:pPr>
        <w:spacing w:after="0"/>
      </w:pPr>
      <w:proofErr w:type="spellStart"/>
      <w:r w:rsidRPr="00462137">
        <w:rPr>
          <w:rFonts w:ascii="Arial" w:hAnsi="Arial"/>
          <w:b/>
        </w:rPr>
        <w:lastRenderedPageBreak/>
        <w:t>Solua</w:t>
      </w:r>
      <w:proofErr w:type="spellEnd"/>
      <w:r w:rsidRPr="00462137">
        <w:rPr>
          <w:rFonts w:ascii="Arial" w:hAnsi="Arial"/>
          <w:b/>
        </w:rPr>
        <w:t xml:space="preserve"> </w:t>
      </w:r>
      <w:proofErr w:type="gramStart"/>
      <w:r w:rsidRPr="00462137">
        <w:rPr>
          <w:rFonts w:ascii="Arial" w:hAnsi="Arial"/>
          <w:b/>
        </w:rPr>
        <w:t xml:space="preserve">Middleton  </w:t>
      </w:r>
      <w:r w:rsidRPr="00462137">
        <w:rPr>
          <w:rFonts w:ascii="Arial" w:hAnsi="Arial"/>
          <w:color w:val="5D7284"/>
        </w:rPr>
        <w:t>02:00</w:t>
      </w:r>
      <w:proofErr w:type="gramEnd"/>
    </w:p>
    <w:p w14:paraId="03D8CF87" w14:textId="661385DE" w:rsidR="00B66B39" w:rsidRPr="00462137" w:rsidRDefault="00C41FD6">
      <w:pPr>
        <w:spacing w:after="0"/>
      </w:pPr>
      <w:r w:rsidRPr="00462137">
        <w:rPr>
          <w:rFonts w:ascii="Arial" w:hAnsi="Arial"/>
        </w:rPr>
        <w:t xml:space="preserve">for First Nations peoples answers are shaped by culture and truth and the priorities identified by multiple generations, like justice, healing and </w:t>
      </w:r>
      <w:r w:rsidR="006524FE" w:rsidRPr="00462137">
        <w:rPr>
          <w:rFonts w:ascii="Arial" w:hAnsi="Arial"/>
        </w:rPr>
        <w:t>self-determination</w:t>
      </w:r>
      <w:r w:rsidRPr="00462137">
        <w:rPr>
          <w:rFonts w:ascii="Arial" w:hAnsi="Arial"/>
        </w:rPr>
        <w:t>. It's what our kids need and our elders deserve.</w:t>
      </w:r>
    </w:p>
    <w:p w14:paraId="41C8F396" w14:textId="77777777" w:rsidR="00B66B39" w:rsidRPr="00462137" w:rsidRDefault="00B66B39">
      <w:pPr>
        <w:spacing w:after="0"/>
      </w:pPr>
    </w:p>
    <w:p w14:paraId="2E715804" w14:textId="77777777" w:rsidR="00B66B39" w:rsidRPr="00462137" w:rsidRDefault="00C41FD6">
      <w:pPr>
        <w:spacing w:after="0"/>
      </w:pPr>
      <w:r w:rsidRPr="00462137">
        <w:rPr>
          <w:rFonts w:ascii="Arial" w:hAnsi="Arial"/>
          <w:b/>
        </w:rPr>
        <w:t xml:space="preserve">Marcia </w:t>
      </w:r>
      <w:proofErr w:type="gramStart"/>
      <w:r w:rsidRPr="00462137">
        <w:rPr>
          <w:rFonts w:ascii="Arial" w:hAnsi="Arial"/>
          <w:b/>
        </w:rPr>
        <w:t xml:space="preserve">Langton  </w:t>
      </w:r>
      <w:r w:rsidRPr="00462137">
        <w:rPr>
          <w:rFonts w:ascii="Arial" w:hAnsi="Arial"/>
          <w:color w:val="5D7284"/>
        </w:rPr>
        <w:t>02:20</w:t>
      </w:r>
      <w:proofErr w:type="gramEnd"/>
    </w:p>
    <w:p w14:paraId="4A82B3DD" w14:textId="4FEAB95D" w:rsidR="00B66B39" w:rsidRPr="00462137" w:rsidRDefault="00C41FD6">
      <w:pPr>
        <w:spacing w:after="0"/>
      </w:pPr>
      <w:r w:rsidRPr="00462137">
        <w:rPr>
          <w:rFonts w:ascii="Arial" w:hAnsi="Arial"/>
        </w:rPr>
        <w:t xml:space="preserve">Look. People are feeling very bruised by events of recent times, but hopeful that if we come together and think deeply about what we want for our future, we can find a way to make our future a bright one. </w:t>
      </w:r>
    </w:p>
    <w:p w14:paraId="72A3D3EC" w14:textId="77777777" w:rsidR="00B66B39" w:rsidRPr="00462137" w:rsidRDefault="00B66B39">
      <w:pPr>
        <w:spacing w:after="0"/>
      </w:pPr>
    </w:p>
    <w:p w14:paraId="355F6DAC" w14:textId="77777777" w:rsidR="00B66B39" w:rsidRPr="00462137" w:rsidRDefault="00C41FD6">
      <w:pPr>
        <w:spacing w:after="0"/>
      </w:pPr>
      <w:proofErr w:type="spellStart"/>
      <w:r w:rsidRPr="00462137">
        <w:rPr>
          <w:rFonts w:ascii="Arial" w:hAnsi="Arial"/>
          <w:b/>
        </w:rPr>
        <w:t>Solua</w:t>
      </w:r>
      <w:proofErr w:type="spellEnd"/>
      <w:r w:rsidRPr="00462137">
        <w:rPr>
          <w:rFonts w:ascii="Arial" w:hAnsi="Arial"/>
          <w:b/>
        </w:rPr>
        <w:t xml:space="preserve"> </w:t>
      </w:r>
      <w:proofErr w:type="gramStart"/>
      <w:r w:rsidRPr="00462137">
        <w:rPr>
          <w:rFonts w:ascii="Arial" w:hAnsi="Arial"/>
          <w:b/>
        </w:rPr>
        <w:t xml:space="preserve">Middleton  </w:t>
      </w:r>
      <w:r w:rsidRPr="00462137">
        <w:rPr>
          <w:rFonts w:ascii="Arial" w:hAnsi="Arial"/>
          <w:color w:val="5D7284"/>
        </w:rPr>
        <w:t>02:49</w:t>
      </w:r>
      <w:proofErr w:type="gramEnd"/>
    </w:p>
    <w:p w14:paraId="7F5CE79D" w14:textId="4423FDAC" w:rsidR="00B66B39" w:rsidRPr="00462137" w:rsidRDefault="2081584A">
      <w:pPr>
        <w:spacing w:after="0"/>
      </w:pPr>
      <w:r w:rsidRPr="00462137">
        <w:rPr>
          <w:rFonts w:ascii="Arial" w:hAnsi="Arial"/>
        </w:rPr>
        <w:t xml:space="preserve">This is the rights made real podcast from the Queensland Human Rights Commission. And I'm </w:t>
      </w:r>
      <w:proofErr w:type="spellStart"/>
      <w:r w:rsidR="6EE4FA17" w:rsidRPr="00462137">
        <w:rPr>
          <w:rFonts w:ascii="Arial" w:hAnsi="Arial"/>
        </w:rPr>
        <w:t>Solua</w:t>
      </w:r>
      <w:proofErr w:type="spellEnd"/>
      <w:r w:rsidR="6EE4FA17" w:rsidRPr="00462137">
        <w:rPr>
          <w:rFonts w:ascii="Arial" w:hAnsi="Arial"/>
        </w:rPr>
        <w:t xml:space="preserve"> </w:t>
      </w:r>
      <w:r w:rsidRPr="00462137">
        <w:rPr>
          <w:rFonts w:ascii="Arial" w:hAnsi="Arial"/>
        </w:rPr>
        <w:t xml:space="preserve">Middleton, a proud Torres Strait Islander woman with strong family connections to </w:t>
      </w:r>
      <w:r w:rsidR="3690AD80" w:rsidRPr="00462137">
        <w:rPr>
          <w:rFonts w:ascii="Arial" w:hAnsi="Arial"/>
        </w:rPr>
        <w:t>E</w:t>
      </w:r>
      <w:r w:rsidRPr="00462137">
        <w:rPr>
          <w:rFonts w:ascii="Arial" w:hAnsi="Arial"/>
        </w:rPr>
        <w:t>rub</w:t>
      </w:r>
      <w:r w:rsidR="1BD32721" w:rsidRPr="00462137">
        <w:rPr>
          <w:rFonts w:ascii="Arial" w:hAnsi="Arial"/>
        </w:rPr>
        <w:t>.</w:t>
      </w:r>
      <w:r w:rsidRPr="00462137">
        <w:rPr>
          <w:rFonts w:ascii="Arial" w:hAnsi="Arial"/>
        </w:rPr>
        <w:t xml:space="preserve"> </w:t>
      </w:r>
      <w:r w:rsidR="408A8FEF" w:rsidRPr="00462137">
        <w:rPr>
          <w:rFonts w:ascii="Arial" w:hAnsi="Arial"/>
        </w:rPr>
        <w:t>I</w:t>
      </w:r>
      <w:r w:rsidRPr="00462137">
        <w:rPr>
          <w:rFonts w:ascii="Arial" w:hAnsi="Arial"/>
        </w:rPr>
        <w:t xml:space="preserve">n this gathering strength series, you'll hear how we draw strength from the past to determine our own future. Episode Four, dreaming with Thomas </w:t>
      </w:r>
      <w:r w:rsidR="00FF195C" w:rsidRPr="00462137">
        <w:rPr>
          <w:rFonts w:ascii="Arial" w:hAnsi="Arial"/>
        </w:rPr>
        <w:t>M</w:t>
      </w:r>
      <w:r w:rsidRPr="00462137">
        <w:rPr>
          <w:rFonts w:ascii="Arial" w:hAnsi="Arial"/>
        </w:rPr>
        <w:t xml:space="preserve">ayo, Professor Marcia Langton and other community members who are helping shape the next chapter in </w:t>
      </w:r>
      <w:r w:rsidR="00DA218A" w:rsidRPr="00462137">
        <w:rPr>
          <w:rFonts w:ascii="Arial" w:hAnsi="Arial"/>
        </w:rPr>
        <w:t xml:space="preserve">First Nations </w:t>
      </w:r>
      <w:r w:rsidRPr="00462137">
        <w:rPr>
          <w:rFonts w:ascii="Arial" w:hAnsi="Arial"/>
        </w:rPr>
        <w:t>history.</w:t>
      </w:r>
    </w:p>
    <w:p w14:paraId="0D0B940D" w14:textId="77777777" w:rsidR="00B66B39" w:rsidRPr="00462137" w:rsidRDefault="00B66B39">
      <w:pPr>
        <w:spacing w:after="0"/>
      </w:pPr>
    </w:p>
    <w:p w14:paraId="4C0F8364" w14:textId="77777777" w:rsidR="00B66B39" w:rsidRPr="00462137" w:rsidRDefault="00C41FD6">
      <w:pPr>
        <w:spacing w:after="0"/>
      </w:pPr>
      <w:r w:rsidRPr="00462137">
        <w:rPr>
          <w:rFonts w:ascii="Arial" w:hAnsi="Arial"/>
          <w:b/>
        </w:rPr>
        <w:t xml:space="preserve">Thomas </w:t>
      </w:r>
      <w:proofErr w:type="gramStart"/>
      <w:r w:rsidRPr="00462137">
        <w:rPr>
          <w:rFonts w:ascii="Arial" w:hAnsi="Arial"/>
          <w:b/>
        </w:rPr>
        <w:t xml:space="preserve">Mayo  </w:t>
      </w:r>
      <w:r w:rsidRPr="00462137">
        <w:rPr>
          <w:rFonts w:ascii="Arial" w:hAnsi="Arial"/>
          <w:color w:val="5D7284"/>
        </w:rPr>
        <w:t>03:33</w:t>
      </w:r>
      <w:proofErr w:type="gramEnd"/>
    </w:p>
    <w:p w14:paraId="4F32AE7F" w14:textId="1DB3F684" w:rsidR="00B66B39" w:rsidRPr="00462137" w:rsidRDefault="2081584A">
      <w:pPr>
        <w:spacing w:after="0"/>
      </w:pPr>
      <w:r w:rsidRPr="00462137">
        <w:rPr>
          <w:rFonts w:ascii="Arial" w:hAnsi="Arial"/>
        </w:rPr>
        <w:t xml:space="preserve">My name is Thomas </w:t>
      </w:r>
      <w:r w:rsidR="50BBABFE" w:rsidRPr="00462137">
        <w:rPr>
          <w:rFonts w:ascii="Arial" w:hAnsi="Arial"/>
        </w:rPr>
        <w:t>M</w:t>
      </w:r>
      <w:r w:rsidRPr="00462137">
        <w:rPr>
          <w:rFonts w:ascii="Arial" w:hAnsi="Arial"/>
        </w:rPr>
        <w:t xml:space="preserve">ayo. I live in, live </w:t>
      </w:r>
      <w:proofErr w:type="gramStart"/>
      <w:r w:rsidRPr="00462137">
        <w:rPr>
          <w:rFonts w:ascii="Arial" w:hAnsi="Arial"/>
        </w:rPr>
        <w:t>on</w:t>
      </w:r>
      <w:proofErr w:type="gramEnd"/>
      <w:r w:rsidRPr="00462137">
        <w:rPr>
          <w:rFonts w:ascii="Arial" w:hAnsi="Arial"/>
        </w:rPr>
        <w:t xml:space="preserve"> Larrakia country in Darwin. I'm Aboriginal and Torres Strait Islander man, my mob are </w:t>
      </w:r>
      <w:proofErr w:type="spellStart"/>
      <w:r w:rsidR="007A7052" w:rsidRPr="00462137">
        <w:rPr>
          <w:rFonts w:ascii="Arial" w:hAnsi="Arial"/>
        </w:rPr>
        <w:t>Kaurareg</w:t>
      </w:r>
      <w:proofErr w:type="spellEnd"/>
      <w:r w:rsidRPr="00462137">
        <w:rPr>
          <w:rFonts w:ascii="Arial" w:hAnsi="Arial"/>
        </w:rPr>
        <w:t>,</w:t>
      </w:r>
      <w:r w:rsidR="007A7052" w:rsidRPr="00462137">
        <w:rPr>
          <w:rFonts w:ascii="Arial" w:hAnsi="Arial"/>
        </w:rPr>
        <w:t xml:space="preserve"> </w:t>
      </w:r>
      <w:proofErr w:type="spellStart"/>
      <w:r w:rsidR="00121B15" w:rsidRPr="00462137">
        <w:rPr>
          <w:rFonts w:ascii="Arial" w:hAnsi="Arial"/>
        </w:rPr>
        <w:t>Kulkalgau</w:t>
      </w:r>
      <w:proofErr w:type="spellEnd"/>
      <w:r w:rsidR="0051093A" w:rsidRPr="00462137">
        <w:rPr>
          <w:rFonts w:ascii="Arial" w:hAnsi="Arial"/>
        </w:rPr>
        <w:t xml:space="preserve">, </w:t>
      </w:r>
      <w:proofErr w:type="spellStart"/>
      <w:r w:rsidR="00784972" w:rsidRPr="00462137">
        <w:rPr>
          <w:rFonts w:ascii="Arial" w:hAnsi="Arial"/>
        </w:rPr>
        <w:t>Erub</w:t>
      </w:r>
      <w:r w:rsidR="0051093A" w:rsidRPr="00462137">
        <w:rPr>
          <w:rFonts w:ascii="Arial" w:hAnsi="Arial"/>
        </w:rPr>
        <w:t>am</w:t>
      </w:r>
      <w:proofErr w:type="spellEnd"/>
      <w:r w:rsidR="00784972" w:rsidRPr="00462137">
        <w:rPr>
          <w:rFonts w:ascii="Arial" w:hAnsi="Arial"/>
        </w:rPr>
        <w:t xml:space="preserve"> </w:t>
      </w:r>
      <w:r w:rsidR="0051093A" w:rsidRPr="00462137">
        <w:rPr>
          <w:rFonts w:ascii="Arial" w:hAnsi="Arial"/>
        </w:rPr>
        <w:t xml:space="preserve">le </w:t>
      </w:r>
      <w:r w:rsidRPr="00462137">
        <w:rPr>
          <w:rFonts w:ascii="Arial" w:hAnsi="Arial"/>
        </w:rPr>
        <w:t>and, yeah, that's me.</w:t>
      </w:r>
    </w:p>
    <w:p w14:paraId="0E27B00A" w14:textId="77777777" w:rsidR="00B66B39" w:rsidRPr="00462137" w:rsidRDefault="00B66B39">
      <w:pPr>
        <w:spacing w:after="0"/>
      </w:pPr>
    </w:p>
    <w:p w14:paraId="5525D5CB" w14:textId="77777777" w:rsidR="00B66B39" w:rsidRPr="00462137" w:rsidRDefault="00C41FD6">
      <w:pPr>
        <w:spacing w:after="0"/>
      </w:pPr>
      <w:proofErr w:type="spellStart"/>
      <w:r w:rsidRPr="00462137">
        <w:rPr>
          <w:rFonts w:ascii="Arial" w:hAnsi="Arial"/>
          <w:b/>
        </w:rPr>
        <w:t>Solua</w:t>
      </w:r>
      <w:proofErr w:type="spellEnd"/>
      <w:r w:rsidRPr="00462137">
        <w:rPr>
          <w:rFonts w:ascii="Arial" w:hAnsi="Arial"/>
          <w:b/>
        </w:rPr>
        <w:t xml:space="preserve"> </w:t>
      </w:r>
      <w:proofErr w:type="gramStart"/>
      <w:r w:rsidRPr="00462137">
        <w:rPr>
          <w:rFonts w:ascii="Arial" w:hAnsi="Arial"/>
          <w:b/>
        </w:rPr>
        <w:t xml:space="preserve">Middleton  </w:t>
      </w:r>
      <w:r w:rsidRPr="00462137">
        <w:rPr>
          <w:rFonts w:ascii="Arial" w:hAnsi="Arial"/>
          <w:color w:val="5D7284"/>
        </w:rPr>
        <w:t>03:46</w:t>
      </w:r>
      <w:proofErr w:type="gramEnd"/>
    </w:p>
    <w:p w14:paraId="07851249" w14:textId="77777777" w:rsidR="00B66B39" w:rsidRPr="00462137" w:rsidRDefault="00C41FD6">
      <w:pPr>
        <w:spacing w:after="0"/>
      </w:pPr>
      <w:r w:rsidRPr="00462137">
        <w:rPr>
          <w:rFonts w:ascii="Arial" w:hAnsi="Arial"/>
        </w:rPr>
        <w:t>How do you define human rights from a First Nations perspective?</w:t>
      </w:r>
    </w:p>
    <w:p w14:paraId="60061E4C" w14:textId="77777777" w:rsidR="00B66B39" w:rsidRPr="00462137" w:rsidRDefault="00B66B39">
      <w:pPr>
        <w:spacing w:after="0"/>
      </w:pPr>
    </w:p>
    <w:p w14:paraId="58EA5978" w14:textId="77777777" w:rsidR="00B66B39" w:rsidRPr="00462137" w:rsidRDefault="00C41FD6">
      <w:pPr>
        <w:spacing w:after="0"/>
      </w:pPr>
      <w:r w:rsidRPr="00462137">
        <w:rPr>
          <w:rFonts w:ascii="Arial" w:hAnsi="Arial"/>
          <w:b/>
        </w:rPr>
        <w:t xml:space="preserve">Thomas </w:t>
      </w:r>
      <w:proofErr w:type="gramStart"/>
      <w:r w:rsidRPr="00462137">
        <w:rPr>
          <w:rFonts w:ascii="Arial" w:hAnsi="Arial"/>
          <w:b/>
        </w:rPr>
        <w:t xml:space="preserve">Mayo  </w:t>
      </w:r>
      <w:r w:rsidRPr="00462137">
        <w:rPr>
          <w:rFonts w:ascii="Arial" w:hAnsi="Arial"/>
          <w:color w:val="5D7284"/>
        </w:rPr>
        <w:t>03:51</w:t>
      </w:r>
      <w:proofErr w:type="gramEnd"/>
    </w:p>
    <w:p w14:paraId="6937EC6E" w14:textId="2E99B6BE" w:rsidR="00B66B39" w:rsidRPr="00462137" w:rsidRDefault="00C41FD6">
      <w:pPr>
        <w:spacing w:after="0"/>
      </w:pPr>
      <w:r w:rsidRPr="00462137">
        <w:rPr>
          <w:rFonts w:ascii="Arial" w:hAnsi="Arial"/>
        </w:rPr>
        <w:t xml:space="preserve">Well, it's, it really is about </w:t>
      </w:r>
      <w:proofErr w:type="gramStart"/>
      <w:r w:rsidRPr="00462137">
        <w:rPr>
          <w:rFonts w:ascii="Arial" w:hAnsi="Arial"/>
        </w:rPr>
        <w:t>a justice</w:t>
      </w:r>
      <w:proofErr w:type="gramEnd"/>
      <w:r w:rsidRPr="00462137">
        <w:rPr>
          <w:rFonts w:ascii="Arial" w:hAnsi="Arial"/>
        </w:rPr>
        <w:t xml:space="preserve"> that has not been delivered for our people, a justice that only we can achieve through standing up and standing strong and fighting for that. And that's what we're you know, we've </w:t>
      </w:r>
      <w:proofErr w:type="gramStart"/>
      <w:r w:rsidRPr="00462137">
        <w:rPr>
          <w:rFonts w:ascii="Arial" w:hAnsi="Arial"/>
        </w:rPr>
        <w:t>done for</w:t>
      </w:r>
      <w:proofErr w:type="gramEnd"/>
      <w:r w:rsidRPr="00462137">
        <w:rPr>
          <w:rFonts w:ascii="Arial" w:hAnsi="Arial"/>
        </w:rPr>
        <w:t xml:space="preserve"> since </w:t>
      </w:r>
      <w:proofErr w:type="spellStart"/>
      <w:r w:rsidRPr="00462137">
        <w:rPr>
          <w:rFonts w:ascii="Arial" w:hAnsi="Arial"/>
        </w:rPr>
        <w:t>coloni</w:t>
      </w:r>
      <w:r w:rsidR="00134763" w:rsidRPr="00462137">
        <w:rPr>
          <w:rFonts w:ascii="Arial" w:hAnsi="Arial"/>
        </w:rPr>
        <w:t>s</w:t>
      </w:r>
      <w:r w:rsidRPr="00462137">
        <w:rPr>
          <w:rFonts w:ascii="Arial" w:hAnsi="Arial"/>
        </w:rPr>
        <w:t>ation</w:t>
      </w:r>
      <w:proofErr w:type="spellEnd"/>
      <w:r w:rsidRPr="00462137">
        <w:rPr>
          <w:rFonts w:ascii="Arial" w:hAnsi="Arial"/>
        </w:rPr>
        <w:t>, and we're not going away.</w:t>
      </w:r>
    </w:p>
    <w:p w14:paraId="44EAFD9C" w14:textId="77777777" w:rsidR="00B66B39" w:rsidRPr="00462137" w:rsidRDefault="00B66B39">
      <w:pPr>
        <w:spacing w:after="0"/>
      </w:pPr>
    </w:p>
    <w:p w14:paraId="5A94D0C6" w14:textId="77777777" w:rsidR="00B66B39" w:rsidRPr="00462137" w:rsidRDefault="00C41FD6">
      <w:pPr>
        <w:spacing w:after="0"/>
      </w:pPr>
      <w:proofErr w:type="spellStart"/>
      <w:r w:rsidRPr="00462137">
        <w:rPr>
          <w:rFonts w:ascii="Arial" w:hAnsi="Arial"/>
          <w:b/>
        </w:rPr>
        <w:t>Solua</w:t>
      </w:r>
      <w:proofErr w:type="spellEnd"/>
      <w:r w:rsidRPr="00462137">
        <w:rPr>
          <w:rFonts w:ascii="Arial" w:hAnsi="Arial"/>
          <w:b/>
        </w:rPr>
        <w:t xml:space="preserve"> </w:t>
      </w:r>
      <w:proofErr w:type="gramStart"/>
      <w:r w:rsidRPr="00462137">
        <w:rPr>
          <w:rFonts w:ascii="Arial" w:hAnsi="Arial"/>
          <w:b/>
        </w:rPr>
        <w:t xml:space="preserve">Middleton  </w:t>
      </w:r>
      <w:r w:rsidRPr="00462137">
        <w:rPr>
          <w:rFonts w:ascii="Arial" w:hAnsi="Arial"/>
          <w:color w:val="5D7284"/>
        </w:rPr>
        <w:t>04:12</w:t>
      </w:r>
      <w:proofErr w:type="gramEnd"/>
    </w:p>
    <w:p w14:paraId="06601BA3" w14:textId="77777777" w:rsidR="00B66B39" w:rsidRPr="00462137" w:rsidRDefault="00C41FD6">
      <w:pPr>
        <w:spacing w:after="0"/>
      </w:pPr>
      <w:r w:rsidRPr="00462137">
        <w:rPr>
          <w:rFonts w:ascii="Arial" w:hAnsi="Arial"/>
        </w:rPr>
        <w:t>How does the Uluru statement from the heart connect to that vision?</w:t>
      </w:r>
    </w:p>
    <w:p w14:paraId="4B94D5A5" w14:textId="77777777" w:rsidR="00B66B39" w:rsidRPr="00462137" w:rsidRDefault="00B66B39">
      <w:pPr>
        <w:spacing w:after="0"/>
      </w:pPr>
    </w:p>
    <w:p w14:paraId="186BCADB" w14:textId="77777777" w:rsidR="00B66B39" w:rsidRPr="00462137" w:rsidRDefault="00C41FD6">
      <w:pPr>
        <w:spacing w:after="0"/>
      </w:pPr>
      <w:r w:rsidRPr="00462137">
        <w:rPr>
          <w:rFonts w:ascii="Arial" w:hAnsi="Arial"/>
          <w:b/>
        </w:rPr>
        <w:t xml:space="preserve">Thomas </w:t>
      </w:r>
      <w:proofErr w:type="gramStart"/>
      <w:r w:rsidRPr="00462137">
        <w:rPr>
          <w:rFonts w:ascii="Arial" w:hAnsi="Arial"/>
          <w:b/>
        </w:rPr>
        <w:t xml:space="preserve">Mayo  </w:t>
      </w:r>
      <w:r w:rsidRPr="00462137">
        <w:rPr>
          <w:rFonts w:ascii="Arial" w:hAnsi="Arial"/>
          <w:color w:val="5D7284"/>
        </w:rPr>
        <w:t>04:16</w:t>
      </w:r>
      <w:proofErr w:type="gramEnd"/>
    </w:p>
    <w:p w14:paraId="5CEE5717" w14:textId="2D3EC0C8" w:rsidR="00B66B39" w:rsidRPr="00462137" w:rsidRDefault="00C41FD6">
      <w:pPr>
        <w:spacing w:after="0"/>
      </w:pPr>
      <w:r w:rsidRPr="00462137">
        <w:rPr>
          <w:rFonts w:ascii="Arial" w:hAnsi="Arial"/>
        </w:rPr>
        <w:t xml:space="preserve">Well, the Uluru statement from the heart is one of </w:t>
      </w:r>
      <w:proofErr w:type="gramStart"/>
      <w:r w:rsidRPr="00462137">
        <w:rPr>
          <w:rFonts w:ascii="Arial" w:hAnsi="Arial"/>
        </w:rPr>
        <w:t>a number of</w:t>
      </w:r>
      <w:proofErr w:type="gramEnd"/>
      <w:r w:rsidRPr="00462137">
        <w:rPr>
          <w:rFonts w:ascii="Arial" w:hAnsi="Arial"/>
        </w:rPr>
        <w:t xml:space="preserve"> statements and petitions that we've made throughout the history of that fight for justice and recognition. It was made in 2017 I was one of around, close to 300 of our mob from all around the country that were elected through processes in each region that covered, you know, the entirety of the continent and adjacent islands. And it was </w:t>
      </w:r>
      <w:proofErr w:type="gramStart"/>
      <w:r w:rsidRPr="00462137">
        <w:rPr>
          <w:rFonts w:ascii="Arial" w:hAnsi="Arial"/>
        </w:rPr>
        <w:t>a it</w:t>
      </w:r>
      <w:proofErr w:type="gramEnd"/>
      <w:r w:rsidRPr="00462137">
        <w:rPr>
          <w:rFonts w:ascii="Arial" w:hAnsi="Arial"/>
        </w:rPr>
        <w:t xml:space="preserve"> is a very powerful statement. It remains a live political document, even though the referendum for the voice component didn't succeed in 2023 and I encourage mob, and I encourage every Australian. And to read it, because it's a statement of fact, it is also very compelling as far as the existing situation </w:t>
      </w:r>
      <w:proofErr w:type="gramStart"/>
      <w:r w:rsidRPr="00462137">
        <w:rPr>
          <w:rFonts w:ascii="Arial" w:hAnsi="Arial"/>
        </w:rPr>
        <w:t>and</w:t>
      </w:r>
      <w:proofErr w:type="gramEnd"/>
      <w:r w:rsidRPr="00462137">
        <w:rPr>
          <w:rFonts w:ascii="Arial" w:hAnsi="Arial"/>
        </w:rPr>
        <w:t xml:space="preserve"> why we should be motivated to change, and</w:t>
      </w:r>
      <w:r w:rsidR="00E2147B" w:rsidRPr="00462137">
        <w:rPr>
          <w:rFonts w:ascii="Arial" w:hAnsi="Arial"/>
        </w:rPr>
        <w:t>-</w:t>
      </w:r>
      <w:r w:rsidRPr="00462137">
        <w:rPr>
          <w:rFonts w:ascii="Arial" w:hAnsi="Arial"/>
        </w:rPr>
        <w:t xml:space="preserve"> and a clear vision for that change and</w:t>
      </w:r>
      <w:r w:rsidR="00E2147B" w:rsidRPr="00462137">
        <w:rPr>
          <w:rFonts w:ascii="Arial" w:hAnsi="Arial"/>
        </w:rPr>
        <w:t>-</w:t>
      </w:r>
      <w:r w:rsidRPr="00462137">
        <w:rPr>
          <w:rFonts w:ascii="Arial" w:hAnsi="Arial"/>
        </w:rPr>
        <w:t xml:space="preserve"> and how we achieve it.</w:t>
      </w:r>
    </w:p>
    <w:p w14:paraId="3DEEC669" w14:textId="77777777" w:rsidR="00B66B39" w:rsidRPr="00462137" w:rsidRDefault="00B66B39">
      <w:pPr>
        <w:spacing w:after="0"/>
      </w:pPr>
    </w:p>
    <w:p w14:paraId="5B2BA187" w14:textId="77777777" w:rsidR="00B66B39" w:rsidRPr="00462137" w:rsidRDefault="00C41FD6">
      <w:pPr>
        <w:spacing w:after="0"/>
      </w:pPr>
      <w:proofErr w:type="spellStart"/>
      <w:r w:rsidRPr="00462137">
        <w:rPr>
          <w:rFonts w:ascii="Arial" w:hAnsi="Arial"/>
          <w:b/>
        </w:rPr>
        <w:t>Solua</w:t>
      </w:r>
      <w:proofErr w:type="spellEnd"/>
      <w:r w:rsidRPr="00462137">
        <w:rPr>
          <w:rFonts w:ascii="Arial" w:hAnsi="Arial"/>
          <w:b/>
        </w:rPr>
        <w:t xml:space="preserve"> </w:t>
      </w:r>
      <w:proofErr w:type="gramStart"/>
      <w:r w:rsidRPr="00462137">
        <w:rPr>
          <w:rFonts w:ascii="Arial" w:hAnsi="Arial"/>
          <w:b/>
        </w:rPr>
        <w:t xml:space="preserve">Middleton  </w:t>
      </w:r>
      <w:r w:rsidRPr="00462137">
        <w:rPr>
          <w:rFonts w:ascii="Arial" w:hAnsi="Arial"/>
          <w:color w:val="5D7284"/>
        </w:rPr>
        <w:t>05:19</w:t>
      </w:r>
      <w:proofErr w:type="gramEnd"/>
    </w:p>
    <w:p w14:paraId="64FECCFC" w14:textId="77777777" w:rsidR="00B66B39" w:rsidRPr="00462137" w:rsidRDefault="00C41FD6">
      <w:pPr>
        <w:spacing w:after="0"/>
      </w:pPr>
      <w:r w:rsidRPr="00462137">
        <w:rPr>
          <w:rFonts w:ascii="Arial" w:hAnsi="Arial"/>
        </w:rPr>
        <w:t>What lessons do you think can be learned from the referendum?</w:t>
      </w:r>
    </w:p>
    <w:p w14:paraId="3656B9AB" w14:textId="77777777" w:rsidR="00B66B39" w:rsidRPr="00462137" w:rsidRDefault="00B66B39">
      <w:pPr>
        <w:spacing w:after="0"/>
      </w:pPr>
    </w:p>
    <w:p w14:paraId="36A4CFE4" w14:textId="77777777" w:rsidR="00B66B39" w:rsidRPr="00462137" w:rsidRDefault="00C41FD6">
      <w:pPr>
        <w:spacing w:after="0"/>
      </w:pPr>
      <w:r w:rsidRPr="00462137">
        <w:rPr>
          <w:rFonts w:ascii="Arial" w:hAnsi="Arial"/>
          <w:b/>
        </w:rPr>
        <w:t xml:space="preserve">Thomas </w:t>
      </w:r>
      <w:proofErr w:type="gramStart"/>
      <w:r w:rsidRPr="00462137">
        <w:rPr>
          <w:rFonts w:ascii="Arial" w:hAnsi="Arial"/>
          <w:b/>
        </w:rPr>
        <w:t xml:space="preserve">Mayo  </w:t>
      </w:r>
      <w:r w:rsidRPr="00462137">
        <w:rPr>
          <w:rFonts w:ascii="Arial" w:hAnsi="Arial"/>
          <w:color w:val="5D7284"/>
        </w:rPr>
        <w:t>05:24</w:t>
      </w:r>
      <w:proofErr w:type="gramEnd"/>
    </w:p>
    <w:p w14:paraId="2737C1AD" w14:textId="576E05AA" w:rsidR="00B66B39" w:rsidRPr="00462137" w:rsidRDefault="3D76B15C">
      <w:pPr>
        <w:spacing w:after="0"/>
      </w:pPr>
      <w:r w:rsidRPr="00462137">
        <w:rPr>
          <w:rFonts w:ascii="Arial" w:hAnsi="Arial"/>
        </w:rPr>
        <w:t xml:space="preserve">Well, I think what we learned is that Australia was not ready to </w:t>
      </w:r>
      <w:proofErr w:type="spellStart"/>
      <w:r w:rsidRPr="00462137">
        <w:rPr>
          <w:rFonts w:ascii="Arial" w:hAnsi="Arial"/>
        </w:rPr>
        <w:t>recogni</w:t>
      </w:r>
      <w:r w:rsidR="00916F3A" w:rsidRPr="00462137">
        <w:rPr>
          <w:rFonts w:ascii="Arial" w:hAnsi="Arial"/>
        </w:rPr>
        <w:t>s</w:t>
      </w:r>
      <w:r w:rsidRPr="00462137">
        <w:rPr>
          <w:rFonts w:ascii="Arial" w:hAnsi="Arial"/>
        </w:rPr>
        <w:t>e</w:t>
      </w:r>
      <w:proofErr w:type="spellEnd"/>
      <w:r w:rsidRPr="00462137">
        <w:rPr>
          <w:rFonts w:ascii="Arial" w:hAnsi="Arial"/>
        </w:rPr>
        <w:t xml:space="preserve"> us, that they were susceptible to the disinformation that we saw through the no campaign. From the no campaign. Australians knew enough of the truth to want to vote for it, because the polling was over 60% for several years before the point of referendum in support that flipped though when Peter Dutton and David </w:t>
      </w:r>
      <w:r w:rsidR="233835F4" w:rsidRPr="00462137">
        <w:rPr>
          <w:rFonts w:ascii="Arial" w:hAnsi="Arial"/>
        </w:rPr>
        <w:t>L</w:t>
      </w:r>
      <w:r w:rsidRPr="00462137">
        <w:rPr>
          <w:rFonts w:ascii="Arial" w:hAnsi="Arial"/>
        </w:rPr>
        <w:t xml:space="preserve">ittleproud, The Nationals and the liberals, the coalition decided to, you know, walk away from the national interest, walk away from bipartisanship, unconstitutional recognition, and selfishly try to make some political gain for themselves. You can see from the analysis the consistency of this majority support in Australia flipping in late 2022, when the Nationals went against it before, even before the question and the wording had even been determined by, you know, a group of Aboriginal and Torres Strait Islander leaders. And, you know, the government, I was one of those, the referendum working group. So it started to flip in late 2022 and then when Peter Dutton wouldn't even allow his members of parliament to have a conscience vote on whether they supported the referendum or not, it did the complete flip to 60% against </w:t>
      </w:r>
      <w:proofErr w:type="spellStart"/>
      <w:r w:rsidRPr="00462137">
        <w:rPr>
          <w:rFonts w:ascii="Arial" w:hAnsi="Arial"/>
        </w:rPr>
        <w:t>now</w:t>
      </w:r>
      <w:proofErr w:type="spellEnd"/>
      <w:r w:rsidRPr="00462137">
        <w:rPr>
          <w:rFonts w:ascii="Arial" w:hAnsi="Arial"/>
        </w:rPr>
        <w:t xml:space="preserve"> what that tells us is that Australians knew enough to want this change, that reform to our Constitution, to recognize us in a meaningful way. But they were vulnerable because they were not familiar enough with our culture and our history and our heritage, and so they were vulnerable to the fear mongering that then ensued from the coalition and their no campaign, and when people were made to fear that they would lose something personally, you know, they were told that they're going to lose their backyards or their farms, or their opportunities for their children to get a scholarship and go to a nice school, or that they'd have to pay a fee to go to the beach and all of this sort of rubbish. It was. They flooded the zone with shit, as the Trump campaign strategy goes. When that happened, that's when Australians decided to vote no. </w:t>
      </w:r>
      <w:proofErr w:type="gramStart"/>
      <w:r w:rsidRPr="00462137">
        <w:rPr>
          <w:rFonts w:ascii="Arial" w:hAnsi="Arial"/>
        </w:rPr>
        <w:t>So</w:t>
      </w:r>
      <w:proofErr w:type="gramEnd"/>
      <w:r w:rsidRPr="00462137">
        <w:rPr>
          <w:rFonts w:ascii="Arial" w:hAnsi="Arial"/>
        </w:rPr>
        <w:t xml:space="preserve"> I think the lesson from that is that we need to continue to educate the broader Australian public. We need to do more truth telling. We need to continue that work. It's important work, but it also tells us that we're close. The result was 40% against that's almost half of Australia. I don't think we would have </w:t>
      </w:r>
      <w:proofErr w:type="gramStart"/>
      <w:r w:rsidRPr="00462137">
        <w:rPr>
          <w:rFonts w:ascii="Arial" w:hAnsi="Arial"/>
        </w:rPr>
        <w:t>got</w:t>
      </w:r>
      <w:proofErr w:type="gramEnd"/>
      <w:r w:rsidRPr="00462137">
        <w:rPr>
          <w:rFonts w:ascii="Arial" w:hAnsi="Arial"/>
        </w:rPr>
        <w:t xml:space="preserve"> that result 10 years ago. </w:t>
      </w:r>
      <w:proofErr w:type="gramStart"/>
      <w:r w:rsidRPr="00462137">
        <w:rPr>
          <w:rFonts w:ascii="Arial" w:hAnsi="Arial"/>
        </w:rPr>
        <w:t>And also</w:t>
      </w:r>
      <w:proofErr w:type="gramEnd"/>
      <w:r w:rsidRPr="00462137">
        <w:rPr>
          <w:rFonts w:ascii="Arial" w:hAnsi="Arial"/>
        </w:rPr>
        <w:t xml:space="preserve">, hearteningly, a great majority of young Australian voters voted yes, </w:t>
      </w:r>
      <w:proofErr w:type="gramStart"/>
      <w:r w:rsidRPr="00462137">
        <w:rPr>
          <w:rFonts w:ascii="Arial" w:hAnsi="Arial"/>
        </w:rPr>
        <w:t>18 to 24 year olds</w:t>
      </w:r>
      <w:proofErr w:type="gramEnd"/>
      <w:r w:rsidRPr="00462137">
        <w:rPr>
          <w:rFonts w:ascii="Arial" w:hAnsi="Arial"/>
        </w:rPr>
        <w:t xml:space="preserve">. </w:t>
      </w:r>
      <w:proofErr w:type="gramStart"/>
      <w:r w:rsidRPr="00462137">
        <w:rPr>
          <w:rFonts w:ascii="Arial" w:hAnsi="Arial"/>
        </w:rPr>
        <w:t>So</w:t>
      </w:r>
      <w:proofErr w:type="gramEnd"/>
      <w:r w:rsidRPr="00462137">
        <w:rPr>
          <w:rFonts w:ascii="Arial" w:hAnsi="Arial"/>
        </w:rPr>
        <w:t xml:space="preserve"> the work that we're doing in schools, you know, a lot of </w:t>
      </w:r>
      <w:proofErr w:type="gramStart"/>
      <w:r w:rsidRPr="00462137">
        <w:rPr>
          <w:rFonts w:ascii="Arial" w:hAnsi="Arial"/>
        </w:rPr>
        <w:t>mob</w:t>
      </w:r>
      <w:proofErr w:type="gramEnd"/>
      <w:r w:rsidRPr="00462137">
        <w:rPr>
          <w:rFonts w:ascii="Arial" w:hAnsi="Arial"/>
        </w:rPr>
        <w:t xml:space="preserve"> do work to help you know, the younger generations learn about us. That is also very effective and should continue.</w:t>
      </w:r>
    </w:p>
    <w:p w14:paraId="45FB0818" w14:textId="77777777" w:rsidR="00B66B39" w:rsidRPr="00462137" w:rsidRDefault="00B66B39">
      <w:pPr>
        <w:spacing w:after="0"/>
      </w:pPr>
    </w:p>
    <w:p w14:paraId="27080B44" w14:textId="77777777" w:rsidR="00B66B39" w:rsidRPr="00462137" w:rsidRDefault="00C41FD6">
      <w:pPr>
        <w:spacing w:after="0"/>
      </w:pPr>
      <w:proofErr w:type="spellStart"/>
      <w:r w:rsidRPr="00462137">
        <w:rPr>
          <w:rFonts w:ascii="Arial" w:hAnsi="Arial"/>
          <w:b/>
        </w:rPr>
        <w:t>Solua</w:t>
      </w:r>
      <w:proofErr w:type="spellEnd"/>
      <w:r w:rsidRPr="00462137">
        <w:rPr>
          <w:rFonts w:ascii="Arial" w:hAnsi="Arial"/>
          <w:b/>
        </w:rPr>
        <w:t xml:space="preserve"> </w:t>
      </w:r>
      <w:proofErr w:type="gramStart"/>
      <w:r w:rsidRPr="00462137">
        <w:rPr>
          <w:rFonts w:ascii="Arial" w:hAnsi="Arial"/>
          <w:b/>
        </w:rPr>
        <w:t xml:space="preserve">Middleton  </w:t>
      </w:r>
      <w:r w:rsidRPr="00462137">
        <w:rPr>
          <w:rFonts w:ascii="Arial" w:hAnsi="Arial"/>
          <w:color w:val="5D7284"/>
        </w:rPr>
        <w:t>08:35</w:t>
      </w:r>
      <w:proofErr w:type="gramEnd"/>
    </w:p>
    <w:p w14:paraId="4501F2E9" w14:textId="77777777" w:rsidR="00B66B39" w:rsidRPr="00462137" w:rsidRDefault="00C41FD6">
      <w:pPr>
        <w:spacing w:after="0"/>
      </w:pPr>
      <w:r w:rsidRPr="00462137">
        <w:rPr>
          <w:rFonts w:ascii="Arial" w:hAnsi="Arial"/>
        </w:rPr>
        <w:t>What do you see as the most concerning human rights for First Nations people today?</w:t>
      </w:r>
    </w:p>
    <w:p w14:paraId="049F31CB" w14:textId="77777777" w:rsidR="00B66B39" w:rsidRPr="00462137" w:rsidRDefault="00B66B39">
      <w:pPr>
        <w:spacing w:after="0"/>
      </w:pPr>
    </w:p>
    <w:p w14:paraId="006FEE72" w14:textId="77777777" w:rsidR="00B66B39" w:rsidRPr="00462137" w:rsidRDefault="00C41FD6">
      <w:pPr>
        <w:spacing w:after="0"/>
      </w:pPr>
      <w:r w:rsidRPr="00462137">
        <w:rPr>
          <w:rFonts w:ascii="Arial" w:hAnsi="Arial"/>
          <w:b/>
        </w:rPr>
        <w:t xml:space="preserve">Thomas </w:t>
      </w:r>
      <w:proofErr w:type="gramStart"/>
      <w:r w:rsidRPr="00462137">
        <w:rPr>
          <w:rFonts w:ascii="Arial" w:hAnsi="Arial"/>
          <w:b/>
        </w:rPr>
        <w:t xml:space="preserve">Mayo  </w:t>
      </w:r>
      <w:r w:rsidRPr="00462137">
        <w:rPr>
          <w:rFonts w:ascii="Arial" w:hAnsi="Arial"/>
          <w:color w:val="5D7284"/>
        </w:rPr>
        <w:t>08:41</w:t>
      </w:r>
      <w:proofErr w:type="gramEnd"/>
    </w:p>
    <w:p w14:paraId="5FE16BEA" w14:textId="3E395662" w:rsidR="00B66B39" w:rsidRPr="00462137" w:rsidRDefault="00C41FD6">
      <w:pPr>
        <w:spacing w:after="0"/>
      </w:pPr>
      <w:proofErr w:type="gramStart"/>
      <w:r w:rsidRPr="00462137">
        <w:rPr>
          <w:rFonts w:ascii="Arial" w:hAnsi="Arial"/>
        </w:rPr>
        <w:t>Look</w:t>
      </w:r>
      <w:proofErr w:type="gramEnd"/>
      <w:r w:rsidRPr="00462137">
        <w:rPr>
          <w:rFonts w:ascii="Arial" w:hAnsi="Arial"/>
        </w:rPr>
        <w:t xml:space="preserve"> what keeps me awake at night is </w:t>
      </w:r>
      <w:proofErr w:type="gramStart"/>
      <w:r w:rsidRPr="00462137">
        <w:rPr>
          <w:rFonts w:ascii="Arial" w:hAnsi="Arial"/>
        </w:rPr>
        <w:t>the what's</w:t>
      </w:r>
      <w:proofErr w:type="gramEnd"/>
      <w:r w:rsidRPr="00462137">
        <w:rPr>
          <w:rFonts w:ascii="Arial" w:hAnsi="Arial"/>
        </w:rPr>
        <w:t xml:space="preserve"> happening to our youth, the incarceration rates. You know, in the Northern Territory, for example, almost </w:t>
      </w:r>
      <w:proofErr w:type="gramStart"/>
      <w:r w:rsidRPr="00462137">
        <w:rPr>
          <w:rFonts w:ascii="Arial" w:hAnsi="Arial"/>
        </w:rPr>
        <w:t>all of</w:t>
      </w:r>
      <w:proofErr w:type="gramEnd"/>
      <w:r w:rsidRPr="00462137">
        <w:rPr>
          <w:rFonts w:ascii="Arial" w:hAnsi="Arial"/>
        </w:rPr>
        <w:t xml:space="preserve"> the time. 100% of the youth in detention are </w:t>
      </w:r>
      <w:r w:rsidR="00712B17" w:rsidRPr="00462137">
        <w:rPr>
          <w:rFonts w:ascii="Arial" w:hAnsi="Arial"/>
        </w:rPr>
        <w:t>Indigenous</w:t>
      </w:r>
      <w:r w:rsidRPr="00462137">
        <w:rPr>
          <w:rFonts w:ascii="Arial" w:hAnsi="Arial"/>
        </w:rPr>
        <w:t xml:space="preserve">, and that's only growing. We have country Liberal Party, so a conservative, you know, right wing party, was elected in the Northern Territory, I think it was last year, and we've seen the numbers of our people in remand quadruple. So that's people that are languishing in detention, </w:t>
      </w:r>
      <w:proofErr w:type="gramStart"/>
      <w:r w:rsidRPr="00462137">
        <w:rPr>
          <w:rFonts w:ascii="Arial" w:hAnsi="Arial"/>
        </w:rPr>
        <w:t>basically with</w:t>
      </w:r>
      <w:proofErr w:type="gramEnd"/>
      <w:r w:rsidRPr="00462137">
        <w:rPr>
          <w:rFonts w:ascii="Arial" w:hAnsi="Arial"/>
        </w:rPr>
        <w:t xml:space="preserve"> without having had their case heard yet.</w:t>
      </w:r>
    </w:p>
    <w:p w14:paraId="53128261" w14:textId="77777777" w:rsidR="00B66B39" w:rsidRPr="00462137" w:rsidRDefault="00B66B39">
      <w:pPr>
        <w:spacing w:after="0"/>
      </w:pPr>
    </w:p>
    <w:p w14:paraId="79C9E86F" w14:textId="77777777" w:rsidR="00B66B39" w:rsidRPr="00462137" w:rsidRDefault="00C41FD6">
      <w:pPr>
        <w:spacing w:after="0"/>
      </w:pPr>
      <w:proofErr w:type="spellStart"/>
      <w:r w:rsidRPr="00462137">
        <w:rPr>
          <w:rFonts w:ascii="Arial" w:hAnsi="Arial"/>
          <w:b/>
        </w:rPr>
        <w:t>Solua</w:t>
      </w:r>
      <w:proofErr w:type="spellEnd"/>
      <w:r w:rsidRPr="00462137">
        <w:rPr>
          <w:rFonts w:ascii="Arial" w:hAnsi="Arial"/>
          <w:b/>
        </w:rPr>
        <w:t xml:space="preserve"> </w:t>
      </w:r>
      <w:proofErr w:type="gramStart"/>
      <w:r w:rsidRPr="00462137">
        <w:rPr>
          <w:rFonts w:ascii="Arial" w:hAnsi="Arial"/>
          <w:b/>
        </w:rPr>
        <w:t xml:space="preserve">Middleton  </w:t>
      </w:r>
      <w:r w:rsidRPr="00462137">
        <w:rPr>
          <w:rFonts w:ascii="Arial" w:hAnsi="Arial"/>
          <w:color w:val="5D7284"/>
        </w:rPr>
        <w:t>09:23</w:t>
      </w:r>
      <w:proofErr w:type="gramEnd"/>
    </w:p>
    <w:p w14:paraId="27183E70" w14:textId="77777777" w:rsidR="00B66B39" w:rsidRPr="00462137" w:rsidRDefault="00C41FD6">
      <w:pPr>
        <w:spacing w:after="0"/>
      </w:pPr>
      <w:r w:rsidRPr="00462137">
        <w:rPr>
          <w:rFonts w:ascii="Arial" w:hAnsi="Arial"/>
        </w:rPr>
        <w:t>Are there any priorities where you're seeing progress?</w:t>
      </w:r>
    </w:p>
    <w:p w14:paraId="62486C05" w14:textId="77777777" w:rsidR="00B66B39" w:rsidRPr="00462137" w:rsidRDefault="00B66B39">
      <w:pPr>
        <w:spacing w:after="0"/>
      </w:pPr>
    </w:p>
    <w:p w14:paraId="08CDB10C" w14:textId="77777777" w:rsidR="00B66B39" w:rsidRPr="00462137" w:rsidRDefault="00C41FD6">
      <w:pPr>
        <w:spacing w:after="0"/>
      </w:pPr>
      <w:r w:rsidRPr="00462137">
        <w:rPr>
          <w:rFonts w:ascii="Arial" w:hAnsi="Arial"/>
          <w:b/>
        </w:rPr>
        <w:lastRenderedPageBreak/>
        <w:t xml:space="preserve">Thomas </w:t>
      </w:r>
      <w:proofErr w:type="gramStart"/>
      <w:r w:rsidRPr="00462137">
        <w:rPr>
          <w:rFonts w:ascii="Arial" w:hAnsi="Arial"/>
          <w:b/>
        </w:rPr>
        <w:t xml:space="preserve">Mayo  </w:t>
      </w:r>
      <w:r w:rsidRPr="00462137">
        <w:rPr>
          <w:rFonts w:ascii="Arial" w:hAnsi="Arial"/>
          <w:color w:val="5D7284"/>
        </w:rPr>
        <w:t>09:27</w:t>
      </w:r>
      <w:proofErr w:type="gramEnd"/>
    </w:p>
    <w:p w14:paraId="126CDE48" w14:textId="5699BFEE" w:rsidR="00B66B39" w:rsidRPr="00462137" w:rsidRDefault="3D76B15C">
      <w:pPr>
        <w:spacing w:after="0"/>
      </w:pPr>
      <w:r w:rsidRPr="00462137">
        <w:rPr>
          <w:rFonts w:ascii="Arial" w:hAnsi="Arial"/>
        </w:rPr>
        <w:t>Look, I think there's been some progress. And I think this is an important question</w:t>
      </w:r>
      <w:proofErr w:type="gramStart"/>
      <w:r w:rsidRPr="00462137">
        <w:rPr>
          <w:rFonts w:ascii="Arial" w:hAnsi="Arial"/>
        </w:rPr>
        <w:t>, actually, to</w:t>
      </w:r>
      <w:proofErr w:type="gramEnd"/>
      <w:r w:rsidRPr="00462137">
        <w:rPr>
          <w:rFonts w:ascii="Arial" w:hAnsi="Arial"/>
        </w:rPr>
        <w:t xml:space="preserve"> remind ourselves that we, even with the loss of the referendum</w:t>
      </w:r>
      <w:proofErr w:type="gramStart"/>
      <w:r w:rsidRPr="00462137">
        <w:rPr>
          <w:rFonts w:ascii="Arial" w:hAnsi="Arial"/>
        </w:rPr>
        <w:t>, we're</w:t>
      </w:r>
      <w:proofErr w:type="gramEnd"/>
      <w:r w:rsidRPr="00462137">
        <w:rPr>
          <w:rFonts w:ascii="Arial" w:hAnsi="Arial"/>
        </w:rPr>
        <w:t xml:space="preserve"> winning. You know, we have seen, as I mentioned, 10 years ago we wouldn't have seen that result. You know, 10 years ago there wasn't as much education in schools. You know, people were generally not </w:t>
      </w:r>
      <w:proofErr w:type="gramStart"/>
      <w:r w:rsidRPr="00462137">
        <w:rPr>
          <w:rFonts w:ascii="Arial" w:hAnsi="Arial"/>
        </w:rPr>
        <w:t>doing</w:t>
      </w:r>
      <w:proofErr w:type="gramEnd"/>
      <w:r w:rsidRPr="00462137">
        <w:rPr>
          <w:rFonts w:ascii="Arial" w:hAnsi="Arial"/>
        </w:rPr>
        <w:t xml:space="preserve"> acknowledgements to country or Welcome to Country. Those. Simple acts of recognition. There </w:t>
      </w:r>
      <w:proofErr w:type="gramStart"/>
      <w:r w:rsidRPr="00462137">
        <w:rPr>
          <w:rFonts w:ascii="Arial" w:hAnsi="Arial"/>
        </w:rPr>
        <w:t>wasn't</w:t>
      </w:r>
      <w:proofErr w:type="gramEnd"/>
      <w:r w:rsidRPr="00462137">
        <w:rPr>
          <w:rFonts w:ascii="Arial" w:hAnsi="Arial"/>
        </w:rPr>
        <w:t xml:space="preserve"> murals all over cities, you know. </w:t>
      </w:r>
      <w:proofErr w:type="gramStart"/>
      <w:r w:rsidRPr="00462137">
        <w:rPr>
          <w:rFonts w:ascii="Arial" w:hAnsi="Arial"/>
        </w:rPr>
        <w:t>And also</w:t>
      </w:r>
      <w:proofErr w:type="gramEnd"/>
      <w:r w:rsidRPr="00462137">
        <w:rPr>
          <w:rFonts w:ascii="Arial" w:hAnsi="Arial"/>
        </w:rPr>
        <w:t>, if you think about all the things that we have achieved, you know, where, unlike our elders that are, you know, some that are still alive, of that generation that didn't have a right to vote, that were</w:t>
      </w:r>
      <w:r w:rsidR="007A2EC8" w:rsidRPr="00462137">
        <w:rPr>
          <w:rFonts w:ascii="Arial" w:hAnsi="Arial"/>
        </w:rPr>
        <w:t>-</w:t>
      </w:r>
      <w:r w:rsidRPr="00462137">
        <w:rPr>
          <w:rFonts w:ascii="Arial" w:hAnsi="Arial"/>
        </w:rPr>
        <w:t xml:space="preserve"> were not paid. You know, there wasn't equal pay. There </w:t>
      </w:r>
      <w:proofErr w:type="gramStart"/>
      <w:r w:rsidRPr="00462137">
        <w:rPr>
          <w:rFonts w:ascii="Arial" w:hAnsi="Arial"/>
        </w:rPr>
        <w:t>was</w:t>
      </w:r>
      <w:proofErr w:type="gramEnd"/>
      <w:r w:rsidRPr="00462137">
        <w:rPr>
          <w:rFonts w:ascii="Arial" w:hAnsi="Arial"/>
        </w:rPr>
        <w:t xml:space="preserve"> still rations, you know, or land rights and native </w:t>
      </w:r>
      <w:proofErr w:type="gramStart"/>
      <w:r w:rsidRPr="00462137">
        <w:rPr>
          <w:rFonts w:ascii="Arial" w:hAnsi="Arial"/>
        </w:rPr>
        <w:t>title</w:t>
      </w:r>
      <w:proofErr w:type="gramEnd"/>
      <w:r w:rsidRPr="00462137">
        <w:rPr>
          <w:rFonts w:ascii="Arial" w:hAnsi="Arial"/>
        </w:rPr>
        <w:t xml:space="preserve">, you know, in the last 30 years, we have made progress. And I think the bad actors, the people that led the no campaign, for example, would want us to believe that, you know, we're losing, that we should give up. And if you look at history, we are making progress. You know, the numbers of our people that are now lawyers and doctors and judges and silks. You know, we've got Tony McAvoy here, the first </w:t>
      </w:r>
      <w:r w:rsidR="00712B17" w:rsidRPr="00462137">
        <w:rPr>
          <w:rFonts w:ascii="Arial" w:hAnsi="Arial"/>
        </w:rPr>
        <w:t>Indigenous</w:t>
      </w:r>
      <w:r w:rsidRPr="00462137">
        <w:rPr>
          <w:rFonts w:ascii="Arial" w:hAnsi="Arial"/>
        </w:rPr>
        <w:t xml:space="preserve"> silk he's not the only one anymore. In some ways, it has become harder since the referendum, but at the same time, we should understand that we are making progress. </w:t>
      </w:r>
    </w:p>
    <w:p w14:paraId="4101652C" w14:textId="77777777" w:rsidR="00B66B39" w:rsidRPr="00462137" w:rsidRDefault="00B66B39">
      <w:pPr>
        <w:spacing w:after="0"/>
      </w:pPr>
    </w:p>
    <w:p w14:paraId="34CB0A2F" w14:textId="77777777" w:rsidR="00B66B39" w:rsidRPr="00462137" w:rsidRDefault="00C41FD6">
      <w:pPr>
        <w:spacing w:after="0"/>
      </w:pPr>
      <w:r w:rsidRPr="00462137">
        <w:rPr>
          <w:rFonts w:ascii="Arial" w:hAnsi="Arial"/>
          <w:b/>
        </w:rPr>
        <w:t xml:space="preserve">Mena </w:t>
      </w:r>
      <w:proofErr w:type="gramStart"/>
      <w:r w:rsidRPr="00462137">
        <w:rPr>
          <w:rFonts w:ascii="Arial" w:hAnsi="Arial"/>
          <w:b/>
        </w:rPr>
        <w:t xml:space="preserve">Waller  </w:t>
      </w:r>
      <w:r w:rsidRPr="00462137">
        <w:rPr>
          <w:rFonts w:ascii="Arial" w:hAnsi="Arial"/>
          <w:color w:val="5D7284"/>
        </w:rPr>
        <w:t>11:10</w:t>
      </w:r>
      <w:proofErr w:type="gramEnd"/>
    </w:p>
    <w:p w14:paraId="05DA8762" w14:textId="739F2165" w:rsidR="00B66B39" w:rsidRPr="00462137" w:rsidRDefault="1073A152" w:rsidP="3D76B15C">
      <w:pPr>
        <w:spacing w:after="0"/>
        <w:rPr>
          <w:rFonts w:ascii="Arial" w:hAnsi="Arial"/>
        </w:rPr>
      </w:pPr>
      <w:r w:rsidRPr="00462137">
        <w:rPr>
          <w:rFonts w:ascii="Arial" w:hAnsi="Arial"/>
        </w:rPr>
        <w:t xml:space="preserve">I </w:t>
      </w:r>
      <w:r w:rsidR="3D76B15C" w:rsidRPr="00462137">
        <w:rPr>
          <w:rFonts w:ascii="Arial" w:hAnsi="Arial"/>
        </w:rPr>
        <w:t xml:space="preserve">think you </w:t>
      </w:r>
      <w:proofErr w:type="spellStart"/>
      <w:r w:rsidR="3D76B15C" w:rsidRPr="00462137">
        <w:rPr>
          <w:rFonts w:ascii="Arial" w:hAnsi="Arial"/>
        </w:rPr>
        <w:t>reali</w:t>
      </w:r>
      <w:r w:rsidR="00637D1A" w:rsidRPr="00462137">
        <w:rPr>
          <w:rFonts w:ascii="Arial" w:hAnsi="Arial"/>
        </w:rPr>
        <w:t>s</w:t>
      </w:r>
      <w:r w:rsidR="3D76B15C" w:rsidRPr="00462137">
        <w:rPr>
          <w:rFonts w:ascii="Arial" w:hAnsi="Arial"/>
        </w:rPr>
        <w:t>e</w:t>
      </w:r>
      <w:proofErr w:type="spellEnd"/>
      <w:r w:rsidR="3D76B15C" w:rsidRPr="00462137">
        <w:rPr>
          <w:rFonts w:ascii="Arial" w:hAnsi="Arial"/>
        </w:rPr>
        <w:t xml:space="preserve"> how much progress we've made. You also realize how significant a body of work </w:t>
      </w:r>
      <w:proofErr w:type="gramStart"/>
      <w:r w:rsidR="3D76B15C" w:rsidRPr="00462137">
        <w:rPr>
          <w:rFonts w:ascii="Arial" w:hAnsi="Arial"/>
        </w:rPr>
        <w:t>that</w:t>
      </w:r>
      <w:proofErr w:type="gramEnd"/>
      <w:r w:rsidR="3D76B15C" w:rsidRPr="00462137">
        <w:rPr>
          <w:rFonts w:ascii="Arial" w:hAnsi="Arial"/>
        </w:rPr>
        <w:t xml:space="preserve"> </w:t>
      </w:r>
      <w:proofErr w:type="gramStart"/>
      <w:r w:rsidR="3D76B15C" w:rsidRPr="00462137">
        <w:rPr>
          <w:rFonts w:ascii="Arial" w:hAnsi="Arial"/>
        </w:rPr>
        <w:t>all of</w:t>
      </w:r>
      <w:proofErr w:type="gramEnd"/>
      <w:r w:rsidR="3D76B15C" w:rsidRPr="00462137">
        <w:rPr>
          <w:rFonts w:ascii="Arial" w:hAnsi="Arial"/>
        </w:rPr>
        <w:t xml:space="preserve"> our old people have done, </w:t>
      </w:r>
      <w:proofErr w:type="gramStart"/>
      <w:r w:rsidR="3D76B15C" w:rsidRPr="00462137">
        <w:rPr>
          <w:rFonts w:ascii="Arial" w:hAnsi="Arial"/>
        </w:rPr>
        <w:t>all of</w:t>
      </w:r>
      <w:proofErr w:type="gramEnd"/>
      <w:r w:rsidR="3D76B15C" w:rsidRPr="00462137">
        <w:rPr>
          <w:rFonts w:ascii="Arial" w:hAnsi="Arial"/>
        </w:rPr>
        <w:t xml:space="preserve"> our elders and our emerging elders as well. Like things have not been easy for us and for me, it's </w:t>
      </w:r>
      <w:proofErr w:type="gramStart"/>
      <w:r w:rsidR="3D76B15C" w:rsidRPr="00462137">
        <w:rPr>
          <w:rFonts w:ascii="Arial" w:hAnsi="Arial"/>
        </w:rPr>
        <w:t>really important</w:t>
      </w:r>
      <w:proofErr w:type="gramEnd"/>
      <w:r w:rsidR="3D76B15C" w:rsidRPr="00462137">
        <w:rPr>
          <w:rFonts w:ascii="Arial" w:hAnsi="Arial"/>
        </w:rPr>
        <w:t xml:space="preserve"> to know where we've come</w:t>
      </w:r>
      <w:r w:rsidR="3EFB6EB2" w:rsidRPr="00462137">
        <w:rPr>
          <w:rFonts w:ascii="Arial" w:hAnsi="Arial"/>
        </w:rPr>
        <w:t xml:space="preserve"> from.</w:t>
      </w:r>
    </w:p>
    <w:p w14:paraId="4B99056E" w14:textId="77777777" w:rsidR="00B66B39" w:rsidRPr="00462137" w:rsidRDefault="00B66B39">
      <w:pPr>
        <w:spacing w:after="0"/>
      </w:pPr>
    </w:p>
    <w:p w14:paraId="71B1D90C" w14:textId="1C77F86F" w:rsidR="00B66B39" w:rsidRPr="00462137" w:rsidRDefault="3EFB6EB2" w:rsidP="3D76B15C">
      <w:pPr>
        <w:spacing w:after="0"/>
        <w:rPr>
          <w:rFonts w:ascii="Arial" w:hAnsi="Arial"/>
          <w:color w:val="5D7284"/>
        </w:rPr>
      </w:pPr>
      <w:r w:rsidRPr="00462137">
        <w:rPr>
          <w:rFonts w:ascii="Arial" w:hAnsi="Arial"/>
          <w:b/>
          <w:bCs/>
        </w:rPr>
        <w:t>Barry Walden</w:t>
      </w:r>
      <w:r w:rsidR="3D76B15C" w:rsidRPr="00462137">
        <w:rPr>
          <w:rFonts w:ascii="Arial" w:hAnsi="Arial"/>
          <w:b/>
          <w:bCs/>
        </w:rPr>
        <w:t xml:space="preserve"> </w:t>
      </w:r>
      <w:r w:rsidR="3D76B15C" w:rsidRPr="00462137">
        <w:rPr>
          <w:rFonts w:ascii="Arial" w:hAnsi="Arial"/>
          <w:color w:val="5D7284"/>
        </w:rPr>
        <w:t>11:29</w:t>
      </w:r>
    </w:p>
    <w:p w14:paraId="791AC098" w14:textId="77DC1CBF" w:rsidR="00B66B39" w:rsidRPr="00462137" w:rsidRDefault="3D76B15C">
      <w:pPr>
        <w:spacing w:after="0"/>
      </w:pPr>
      <w:r w:rsidRPr="00462137">
        <w:rPr>
          <w:rFonts w:ascii="Arial" w:hAnsi="Arial"/>
        </w:rPr>
        <w:t xml:space="preserve">Well, when we talk about truth telling, we go out and live in our communities. Live in my community. Truth </w:t>
      </w:r>
      <w:proofErr w:type="gramStart"/>
      <w:r w:rsidRPr="00462137">
        <w:rPr>
          <w:rFonts w:ascii="Arial" w:hAnsi="Arial"/>
        </w:rPr>
        <w:t>telling</w:t>
      </w:r>
      <w:proofErr w:type="gramEnd"/>
      <w:r w:rsidRPr="00462137">
        <w:rPr>
          <w:rFonts w:ascii="Arial" w:hAnsi="Arial"/>
        </w:rPr>
        <w:t xml:space="preserve"> about me was I was educated by Europeans. I was told when to eat, how to sleep, when to sleep, and how to dress. You know, I come from a long line of backgrounds, 13 children. I come from. I come from that </w:t>
      </w:r>
      <w:proofErr w:type="gramStart"/>
      <w:r w:rsidRPr="00462137">
        <w:rPr>
          <w:rFonts w:ascii="Arial" w:hAnsi="Arial"/>
        </w:rPr>
        <w:t>generational</w:t>
      </w:r>
      <w:proofErr w:type="gramEnd"/>
      <w:r w:rsidRPr="00462137">
        <w:rPr>
          <w:rFonts w:ascii="Arial" w:hAnsi="Arial"/>
        </w:rPr>
        <w:t xml:space="preserve"> of the fact that I was in a dormitory. I wasn't served very good meals. I was always being </w:t>
      </w:r>
      <w:proofErr w:type="spellStart"/>
      <w:r w:rsidRPr="00462137">
        <w:rPr>
          <w:rFonts w:ascii="Arial" w:hAnsi="Arial"/>
        </w:rPr>
        <w:t>ill treated</w:t>
      </w:r>
      <w:proofErr w:type="spellEnd"/>
      <w:r w:rsidRPr="00462137">
        <w:rPr>
          <w:rFonts w:ascii="Arial" w:hAnsi="Arial"/>
        </w:rPr>
        <w:t xml:space="preserve"> as a child. And I </w:t>
      </w:r>
      <w:proofErr w:type="gramStart"/>
      <w:r w:rsidRPr="00462137">
        <w:rPr>
          <w:rFonts w:ascii="Arial" w:hAnsi="Arial"/>
        </w:rPr>
        <w:t>talk</w:t>
      </w:r>
      <w:proofErr w:type="gramEnd"/>
      <w:r w:rsidRPr="00462137">
        <w:rPr>
          <w:rFonts w:ascii="Arial" w:hAnsi="Arial"/>
        </w:rPr>
        <w:t xml:space="preserve"> about intergenerational trauma. I mean, I live with it. 24/7 I'm 59 years of age. I'll be 60 next year, and I live with it from the day I was born down </w:t>
      </w:r>
      <w:proofErr w:type="gramStart"/>
      <w:r w:rsidRPr="00462137">
        <w:rPr>
          <w:rFonts w:ascii="Arial" w:hAnsi="Arial"/>
        </w:rPr>
        <w:t>the river of the</w:t>
      </w:r>
      <w:proofErr w:type="gramEnd"/>
      <w:r w:rsidRPr="00462137">
        <w:rPr>
          <w:rFonts w:ascii="Arial" w:hAnsi="Arial"/>
        </w:rPr>
        <w:t xml:space="preserve"> Nicholson River in Lumiere to now. So that's how long I've lived with it. But you know what it's about, how we've evolved, regardless of what government done and regardless of what's in place. Now we </w:t>
      </w:r>
      <w:proofErr w:type="gramStart"/>
      <w:r w:rsidRPr="00462137">
        <w:rPr>
          <w:rFonts w:ascii="Arial" w:hAnsi="Arial"/>
        </w:rPr>
        <w:t>evolve</w:t>
      </w:r>
      <w:proofErr w:type="gramEnd"/>
      <w:r w:rsidRPr="00462137">
        <w:rPr>
          <w:rFonts w:ascii="Arial" w:hAnsi="Arial"/>
        </w:rPr>
        <w:t xml:space="preserve">. See what we're doing here today. We are </w:t>
      </w:r>
      <w:r w:rsidR="21F6641E" w:rsidRPr="00462137">
        <w:rPr>
          <w:rFonts w:ascii="Arial" w:hAnsi="Arial"/>
        </w:rPr>
        <w:t>e</w:t>
      </w:r>
      <w:r w:rsidRPr="00462137">
        <w:rPr>
          <w:rFonts w:ascii="Arial" w:hAnsi="Arial"/>
        </w:rPr>
        <w:t xml:space="preserve">volving. We are evolving for the sake of our young people. </w:t>
      </w:r>
    </w:p>
    <w:p w14:paraId="1299C43A" w14:textId="77777777" w:rsidR="00B66B39" w:rsidRPr="00462137" w:rsidRDefault="00B66B39">
      <w:pPr>
        <w:spacing w:after="0"/>
      </w:pPr>
    </w:p>
    <w:p w14:paraId="7365EF2F" w14:textId="77777777" w:rsidR="00B66B39" w:rsidRPr="00462137" w:rsidRDefault="00C41FD6">
      <w:pPr>
        <w:spacing w:after="0"/>
      </w:pPr>
      <w:r w:rsidRPr="00462137">
        <w:rPr>
          <w:rFonts w:ascii="Arial" w:hAnsi="Arial"/>
          <w:b/>
        </w:rPr>
        <w:t xml:space="preserve">Alf </w:t>
      </w:r>
      <w:proofErr w:type="gramStart"/>
      <w:r w:rsidRPr="00462137">
        <w:rPr>
          <w:rFonts w:ascii="Arial" w:hAnsi="Arial"/>
          <w:b/>
        </w:rPr>
        <w:t xml:space="preserve">Lacey  </w:t>
      </w:r>
      <w:r w:rsidRPr="00462137">
        <w:rPr>
          <w:rFonts w:ascii="Arial" w:hAnsi="Arial"/>
          <w:color w:val="5D7284"/>
        </w:rPr>
        <w:t>12:38</w:t>
      </w:r>
      <w:proofErr w:type="gramEnd"/>
    </w:p>
    <w:p w14:paraId="3800EFF7" w14:textId="7A893E02" w:rsidR="00B66B39" w:rsidRPr="00462137" w:rsidRDefault="75FD6AC3">
      <w:pPr>
        <w:spacing w:after="0"/>
      </w:pPr>
      <w:r w:rsidRPr="00462137">
        <w:rPr>
          <w:rFonts w:ascii="Arial" w:hAnsi="Arial"/>
        </w:rPr>
        <w:t xml:space="preserve">My </w:t>
      </w:r>
      <w:r w:rsidR="3D76B15C" w:rsidRPr="00462137">
        <w:rPr>
          <w:rFonts w:ascii="Arial" w:hAnsi="Arial"/>
        </w:rPr>
        <w:t xml:space="preserve">advice to the next generation is </w:t>
      </w:r>
      <w:proofErr w:type="gramStart"/>
      <w:r w:rsidR="3D76B15C" w:rsidRPr="00462137">
        <w:rPr>
          <w:rFonts w:ascii="Arial" w:hAnsi="Arial"/>
        </w:rPr>
        <w:t>get</w:t>
      </w:r>
      <w:proofErr w:type="gramEnd"/>
      <w:r w:rsidR="3D76B15C" w:rsidRPr="00462137">
        <w:rPr>
          <w:rFonts w:ascii="Arial" w:hAnsi="Arial"/>
        </w:rPr>
        <w:t xml:space="preserve"> up and have a go and make the best of it. Don't be frightened to make a mistake.</w:t>
      </w:r>
    </w:p>
    <w:p w14:paraId="4DDBEF00" w14:textId="77777777" w:rsidR="00B66B39" w:rsidRPr="00462137" w:rsidRDefault="00B66B39">
      <w:pPr>
        <w:spacing w:after="0"/>
      </w:pPr>
    </w:p>
    <w:p w14:paraId="09A55B9F" w14:textId="77777777" w:rsidR="00B66B39" w:rsidRPr="00462137" w:rsidRDefault="00C41FD6">
      <w:pPr>
        <w:spacing w:after="0"/>
      </w:pPr>
      <w:proofErr w:type="spellStart"/>
      <w:r w:rsidRPr="00462137">
        <w:rPr>
          <w:rFonts w:ascii="Arial" w:hAnsi="Arial"/>
          <w:b/>
        </w:rPr>
        <w:t>Solua</w:t>
      </w:r>
      <w:proofErr w:type="spellEnd"/>
      <w:r w:rsidRPr="00462137">
        <w:rPr>
          <w:rFonts w:ascii="Arial" w:hAnsi="Arial"/>
          <w:b/>
        </w:rPr>
        <w:t xml:space="preserve"> </w:t>
      </w:r>
      <w:proofErr w:type="gramStart"/>
      <w:r w:rsidRPr="00462137">
        <w:rPr>
          <w:rFonts w:ascii="Arial" w:hAnsi="Arial"/>
          <w:b/>
        </w:rPr>
        <w:t xml:space="preserve">Middleton  </w:t>
      </w:r>
      <w:r w:rsidRPr="00462137">
        <w:rPr>
          <w:rFonts w:ascii="Arial" w:hAnsi="Arial"/>
          <w:color w:val="5D7284"/>
        </w:rPr>
        <w:t>12:50</w:t>
      </w:r>
      <w:proofErr w:type="gramEnd"/>
    </w:p>
    <w:p w14:paraId="6F8D5EE3" w14:textId="36BF2AA2" w:rsidR="00B66B39" w:rsidRPr="00462137" w:rsidRDefault="3D76B15C">
      <w:pPr>
        <w:spacing w:after="0"/>
      </w:pPr>
      <w:proofErr w:type="gramStart"/>
      <w:r w:rsidRPr="00462137">
        <w:rPr>
          <w:rFonts w:ascii="Arial" w:hAnsi="Arial"/>
        </w:rPr>
        <w:t>So</w:t>
      </w:r>
      <w:proofErr w:type="gramEnd"/>
      <w:r w:rsidRPr="00462137">
        <w:rPr>
          <w:rFonts w:ascii="Arial" w:hAnsi="Arial"/>
        </w:rPr>
        <w:t xml:space="preserve"> Thomas </w:t>
      </w:r>
      <w:r w:rsidR="00503AF2" w:rsidRPr="00462137">
        <w:rPr>
          <w:rFonts w:ascii="Arial" w:hAnsi="Arial"/>
        </w:rPr>
        <w:t>M</w:t>
      </w:r>
      <w:r w:rsidRPr="00462137">
        <w:rPr>
          <w:rFonts w:ascii="Arial" w:hAnsi="Arial"/>
        </w:rPr>
        <w:t xml:space="preserve">ayo, what role do you see for </w:t>
      </w:r>
      <w:proofErr w:type="spellStart"/>
      <w:proofErr w:type="gramStart"/>
      <w:r w:rsidRPr="00462137">
        <w:rPr>
          <w:rFonts w:ascii="Arial" w:hAnsi="Arial"/>
        </w:rPr>
        <w:t>non Indigenous</w:t>
      </w:r>
      <w:proofErr w:type="spellEnd"/>
      <w:proofErr w:type="gramEnd"/>
      <w:r w:rsidRPr="00462137">
        <w:rPr>
          <w:rFonts w:ascii="Arial" w:hAnsi="Arial"/>
        </w:rPr>
        <w:t xml:space="preserve"> Australians supporting the Journey for Justice</w:t>
      </w:r>
      <w:r w:rsidR="4DC19D26" w:rsidRPr="00462137">
        <w:rPr>
          <w:rFonts w:ascii="Arial" w:hAnsi="Arial"/>
        </w:rPr>
        <w:t>?</w:t>
      </w:r>
    </w:p>
    <w:p w14:paraId="3461D779" w14:textId="77777777" w:rsidR="00B66B39" w:rsidRPr="00462137" w:rsidRDefault="00B66B39">
      <w:pPr>
        <w:spacing w:after="0"/>
      </w:pPr>
    </w:p>
    <w:p w14:paraId="00CC8FB5" w14:textId="77777777" w:rsidR="00B66B39" w:rsidRPr="00462137" w:rsidRDefault="00C41FD6">
      <w:pPr>
        <w:spacing w:after="0"/>
      </w:pPr>
      <w:r w:rsidRPr="00462137">
        <w:rPr>
          <w:rFonts w:ascii="Arial" w:hAnsi="Arial"/>
          <w:b/>
        </w:rPr>
        <w:t xml:space="preserve">Thomas </w:t>
      </w:r>
      <w:proofErr w:type="gramStart"/>
      <w:r w:rsidRPr="00462137">
        <w:rPr>
          <w:rFonts w:ascii="Arial" w:hAnsi="Arial"/>
          <w:b/>
        </w:rPr>
        <w:t xml:space="preserve">Mayo  </w:t>
      </w:r>
      <w:r w:rsidRPr="00462137">
        <w:rPr>
          <w:rFonts w:ascii="Arial" w:hAnsi="Arial"/>
          <w:color w:val="5D7284"/>
        </w:rPr>
        <w:t>12:57</w:t>
      </w:r>
      <w:proofErr w:type="gramEnd"/>
    </w:p>
    <w:p w14:paraId="5F577174" w14:textId="0273EAC1" w:rsidR="00B66B39" w:rsidRPr="00462137" w:rsidRDefault="63E84B71">
      <w:pPr>
        <w:spacing w:after="0"/>
      </w:pPr>
      <w:proofErr w:type="gramStart"/>
      <w:r w:rsidRPr="00462137">
        <w:rPr>
          <w:rFonts w:ascii="Arial" w:hAnsi="Arial"/>
        </w:rPr>
        <w:lastRenderedPageBreak/>
        <w:t>Well</w:t>
      </w:r>
      <w:proofErr w:type="gramEnd"/>
      <w:r w:rsidRPr="00462137">
        <w:rPr>
          <w:rFonts w:ascii="Arial" w:hAnsi="Arial"/>
        </w:rPr>
        <w:t xml:space="preserve"> they’re </w:t>
      </w:r>
      <w:r w:rsidR="3D76B15C" w:rsidRPr="00462137">
        <w:rPr>
          <w:rFonts w:ascii="Arial" w:hAnsi="Arial"/>
        </w:rPr>
        <w:t xml:space="preserve">vital I think </w:t>
      </w:r>
      <w:proofErr w:type="gramStart"/>
      <w:r w:rsidR="3D76B15C" w:rsidRPr="00462137">
        <w:rPr>
          <w:rFonts w:ascii="Arial" w:hAnsi="Arial"/>
        </w:rPr>
        <w:t>all of</w:t>
      </w:r>
      <w:proofErr w:type="gramEnd"/>
      <w:r w:rsidR="3D76B15C" w:rsidRPr="00462137">
        <w:rPr>
          <w:rFonts w:ascii="Arial" w:hAnsi="Arial"/>
        </w:rPr>
        <w:t xml:space="preserve"> our movements are, you know, we are the main drivers, and it's for us to have the courage and determination to seek change and again, for a better future for our children, as previous generations have successfully done for us. But I think also, if you, if you look at history again, none of those great steps forward have been achieved without solidarity from the broader Australian public. It has taken us to do it without them at first, but eventually, you know, we have managed to bring enough people along with us to get those changes.</w:t>
      </w:r>
    </w:p>
    <w:p w14:paraId="3CF2D8B6" w14:textId="77777777" w:rsidR="00B66B39" w:rsidRPr="00462137" w:rsidRDefault="00B66B39">
      <w:pPr>
        <w:spacing w:after="0"/>
      </w:pPr>
    </w:p>
    <w:p w14:paraId="6484D136" w14:textId="77777777" w:rsidR="00B66B39" w:rsidRPr="00462137" w:rsidRDefault="00C41FD6">
      <w:pPr>
        <w:spacing w:after="0"/>
      </w:pPr>
      <w:proofErr w:type="spellStart"/>
      <w:r w:rsidRPr="00462137">
        <w:rPr>
          <w:rFonts w:ascii="Arial" w:hAnsi="Arial"/>
          <w:b/>
        </w:rPr>
        <w:t>Solua</w:t>
      </w:r>
      <w:proofErr w:type="spellEnd"/>
      <w:r w:rsidRPr="00462137">
        <w:rPr>
          <w:rFonts w:ascii="Arial" w:hAnsi="Arial"/>
          <w:b/>
        </w:rPr>
        <w:t xml:space="preserve"> </w:t>
      </w:r>
      <w:proofErr w:type="gramStart"/>
      <w:r w:rsidRPr="00462137">
        <w:rPr>
          <w:rFonts w:ascii="Arial" w:hAnsi="Arial"/>
          <w:b/>
        </w:rPr>
        <w:t xml:space="preserve">Middleton  </w:t>
      </w:r>
      <w:r w:rsidRPr="00462137">
        <w:rPr>
          <w:rFonts w:ascii="Arial" w:hAnsi="Arial"/>
          <w:color w:val="5D7284"/>
        </w:rPr>
        <w:t>13:40</w:t>
      </w:r>
      <w:proofErr w:type="gramEnd"/>
    </w:p>
    <w:p w14:paraId="2CA8785E" w14:textId="347620DE" w:rsidR="00B66B39" w:rsidRPr="00462137" w:rsidRDefault="3D76B15C">
      <w:pPr>
        <w:spacing w:after="0"/>
      </w:pPr>
      <w:r w:rsidRPr="00462137">
        <w:rPr>
          <w:rFonts w:ascii="Arial" w:hAnsi="Arial"/>
        </w:rPr>
        <w:t>What sustains your hope and your commitment in this space</w:t>
      </w:r>
      <w:r w:rsidR="157E32AB" w:rsidRPr="00462137">
        <w:rPr>
          <w:rFonts w:ascii="Arial" w:hAnsi="Arial"/>
        </w:rPr>
        <w:t>?</w:t>
      </w:r>
    </w:p>
    <w:p w14:paraId="0FB78278" w14:textId="77777777" w:rsidR="00B66B39" w:rsidRPr="00462137" w:rsidRDefault="00B66B39">
      <w:pPr>
        <w:spacing w:after="0"/>
      </w:pPr>
    </w:p>
    <w:p w14:paraId="11D5CF9D" w14:textId="77777777" w:rsidR="00B66B39" w:rsidRPr="00462137" w:rsidRDefault="00C41FD6">
      <w:pPr>
        <w:spacing w:after="0"/>
      </w:pPr>
      <w:r w:rsidRPr="00462137">
        <w:rPr>
          <w:rFonts w:ascii="Arial" w:hAnsi="Arial"/>
          <w:b/>
        </w:rPr>
        <w:t xml:space="preserve">Thomas </w:t>
      </w:r>
      <w:proofErr w:type="gramStart"/>
      <w:r w:rsidRPr="00462137">
        <w:rPr>
          <w:rFonts w:ascii="Arial" w:hAnsi="Arial"/>
          <w:b/>
        </w:rPr>
        <w:t xml:space="preserve">Mayo  </w:t>
      </w:r>
      <w:r w:rsidRPr="00462137">
        <w:rPr>
          <w:rFonts w:ascii="Arial" w:hAnsi="Arial"/>
          <w:color w:val="5D7284"/>
        </w:rPr>
        <w:t>13:46</w:t>
      </w:r>
      <w:proofErr w:type="gramEnd"/>
    </w:p>
    <w:p w14:paraId="0773B5A2" w14:textId="3CDFD05B" w:rsidR="00B66B39" w:rsidRPr="00462137" w:rsidRDefault="60D84159">
      <w:pPr>
        <w:spacing w:after="0"/>
      </w:pPr>
      <w:r w:rsidRPr="00462137">
        <w:rPr>
          <w:rFonts w:ascii="Arial" w:hAnsi="Arial"/>
        </w:rPr>
        <w:t>T</w:t>
      </w:r>
      <w:r w:rsidR="3D76B15C" w:rsidRPr="00462137">
        <w:rPr>
          <w:rFonts w:ascii="Arial" w:hAnsi="Arial"/>
        </w:rPr>
        <w:t xml:space="preserve">hat we start to see progress in closing the gap that we see those statistics begin to become more humane to our people. That is, you know, the </w:t>
      </w:r>
      <w:proofErr w:type="gramStart"/>
      <w:r w:rsidR="3D76B15C" w:rsidRPr="00462137">
        <w:rPr>
          <w:rFonts w:ascii="Arial" w:hAnsi="Arial"/>
        </w:rPr>
        <w:t>ultimate goal</w:t>
      </w:r>
      <w:proofErr w:type="gramEnd"/>
      <w:r w:rsidR="3D76B15C" w:rsidRPr="00462137">
        <w:rPr>
          <w:rFonts w:ascii="Arial" w:hAnsi="Arial"/>
        </w:rPr>
        <w:t xml:space="preserve">, how we achieve those things is up to us to determine and </w:t>
      </w:r>
      <w:proofErr w:type="spellStart"/>
      <w:r w:rsidR="3D76B15C" w:rsidRPr="00462137">
        <w:rPr>
          <w:rFonts w:ascii="Arial" w:hAnsi="Arial"/>
        </w:rPr>
        <w:t>and</w:t>
      </w:r>
      <w:proofErr w:type="spellEnd"/>
      <w:r w:rsidR="3D76B15C" w:rsidRPr="00462137">
        <w:rPr>
          <w:rFonts w:ascii="Arial" w:hAnsi="Arial"/>
        </w:rPr>
        <w:t xml:space="preserve"> to fight for. But you know, we've got to take those steps forward in this generation as well, just like the others did</w:t>
      </w:r>
      <w:r w:rsidR="6096ABE0" w:rsidRPr="00462137">
        <w:rPr>
          <w:rFonts w:ascii="Arial" w:hAnsi="Arial"/>
        </w:rPr>
        <w:t>.</w:t>
      </w:r>
    </w:p>
    <w:p w14:paraId="1FC39945" w14:textId="77777777" w:rsidR="00B66B39" w:rsidRPr="00462137" w:rsidRDefault="00B66B39">
      <w:pPr>
        <w:spacing w:after="0"/>
      </w:pPr>
    </w:p>
    <w:p w14:paraId="6D90CD5A" w14:textId="77777777" w:rsidR="00B66B39" w:rsidRPr="00462137" w:rsidRDefault="00C41FD6">
      <w:pPr>
        <w:spacing w:after="0"/>
      </w:pPr>
      <w:proofErr w:type="spellStart"/>
      <w:r w:rsidRPr="00462137">
        <w:rPr>
          <w:rFonts w:ascii="Arial" w:hAnsi="Arial"/>
          <w:b/>
        </w:rPr>
        <w:t>Solua</w:t>
      </w:r>
      <w:proofErr w:type="spellEnd"/>
      <w:r w:rsidRPr="00462137">
        <w:rPr>
          <w:rFonts w:ascii="Arial" w:hAnsi="Arial"/>
          <w:b/>
        </w:rPr>
        <w:t xml:space="preserve"> </w:t>
      </w:r>
      <w:proofErr w:type="gramStart"/>
      <w:r w:rsidRPr="00462137">
        <w:rPr>
          <w:rFonts w:ascii="Arial" w:hAnsi="Arial"/>
          <w:b/>
        </w:rPr>
        <w:t xml:space="preserve">Middleton  </w:t>
      </w:r>
      <w:r w:rsidRPr="00462137">
        <w:rPr>
          <w:rFonts w:ascii="Arial" w:hAnsi="Arial"/>
          <w:color w:val="5D7284"/>
        </w:rPr>
        <w:t>14:15</w:t>
      </w:r>
      <w:proofErr w:type="gramEnd"/>
    </w:p>
    <w:p w14:paraId="08DFFBDD" w14:textId="0445970C" w:rsidR="00B66B39" w:rsidRPr="00462137" w:rsidRDefault="38EA90F5">
      <w:pPr>
        <w:spacing w:after="0"/>
      </w:pPr>
      <w:r w:rsidRPr="00462137">
        <w:rPr>
          <w:rFonts w:ascii="Arial" w:hAnsi="Arial"/>
        </w:rPr>
        <w:t>W</w:t>
      </w:r>
      <w:r w:rsidR="3D76B15C" w:rsidRPr="00462137">
        <w:rPr>
          <w:rFonts w:ascii="Arial" w:hAnsi="Arial"/>
        </w:rPr>
        <w:t xml:space="preserve">e have a newly </w:t>
      </w:r>
      <w:proofErr w:type="spellStart"/>
      <w:proofErr w:type="gramStart"/>
      <w:r w:rsidR="3D76B15C" w:rsidRPr="00462137">
        <w:rPr>
          <w:rFonts w:ascii="Arial" w:hAnsi="Arial"/>
        </w:rPr>
        <w:t>re elected</w:t>
      </w:r>
      <w:proofErr w:type="spellEnd"/>
      <w:proofErr w:type="gramEnd"/>
      <w:r w:rsidR="3D76B15C" w:rsidRPr="00462137">
        <w:rPr>
          <w:rFonts w:ascii="Arial" w:hAnsi="Arial"/>
        </w:rPr>
        <w:t xml:space="preserve"> prime minister and a new Queensland premier here. What's your message to Anthony Albanese, or David</w:t>
      </w:r>
      <w:r w:rsidR="005E76D6" w:rsidRPr="00462137">
        <w:rPr>
          <w:rFonts w:ascii="Arial" w:hAnsi="Arial"/>
        </w:rPr>
        <w:t xml:space="preserve"> Crisafulli</w:t>
      </w:r>
      <w:r w:rsidR="009C45C9" w:rsidRPr="00462137">
        <w:rPr>
          <w:rFonts w:ascii="Arial" w:hAnsi="Arial"/>
        </w:rPr>
        <w:t>?</w:t>
      </w:r>
    </w:p>
    <w:p w14:paraId="0562CB0E" w14:textId="77777777" w:rsidR="00B66B39" w:rsidRPr="00462137" w:rsidRDefault="00B66B39">
      <w:pPr>
        <w:spacing w:after="0"/>
      </w:pPr>
    </w:p>
    <w:p w14:paraId="41003FCD" w14:textId="77777777" w:rsidR="00B66B39" w:rsidRPr="00462137" w:rsidRDefault="00C41FD6">
      <w:pPr>
        <w:spacing w:after="0"/>
      </w:pPr>
      <w:r w:rsidRPr="00462137">
        <w:rPr>
          <w:rFonts w:ascii="Arial" w:hAnsi="Arial"/>
          <w:b/>
        </w:rPr>
        <w:t xml:space="preserve">Thomas </w:t>
      </w:r>
      <w:proofErr w:type="gramStart"/>
      <w:r w:rsidRPr="00462137">
        <w:rPr>
          <w:rFonts w:ascii="Arial" w:hAnsi="Arial"/>
          <w:b/>
        </w:rPr>
        <w:t xml:space="preserve">Mayo  </w:t>
      </w:r>
      <w:r w:rsidRPr="00462137">
        <w:rPr>
          <w:rFonts w:ascii="Arial" w:hAnsi="Arial"/>
          <w:color w:val="5D7284"/>
        </w:rPr>
        <w:t>14:24</w:t>
      </w:r>
      <w:proofErr w:type="gramEnd"/>
    </w:p>
    <w:p w14:paraId="291356C4" w14:textId="7CC79484" w:rsidR="00B66B39" w:rsidRPr="00462137" w:rsidRDefault="28770D6D">
      <w:pPr>
        <w:spacing w:after="0"/>
      </w:pPr>
      <w:r w:rsidRPr="00462137">
        <w:rPr>
          <w:rFonts w:ascii="Arial" w:hAnsi="Arial"/>
        </w:rPr>
        <w:t>W</w:t>
      </w:r>
      <w:r w:rsidR="3D76B15C" w:rsidRPr="00462137">
        <w:rPr>
          <w:rFonts w:ascii="Arial" w:hAnsi="Arial"/>
        </w:rPr>
        <w:t xml:space="preserve">ell, I'd say to Anthony Albanese, you've got the numbers now, mate. You know, I think it's over 90 in the House of Representatives. Do something </w:t>
      </w:r>
      <w:proofErr w:type="gramStart"/>
      <w:r w:rsidR="3D76B15C" w:rsidRPr="00462137">
        <w:rPr>
          <w:rFonts w:ascii="Arial" w:hAnsi="Arial"/>
        </w:rPr>
        <w:t>with</w:t>
      </w:r>
      <w:proofErr w:type="gramEnd"/>
      <w:r w:rsidR="3D76B15C" w:rsidRPr="00462137">
        <w:rPr>
          <w:rFonts w:ascii="Arial" w:hAnsi="Arial"/>
        </w:rPr>
        <w:t xml:space="preserve"> that. Defy the, you know, those in the coalition that jump up and down anytime something visionary in Indigenous Affairs is proposed, defy them and fight alongside us against those that try to take us backwards and do something that is as visionary and as courageous as taking that question to the people in 2023 so. And that means truth telling. That means supporting that from a federal level. That means treaty making. </w:t>
      </w:r>
      <w:proofErr w:type="gramStart"/>
      <w:r w:rsidR="3D76B15C" w:rsidRPr="00462137">
        <w:rPr>
          <w:rFonts w:ascii="Arial" w:hAnsi="Arial"/>
        </w:rPr>
        <w:t>So</w:t>
      </w:r>
      <w:proofErr w:type="gramEnd"/>
      <w:r w:rsidR="3D76B15C" w:rsidRPr="00462137">
        <w:rPr>
          <w:rFonts w:ascii="Arial" w:hAnsi="Arial"/>
        </w:rPr>
        <w:t xml:space="preserve"> supporting agreement making, it means delivering on the Uluru statement in full, which is the </w:t>
      </w:r>
      <w:r w:rsidR="00096E70" w:rsidRPr="00462137">
        <w:rPr>
          <w:rFonts w:ascii="Arial" w:hAnsi="Arial"/>
        </w:rPr>
        <w:t>M</w:t>
      </w:r>
      <w:r w:rsidR="3D76B15C" w:rsidRPr="00462137">
        <w:rPr>
          <w:rFonts w:ascii="Arial" w:hAnsi="Arial"/>
        </w:rPr>
        <w:t xml:space="preserve">akarrata Commission. And to Chris a Foley, I'd say, you are absolutely failing our people. You are doing the tough on crime. </w:t>
      </w:r>
      <w:proofErr w:type="gramStart"/>
      <w:r w:rsidR="3D76B15C" w:rsidRPr="00462137">
        <w:rPr>
          <w:rFonts w:ascii="Arial" w:hAnsi="Arial"/>
        </w:rPr>
        <w:t>Thing</w:t>
      </w:r>
      <w:proofErr w:type="gramEnd"/>
      <w:r w:rsidR="3D76B15C" w:rsidRPr="00462137">
        <w:rPr>
          <w:rFonts w:ascii="Arial" w:hAnsi="Arial"/>
        </w:rPr>
        <w:t xml:space="preserve"> that we </w:t>
      </w:r>
      <w:proofErr w:type="gramStart"/>
      <w:r w:rsidR="3D76B15C" w:rsidRPr="00462137">
        <w:rPr>
          <w:rFonts w:ascii="Arial" w:hAnsi="Arial"/>
        </w:rPr>
        <w:t>know from</w:t>
      </w:r>
      <w:proofErr w:type="gramEnd"/>
      <w:r w:rsidR="3D76B15C" w:rsidRPr="00462137">
        <w:rPr>
          <w:rFonts w:ascii="Arial" w:hAnsi="Arial"/>
        </w:rPr>
        <w:t xml:space="preserve"> </w:t>
      </w:r>
      <w:proofErr w:type="spellStart"/>
      <w:r w:rsidR="3D76B15C" w:rsidRPr="00462137">
        <w:rPr>
          <w:rFonts w:ascii="Arial" w:hAnsi="Arial"/>
        </w:rPr>
        <w:t>from</w:t>
      </w:r>
      <w:proofErr w:type="spellEnd"/>
      <w:r w:rsidR="3D76B15C" w:rsidRPr="00462137">
        <w:rPr>
          <w:rFonts w:ascii="Arial" w:hAnsi="Arial"/>
        </w:rPr>
        <w:t xml:space="preserve"> history</w:t>
      </w:r>
      <w:proofErr w:type="gramStart"/>
      <w:r w:rsidR="3D76B15C" w:rsidRPr="00462137">
        <w:rPr>
          <w:rFonts w:ascii="Arial" w:hAnsi="Arial"/>
        </w:rPr>
        <w:t>, from</w:t>
      </w:r>
      <w:proofErr w:type="gramEnd"/>
      <w:r w:rsidR="3D76B15C" w:rsidRPr="00462137">
        <w:rPr>
          <w:rFonts w:ascii="Arial" w:hAnsi="Arial"/>
        </w:rPr>
        <w:t xml:space="preserve"> </w:t>
      </w:r>
      <w:proofErr w:type="spellStart"/>
      <w:r w:rsidR="3D76B15C" w:rsidRPr="00462137">
        <w:rPr>
          <w:rFonts w:ascii="Arial" w:hAnsi="Arial"/>
        </w:rPr>
        <w:t>from</w:t>
      </w:r>
      <w:proofErr w:type="spellEnd"/>
      <w:r w:rsidR="3D76B15C" w:rsidRPr="00462137">
        <w:rPr>
          <w:rFonts w:ascii="Arial" w:hAnsi="Arial"/>
        </w:rPr>
        <w:t xml:space="preserve"> the things that governments have done, the tough on crime </w:t>
      </w:r>
      <w:proofErr w:type="gramStart"/>
      <w:r w:rsidR="3D76B15C" w:rsidRPr="00462137">
        <w:rPr>
          <w:rFonts w:ascii="Arial" w:hAnsi="Arial"/>
        </w:rPr>
        <w:t>thing does</w:t>
      </w:r>
      <w:proofErr w:type="gramEnd"/>
      <w:r w:rsidR="3D76B15C" w:rsidRPr="00462137">
        <w:rPr>
          <w:rFonts w:ascii="Arial" w:hAnsi="Arial"/>
        </w:rPr>
        <w:t xml:space="preserve"> not work. It is irresponsible when </w:t>
      </w:r>
      <w:proofErr w:type="gramStart"/>
      <w:r w:rsidR="3D76B15C" w:rsidRPr="00462137">
        <w:rPr>
          <w:rFonts w:ascii="Arial" w:hAnsi="Arial"/>
        </w:rPr>
        <w:t>all of</w:t>
      </w:r>
      <w:proofErr w:type="gramEnd"/>
      <w:r w:rsidR="3D76B15C" w:rsidRPr="00462137">
        <w:rPr>
          <w:rFonts w:ascii="Arial" w:hAnsi="Arial"/>
        </w:rPr>
        <w:t xml:space="preserve"> the statistics and </w:t>
      </w:r>
      <w:proofErr w:type="gramStart"/>
      <w:r w:rsidR="3D76B15C" w:rsidRPr="00462137">
        <w:rPr>
          <w:rFonts w:ascii="Arial" w:hAnsi="Arial"/>
        </w:rPr>
        <w:t>all of</w:t>
      </w:r>
      <w:proofErr w:type="gramEnd"/>
      <w:r w:rsidR="3D76B15C" w:rsidRPr="00462137">
        <w:rPr>
          <w:rFonts w:ascii="Arial" w:hAnsi="Arial"/>
        </w:rPr>
        <w:t xml:space="preserve"> </w:t>
      </w:r>
      <w:proofErr w:type="gramStart"/>
      <w:r w:rsidR="3D76B15C" w:rsidRPr="00462137">
        <w:rPr>
          <w:rFonts w:ascii="Arial" w:hAnsi="Arial"/>
        </w:rPr>
        <w:t>the expertise</w:t>
      </w:r>
      <w:proofErr w:type="gramEnd"/>
      <w:r w:rsidR="3D76B15C" w:rsidRPr="00462137">
        <w:rPr>
          <w:rFonts w:ascii="Arial" w:hAnsi="Arial"/>
        </w:rPr>
        <w:t xml:space="preserve"> experts have said that locking up more children does not help those families or those children to get a better life, and it doesn't help the victims of crime. </w:t>
      </w:r>
      <w:proofErr w:type="gramStart"/>
      <w:r w:rsidR="3D76B15C" w:rsidRPr="00462137">
        <w:rPr>
          <w:rFonts w:ascii="Arial" w:hAnsi="Arial"/>
        </w:rPr>
        <w:t>So</w:t>
      </w:r>
      <w:proofErr w:type="gramEnd"/>
      <w:r w:rsidR="3D76B15C" w:rsidRPr="00462137">
        <w:rPr>
          <w:rFonts w:ascii="Arial" w:hAnsi="Arial"/>
        </w:rPr>
        <w:t xml:space="preserve"> you should change direction, and you should listen to </w:t>
      </w:r>
      <w:r w:rsidR="00712B17" w:rsidRPr="00462137">
        <w:rPr>
          <w:rFonts w:ascii="Arial" w:hAnsi="Arial"/>
        </w:rPr>
        <w:t>Indigenous</w:t>
      </w:r>
      <w:r w:rsidR="3D76B15C" w:rsidRPr="00462137">
        <w:rPr>
          <w:rFonts w:ascii="Arial" w:hAnsi="Arial"/>
        </w:rPr>
        <w:t xml:space="preserve"> communities about how to do that.</w:t>
      </w:r>
    </w:p>
    <w:p w14:paraId="34CE0A41" w14:textId="77777777" w:rsidR="00B66B39" w:rsidRPr="00462137" w:rsidRDefault="00B66B39">
      <w:pPr>
        <w:spacing w:after="0"/>
      </w:pPr>
    </w:p>
    <w:p w14:paraId="45CCBEB3" w14:textId="77777777" w:rsidR="00B66B39" w:rsidRPr="00462137" w:rsidRDefault="00C41FD6">
      <w:pPr>
        <w:spacing w:after="0"/>
      </w:pPr>
      <w:proofErr w:type="spellStart"/>
      <w:r w:rsidRPr="00462137">
        <w:rPr>
          <w:rFonts w:ascii="Arial" w:hAnsi="Arial"/>
          <w:b/>
        </w:rPr>
        <w:t>Solua</w:t>
      </w:r>
      <w:proofErr w:type="spellEnd"/>
      <w:r w:rsidRPr="00462137">
        <w:rPr>
          <w:rFonts w:ascii="Arial" w:hAnsi="Arial"/>
          <w:b/>
        </w:rPr>
        <w:t xml:space="preserve"> </w:t>
      </w:r>
      <w:proofErr w:type="gramStart"/>
      <w:r w:rsidRPr="00462137">
        <w:rPr>
          <w:rFonts w:ascii="Arial" w:hAnsi="Arial"/>
          <w:b/>
        </w:rPr>
        <w:t xml:space="preserve">Middleton  </w:t>
      </w:r>
      <w:r w:rsidRPr="00462137">
        <w:rPr>
          <w:rFonts w:ascii="Arial" w:hAnsi="Arial"/>
          <w:color w:val="5D7284"/>
        </w:rPr>
        <w:t>15:55</w:t>
      </w:r>
      <w:proofErr w:type="gramEnd"/>
    </w:p>
    <w:p w14:paraId="0F61095C" w14:textId="1D647167" w:rsidR="00B66B39" w:rsidRPr="00462137" w:rsidRDefault="3D76B15C">
      <w:pPr>
        <w:spacing w:after="0"/>
      </w:pPr>
      <w:r w:rsidRPr="00462137">
        <w:rPr>
          <w:rFonts w:ascii="Arial" w:hAnsi="Arial"/>
        </w:rPr>
        <w:t>And finally, what's your message for mob</w:t>
      </w:r>
      <w:r w:rsidR="11D0AD4D" w:rsidRPr="00462137">
        <w:rPr>
          <w:rFonts w:ascii="Arial" w:hAnsi="Arial"/>
        </w:rPr>
        <w:t>?</w:t>
      </w:r>
    </w:p>
    <w:p w14:paraId="62EBF3C5" w14:textId="77777777" w:rsidR="00B66B39" w:rsidRPr="00462137" w:rsidRDefault="00B66B39">
      <w:pPr>
        <w:spacing w:after="0"/>
      </w:pPr>
    </w:p>
    <w:p w14:paraId="7E3C7735" w14:textId="77777777" w:rsidR="00B66B39" w:rsidRPr="00462137" w:rsidRDefault="00C41FD6">
      <w:pPr>
        <w:spacing w:after="0"/>
      </w:pPr>
      <w:r w:rsidRPr="00462137">
        <w:rPr>
          <w:rFonts w:ascii="Arial" w:hAnsi="Arial"/>
          <w:b/>
        </w:rPr>
        <w:t xml:space="preserve">Thomas </w:t>
      </w:r>
      <w:proofErr w:type="gramStart"/>
      <w:r w:rsidRPr="00462137">
        <w:rPr>
          <w:rFonts w:ascii="Arial" w:hAnsi="Arial"/>
          <w:b/>
        </w:rPr>
        <w:t xml:space="preserve">Mayo  </w:t>
      </w:r>
      <w:r w:rsidRPr="00462137">
        <w:rPr>
          <w:rFonts w:ascii="Arial" w:hAnsi="Arial"/>
          <w:color w:val="5D7284"/>
        </w:rPr>
        <w:t>15:59</w:t>
      </w:r>
      <w:proofErr w:type="gramEnd"/>
    </w:p>
    <w:p w14:paraId="1C15C7E7" w14:textId="6727378E" w:rsidR="00B66B39" w:rsidRPr="00462137" w:rsidRDefault="7D48E019">
      <w:pPr>
        <w:spacing w:after="0"/>
      </w:pPr>
      <w:r w:rsidRPr="00462137">
        <w:rPr>
          <w:rFonts w:ascii="Arial" w:hAnsi="Arial"/>
        </w:rPr>
        <w:t>F</w:t>
      </w:r>
      <w:r w:rsidR="3D76B15C" w:rsidRPr="00462137">
        <w:rPr>
          <w:rFonts w:ascii="Arial" w:hAnsi="Arial"/>
        </w:rPr>
        <w:t xml:space="preserve">or mob, keep fighting. Don't give up. Be louder and prouder. They might have said no to our voice in </w:t>
      </w:r>
      <w:proofErr w:type="gramStart"/>
      <w:r w:rsidR="3D76B15C" w:rsidRPr="00462137">
        <w:rPr>
          <w:rFonts w:ascii="Arial" w:hAnsi="Arial"/>
        </w:rPr>
        <w:t>2023</w:t>
      </w:r>
      <w:proofErr w:type="gramEnd"/>
      <w:r w:rsidR="3D76B15C" w:rsidRPr="00462137">
        <w:rPr>
          <w:rFonts w:ascii="Arial" w:hAnsi="Arial"/>
        </w:rPr>
        <w:t xml:space="preserve"> but our voice needs to just get louder and louder until they cannot ignore us.</w:t>
      </w:r>
    </w:p>
    <w:p w14:paraId="6D98A12B" w14:textId="77777777" w:rsidR="00B66B39" w:rsidRPr="00462137" w:rsidRDefault="00B66B39">
      <w:pPr>
        <w:spacing w:after="0"/>
      </w:pPr>
    </w:p>
    <w:p w14:paraId="2194B44A" w14:textId="77777777" w:rsidR="00B66B39" w:rsidRPr="00462137" w:rsidRDefault="00C41FD6">
      <w:pPr>
        <w:spacing w:after="0"/>
      </w:pPr>
      <w:r w:rsidRPr="00462137">
        <w:rPr>
          <w:rFonts w:ascii="Arial" w:hAnsi="Arial"/>
          <w:b/>
        </w:rPr>
        <w:t xml:space="preserve">Manny </w:t>
      </w:r>
      <w:proofErr w:type="gramStart"/>
      <w:r w:rsidRPr="00462137">
        <w:rPr>
          <w:rFonts w:ascii="Arial" w:hAnsi="Arial"/>
          <w:b/>
        </w:rPr>
        <w:t xml:space="preserve">Williams  </w:t>
      </w:r>
      <w:r w:rsidRPr="00462137">
        <w:rPr>
          <w:rFonts w:ascii="Arial" w:hAnsi="Arial"/>
          <w:color w:val="5D7284"/>
        </w:rPr>
        <w:t>16:18</w:t>
      </w:r>
      <w:proofErr w:type="gramEnd"/>
    </w:p>
    <w:p w14:paraId="42637195" w14:textId="1F0CBEA5" w:rsidR="00B66B39" w:rsidRPr="00462137" w:rsidRDefault="00C41FD6">
      <w:pPr>
        <w:spacing w:after="0"/>
      </w:pPr>
      <w:r w:rsidRPr="00462137">
        <w:rPr>
          <w:rFonts w:ascii="Arial" w:hAnsi="Arial"/>
        </w:rPr>
        <w:lastRenderedPageBreak/>
        <w:t xml:space="preserve">I work for an </w:t>
      </w:r>
      <w:proofErr w:type="spellStart"/>
      <w:r w:rsidRPr="00462137">
        <w:rPr>
          <w:rFonts w:ascii="Arial" w:hAnsi="Arial"/>
        </w:rPr>
        <w:t>organi</w:t>
      </w:r>
      <w:r w:rsidR="006261C2" w:rsidRPr="00462137">
        <w:rPr>
          <w:rFonts w:ascii="Arial" w:hAnsi="Arial"/>
        </w:rPr>
        <w:t>s</w:t>
      </w:r>
      <w:r w:rsidRPr="00462137">
        <w:rPr>
          <w:rFonts w:ascii="Arial" w:hAnsi="Arial"/>
        </w:rPr>
        <w:t>ation</w:t>
      </w:r>
      <w:proofErr w:type="spellEnd"/>
      <w:r w:rsidRPr="00462137">
        <w:rPr>
          <w:rFonts w:ascii="Arial" w:hAnsi="Arial"/>
        </w:rPr>
        <w:t xml:space="preserve"> </w:t>
      </w:r>
      <w:r w:rsidR="006261C2" w:rsidRPr="00462137">
        <w:rPr>
          <w:rFonts w:ascii="Arial" w:hAnsi="Arial"/>
        </w:rPr>
        <w:t>‘C</w:t>
      </w:r>
      <w:r w:rsidRPr="00462137">
        <w:rPr>
          <w:rFonts w:ascii="Arial" w:hAnsi="Arial"/>
        </w:rPr>
        <w:t>ulture is life</w:t>
      </w:r>
      <w:r w:rsidR="006261C2" w:rsidRPr="00462137">
        <w:rPr>
          <w:rFonts w:ascii="Arial" w:hAnsi="Arial"/>
        </w:rPr>
        <w:t>’</w:t>
      </w:r>
      <w:r w:rsidRPr="00462137">
        <w:rPr>
          <w:rFonts w:ascii="Arial" w:hAnsi="Arial"/>
        </w:rPr>
        <w:t xml:space="preserve">, and I co facilitate our National Leadership and Development Program, and it's really grounded in that sense of self and cultural values. So selected young people across the country will go through a </w:t>
      </w:r>
      <w:r w:rsidR="007A2EC8" w:rsidRPr="00462137">
        <w:rPr>
          <w:rFonts w:ascii="Arial" w:hAnsi="Arial"/>
        </w:rPr>
        <w:t>12-month</w:t>
      </w:r>
      <w:r w:rsidRPr="00462137">
        <w:rPr>
          <w:rFonts w:ascii="Arial" w:hAnsi="Arial"/>
        </w:rPr>
        <w:t xml:space="preserve"> program, and within that, we have different people that come and speak to us, we travel around the country, and it really helps you understand your place in the world.</w:t>
      </w:r>
    </w:p>
    <w:p w14:paraId="2946DB82" w14:textId="77777777" w:rsidR="00B66B39" w:rsidRPr="00462137" w:rsidRDefault="00B66B39">
      <w:pPr>
        <w:spacing w:after="0"/>
      </w:pPr>
    </w:p>
    <w:p w14:paraId="0C739A11" w14:textId="77777777" w:rsidR="00B66B39" w:rsidRPr="00462137" w:rsidRDefault="00C41FD6">
      <w:pPr>
        <w:spacing w:after="0"/>
      </w:pPr>
      <w:r w:rsidRPr="00462137">
        <w:rPr>
          <w:rFonts w:ascii="Arial" w:hAnsi="Arial"/>
          <w:b/>
        </w:rPr>
        <w:t xml:space="preserve">Marcia </w:t>
      </w:r>
      <w:proofErr w:type="gramStart"/>
      <w:r w:rsidRPr="00462137">
        <w:rPr>
          <w:rFonts w:ascii="Arial" w:hAnsi="Arial"/>
          <w:b/>
        </w:rPr>
        <w:t xml:space="preserve">Langton  </w:t>
      </w:r>
      <w:r w:rsidRPr="00462137">
        <w:rPr>
          <w:rFonts w:ascii="Arial" w:hAnsi="Arial"/>
          <w:color w:val="5D7284"/>
        </w:rPr>
        <w:t>16:49</w:t>
      </w:r>
      <w:proofErr w:type="gramEnd"/>
    </w:p>
    <w:p w14:paraId="7C4EEE2C" w14:textId="4235C6A2" w:rsidR="00B66B39" w:rsidRPr="00462137" w:rsidRDefault="00C41FD6">
      <w:pPr>
        <w:spacing w:after="0"/>
      </w:pPr>
      <w:r w:rsidRPr="00462137">
        <w:rPr>
          <w:rFonts w:ascii="Arial" w:hAnsi="Arial"/>
        </w:rPr>
        <w:t xml:space="preserve">It's up to us to define what the future looks like on our terms, and that's why I'm really convinced that a conversation around </w:t>
      </w:r>
      <w:r w:rsidR="007A2EC8" w:rsidRPr="00462137">
        <w:rPr>
          <w:rFonts w:ascii="Arial" w:hAnsi="Arial"/>
        </w:rPr>
        <w:t>self-governance</w:t>
      </w:r>
      <w:r w:rsidRPr="00462137">
        <w:rPr>
          <w:rFonts w:ascii="Arial" w:hAnsi="Arial"/>
        </w:rPr>
        <w:t xml:space="preserve"> and </w:t>
      </w:r>
      <w:r w:rsidR="007A2EC8" w:rsidRPr="00462137">
        <w:rPr>
          <w:rFonts w:ascii="Arial" w:hAnsi="Arial"/>
        </w:rPr>
        <w:t>self-determination</w:t>
      </w:r>
      <w:r w:rsidRPr="00462137">
        <w:rPr>
          <w:rFonts w:ascii="Arial" w:hAnsi="Arial"/>
        </w:rPr>
        <w:t xml:space="preserve"> is the way forward for our nations and our communities, and that, you know, we don't deviate from that. We stop listening to others telling us what the priority needs to be, and we set that up for ourselves. And I think that's hopefully what some of the success of these conversations will lead us to.</w:t>
      </w:r>
    </w:p>
    <w:p w14:paraId="5997CC1D" w14:textId="77777777" w:rsidR="00B66B39" w:rsidRPr="00462137" w:rsidRDefault="00B66B39">
      <w:pPr>
        <w:spacing w:after="0"/>
      </w:pPr>
    </w:p>
    <w:p w14:paraId="510672DE" w14:textId="77777777" w:rsidR="00B66B39" w:rsidRPr="00462137" w:rsidRDefault="00C41FD6">
      <w:pPr>
        <w:spacing w:after="0"/>
      </w:pPr>
      <w:proofErr w:type="spellStart"/>
      <w:r w:rsidRPr="00462137">
        <w:rPr>
          <w:rFonts w:ascii="Arial" w:hAnsi="Arial"/>
          <w:b/>
        </w:rPr>
        <w:t>Solua</w:t>
      </w:r>
      <w:proofErr w:type="spellEnd"/>
      <w:r w:rsidRPr="00462137">
        <w:rPr>
          <w:rFonts w:ascii="Arial" w:hAnsi="Arial"/>
          <w:b/>
        </w:rPr>
        <w:t xml:space="preserve"> </w:t>
      </w:r>
      <w:proofErr w:type="gramStart"/>
      <w:r w:rsidRPr="00462137">
        <w:rPr>
          <w:rFonts w:ascii="Arial" w:hAnsi="Arial"/>
          <w:b/>
        </w:rPr>
        <w:t xml:space="preserve">Middleton  </w:t>
      </w:r>
      <w:r w:rsidRPr="00462137">
        <w:rPr>
          <w:rFonts w:ascii="Arial" w:hAnsi="Arial"/>
          <w:color w:val="5D7284"/>
        </w:rPr>
        <w:t>17:20</w:t>
      </w:r>
      <w:proofErr w:type="gramEnd"/>
    </w:p>
    <w:p w14:paraId="58B064F2" w14:textId="77777777" w:rsidR="00B66B39" w:rsidRPr="00462137" w:rsidRDefault="00C41FD6">
      <w:pPr>
        <w:spacing w:after="0"/>
      </w:pPr>
      <w:r w:rsidRPr="00462137">
        <w:rPr>
          <w:rFonts w:ascii="Arial" w:hAnsi="Arial"/>
        </w:rPr>
        <w:t>Professor Marcia Langton calls on 65,000 years of history to plot a path forward. Anthropologist and revered academic, she reflects on her own childhood when considering the future of First Nations children.</w:t>
      </w:r>
    </w:p>
    <w:p w14:paraId="110FFD37" w14:textId="77777777" w:rsidR="00B66B39" w:rsidRPr="00462137" w:rsidRDefault="00B66B39">
      <w:pPr>
        <w:spacing w:after="0"/>
      </w:pPr>
    </w:p>
    <w:p w14:paraId="7C06DB8D" w14:textId="77777777" w:rsidR="00B66B39" w:rsidRPr="00462137" w:rsidRDefault="00C41FD6">
      <w:pPr>
        <w:spacing w:after="0"/>
      </w:pPr>
      <w:r w:rsidRPr="00462137">
        <w:rPr>
          <w:rFonts w:ascii="Arial" w:hAnsi="Arial"/>
          <w:b/>
        </w:rPr>
        <w:t xml:space="preserve">Marcia </w:t>
      </w:r>
      <w:proofErr w:type="gramStart"/>
      <w:r w:rsidRPr="00462137">
        <w:rPr>
          <w:rFonts w:ascii="Arial" w:hAnsi="Arial"/>
          <w:b/>
        </w:rPr>
        <w:t xml:space="preserve">Langton  </w:t>
      </w:r>
      <w:r w:rsidRPr="00462137">
        <w:rPr>
          <w:rFonts w:ascii="Arial" w:hAnsi="Arial"/>
          <w:color w:val="5D7284"/>
        </w:rPr>
        <w:t>17:35</w:t>
      </w:r>
      <w:proofErr w:type="gramEnd"/>
    </w:p>
    <w:p w14:paraId="4D0ADD61" w14:textId="7D0EFAF4" w:rsidR="00B66B39" w:rsidRPr="00462137" w:rsidRDefault="3D76B15C">
      <w:pPr>
        <w:spacing w:after="0"/>
      </w:pPr>
      <w:r w:rsidRPr="00462137">
        <w:rPr>
          <w:rFonts w:ascii="Arial" w:hAnsi="Arial"/>
        </w:rPr>
        <w:t xml:space="preserve">My name is Marcia Langton. I was born and raised here in Queensland. I was born in the </w:t>
      </w:r>
      <w:r w:rsidR="00CB55BD" w:rsidRPr="00462137">
        <w:rPr>
          <w:rFonts w:ascii="Arial" w:hAnsi="Arial"/>
        </w:rPr>
        <w:t xml:space="preserve">Royal </w:t>
      </w:r>
      <w:r w:rsidRPr="00462137">
        <w:rPr>
          <w:rFonts w:ascii="Arial" w:hAnsi="Arial"/>
        </w:rPr>
        <w:t xml:space="preserve">Women's Hospital here in Brisbane </w:t>
      </w:r>
      <w:r w:rsidR="00CB55BD" w:rsidRPr="00462137">
        <w:rPr>
          <w:rFonts w:ascii="Arial" w:hAnsi="Arial"/>
        </w:rPr>
        <w:t xml:space="preserve">actually. My </w:t>
      </w:r>
      <w:r w:rsidRPr="00462137">
        <w:rPr>
          <w:rFonts w:ascii="Arial" w:hAnsi="Arial"/>
        </w:rPr>
        <w:t xml:space="preserve">grandmother lived out west in Charleville later in her life, but, you know, she worked on stations all around </w:t>
      </w:r>
      <w:proofErr w:type="gramStart"/>
      <w:r w:rsidRPr="00462137">
        <w:rPr>
          <w:rFonts w:ascii="Arial" w:hAnsi="Arial"/>
        </w:rPr>
        <w:t>South East</w:t>
      </w:r>
      <w:proofErr w:type="gramEnd"/>
      <w:r w:rsidRPr="00462137">
        <w:rPr>
          <w:rFonts w:ascii="Arial" w:hAnsi="Arial"/>
        </w:rPr>
        <w:t xml:space="preserve"> Queensland, and she spoke a language that, you know, was obviously one of those small languages that was overtaken by </w:t>
      </w:r>
      <w:proofErr w:type="spellStart"/>
      <w:r w:rsidR="00DB17DC" w:rsidRPr="00462137">
        <w:rPr>
          <w:rFonts w:ascii="Arial" w:hAnsi="Arial"/>
        </w:rPr>
        <w:t>Bidjara</w:t>
      </w:r>
      <w:proofErr w:type="spellEnd"/>
      <w:r w:rsidR="00DB17DC" w:rsidRPr="00462137">
        <w:rPr>
          <w:rFonts w:ascii="Arial" w:hAnsi="Arial"/>
        </w:rPr>
        <w:t xml:space="preserve"> </w:t>
      </w:r>
      <w:r w:rsidRPr="00462137">
        <w:rPr>
          <w:rFonts w:ascii="Arial" w:hAnsi="Arial"/>
        </w:rPr>
        <w:t xml:space="preserve">as that became the big regional language. It sounds a bit like </w:t>
      </w:r>
      <w:proofErr w:type="spellStart"/>
      <w:r w:rsidR="00DB17DC" w:rsidRPr="00462137">
        <w:rPr>
          <w:rFonts w:ascii="Arial" w:hAnsi="Arial"/>
        </w:rPr>
        <w:t>Bidjara</w:t>
      </w:r>
      <w:proofErr w:type="spellEnd"/>
      <w:r w:rsidRPr="00462137">
        <w:rPr>
          <w:rFonts w:ascii="Arial" w:hAnsi="Arial"/>
        </w:rPr>
        <w:t xml:space="preserve">. Sounds a bit like </w:t>
      </w:r>
      <w:proofErr w:type="spellStart"/>
      <w:r w:rsidR="002774C9" w:rsidRPr="00462137">
        <w:rPr>
          <w:rFonts w:ascii="Arial" w:hAnsi="Arial"/>
        </w:rPr>
        <w:t>Yuwaalaraay</w:t>
      </w:r>
      <w:proofErr w:type="spellEnd"/>
      <w:r w:rsidR="002774C9" w:rsidRPr="00462137">
        <w:rPr>
          <w:rFonts w:ascii="Arial" w:hAnsi="Arial"/>
        </w:rPr>
        <w:t xml:space="preserve"> </w:t>
      </w:r>
      <w:r w:rsidRPr="00462137">
        <w:rPr>
          <w:rFonts w:ascii="Arial" w:hAnsi="Arial"/>
        </w:rPr>
        <w:t xml:space="preserve">you know, she never said the name of her language, but she and her family, you know, worked all through the </w:t>
      </w:r>
      <w:proofErr w:type="gramStart"/>
      <w:r w:rsidRPr="00462137">
        <w:rPr>
          <w:rFonts w:ascii="Arial" w:hAnsi="Arial"/>
        </w:rPr>
        <w:t>South West</w:t>
      </w:r>
      <w:proofErr w:type="gramEnd"/>
      <w:r w:rsidRPr="00462137">
        <w:rPr>
          <w:rFonts w:ascii="Arial" w:hAnsi="Arial"/>
        </w:rPr>
        <w:t xml:space="preserve"> on station</w:t>
      </w:r>
      <w:r w:rsidR="00433192" w:rsidRPr="00462137">
        <w:rPr>
          <w:rFonts w:ascii="Arial" w:hAnsi="Arial"/>
        </w:rPr>
        <w:t>s</w:t>
      </w:r>
      <w:r w:rsidRPr="00462137">
        <w:rPr>
          <w:rFonts w:ascii="Arial" w:hAnsi="Arial"/>
        </w:rPr>
        <w:t xml:space="preserve">. She ended up becoming a station cook for much of her life. And my grandfather was </w:t>
      </w:r>
      <w:proofErr w:type="spellStart"/>
      <w:r w:rsidR="00433192" w:rsidRPr="00462137">
        <w:rPr>
          <w:rFonts w:ascii="Arial" w:hAnsi="Arial"/>
        </w:rPr>
        <w:t>Yiman</w:t>
      </w:r>
      <w:proofErr w:type="spellEnd"/>
      <w:r w:rsidR="00433192" w:rsidRPr="00462137">
        <w:rPr>
          <w:rFonts w:ascii="Arial" w:hAnsi="Arial"/>
        </w:rPr>
        <w:t xml:space="preserve"> </w:t>
      </w:r>
      <w:r w:rsidRPr="00462137">
        <w:rPr>
          <w:rFonts w:ascii="Arial" w:hAnsi="Arial"/>
        </w:rPr>
        <w:t xml:space="preserve">from, you know, the upper Dawson Valley, and he was one of the people, along with his twin brother and his sister, who were force marched up to </w:t>
      </w:r>
      <w:proofErr w:type="spellStart"/>
      <w:r w:rsidR="00A94197" w:rsidRPr="00462137">
        <w:rPr>
          <w:rFonts w:ascii="Arial" w:hAnsi="Arial"/>
        </w:rPr>
        <w:t>Woorabinda</w:t>
      </w:r>
      <w:proofErr w:type="spellEnd"/>
      <w:r w:rsidR="00A94197" w:rsidRPr="00462137">
        <w:rPr>
          <w:rFonts w:ascii="Arial" w:hAnsi="Arial"/>
        </w:rPr>
        <w:t xml:space="preserve"> </w:t>
      </w:r>
      <w:r w:rsidRPr="00462137">
        <w:rPr>
          <w:rFonts w:ascii="Arial" w:hAnsi="Arial"/>
        </w:rPr>
        <w:t>in the 1920s so they were married out on the Mitchell River, and ha</w:t>
      </w:r>
      <w:r w:rsidR="005D62BD" w:rsidRPr="00462137">
        <w:rPr>
          <w:rFonts w:ascii="Arial" w:hAnsi="Arial"/>
        </w:rPr>
        <w:t>d</w:t>
      </w:r>
      <w:r w:rsidRPr="00462137">
        <w:rPr>
          <w:rFonts w:ascii="Arial" w:hAnsi="Arial"/>
        </w:rPr>
        <w:t xml:space="preserve"> a lot of kids. </w:t>
      </w:r>
      <w:proofErr w:type="gramStart"/>
      <w:r w:rsidRPr="00462137">
        <w:rPr>
          <w:rFonts w:ascii="Arial" w:hAnsi="Arial"/>
        </w:rPr>
        <w:t>So</w:t>
      </w:r>
      <w:proofErr w:type="gramEnd"/>
      <w:r w:rsidRPr="00462137">
        <w:rPr>
          <w:rFonts w:ascii="Arial" w:hAnsi="Arial"/>
        </w:rPr>
        <w:t xml:space="preserve"> I've got lots of cousins, but my focus has been on my academic career. I'm an anthropologist and geographer. I work at the University of Melbourne, but I do have a research project here in Brisbane, so I come back regularly to work on that and to see</w:t>
      </w:r>
      <w:r w:rsidR="5D48F1D4" w:rsidRPr="00462137">
        <w:rPr>
          <w:rFonts w:ascii="Arial" w:hAnsi="Arial"/>
        </w:rPr>
        <w:t xml:space="preserve"> people.</w:t>
      </w:r>
    </w:p>
    <w:p w14:paraId="6B699379" w14:textId="77777777" w:rsidR="00B66B39" w:rsidRPr="00462137" w:rsidRDefault="00B66B39">
      <w:pPr>
        <w:spacing w:after="0"/>
      </w:pPr>
    </w:p>
    <w:p w14:paraId="1F7139B5" w14:textId="77777777" w:rsidR="00B66B39" w:rsidRPr="00462137" w:rsidRDefault="00C41FD6">
      <w:pPr>
        <w:spacing w:after="0"/>
      </w:pPr>
      <w:proofErr w:type="spellStart"/>
      <w:r w:rsidRPr="00462137">
        <w:rPr>
          <w:rFonts w:ascii="Arial" w:hAnsi="Arial"/>
          <w:b/>
        </w:rPr>
        <w:t>Solua</w:t>
      </w:r>
      <w:proofErr w:type="spellEnd"/>
      <w:r w:rsidRPr="00462137">
        <w:rPr>
          <w:rFonts w:ascii="Arial" w:hAnsi="Arial"/>
          <w:b/>
        </w:rPr>
        <w:t xml:space="preserve"> </w:t>
      </w:r>
      <w:proofErr w:type="gramStart"/>
      <w:r w:rsidRPr="00462137">
        <w:rPr>
          <w:rFonts w:ascii="Arial" w:hAnsi="Arial"/>
          <w:b/>
        </w:rPr>
        <w:t xml:space="preserve">Middleton  </w:t>
      </w:r>
      <w:r w:rsidRPr="00462137">
        <w:rPr>
          <w:rFonts w:ascii="Arial" w:hAnsi="Arial"/>
          <w:color w:val="5D7284"/>
        </w:rPr>
        <w:t>19:10</w:t>
      </w:r>
      <w:proofErr w:type="gramEnd"/>
    </w:p>
    <w:p w14:paraId="753ED53B" w14:textId="2E690CB4" w:rsidR="00B66B39" w:rsidRPr="00462137" w:rsidRDefault="3D76B15C">
      <w:pPr>
        <w:spacing w:after="0"/>
      </w:pPr>
      <w:r w:rsidRPr="00462137">
        <w:rPr>
          <w:rFonts w:ascii="Arial" w:hAnsi="Arial"/>
        </w:rPr>
        <w:t>How do you define human rights from First Nations perspective?</w:t>
      </w:r>
    </w:p>
    <w:p w14:paraId="3FE9F23F" w14:textId="77777777" w:rsidR="00B66B39" w:rsidRPr="00462137" w:rsidRDefault="00B66B39">
      <w:pPr>
        <w:spacing w:after="0"/>
      </w:pPr>
    </w:p>
    <w:p w14:paraId="1F497DFA" w14:textId="77777777" w:rsidR="00B66B39" w:rsidRPr="00462137" w:rsidRDefault="00C41FD6">
      <w:pPr>
        <w:spacing w:after="0"/>
      </w:pPr>
      <w:r w:rsidRPr="00462137">
        <w:rPr>
          <w:rFonts w:ascii="Arial" w:hAnsi="Arial"/>
          <w:b/>
        </w:rPr>
        <w:t xml:space="preserve">Marcia </w:t>
      </w:r>
      <w:proofErr w:type="gramStart"/>
      <w:r w:rsidRPr="00462137">
        <w:rPr>
          <w:rFonts w:ascii="Arial" w:hAnsi="Arial"/>
          <w:b/>
        </w:rPr>
        <w:t xml:space="preserve">Langton  </w:t>
      </w:r>
      <w:r w:rsidRPr="00462137">
        <w:rPr>
          <w:rFonts w:ascii="Arial" w:hAnsi="Arial"/>
          <w:color w:val="5D7284"/>
        </w:rPr>
        <w:t>19:15</w:t>
      </w:r>
      <w:proofErr w:type="gramEnd"/>
    </w:p>
    <w:p w14:paraId="0318FA6C" w14:textId="3F6D2BDA" w:rsidR="00B66B39" w:rsidRPr="00462137" w:rsidRDefault="00C41FD6">
      <w:pPr>
        <w:spacing w:after="0"/>
      </w:pPr>
      <w:r w:rsidRPr="00462137">
        <w:rPr>
          <w:rFonts w:ascii="Arial" w:hAnsi="Arial"/>
        </w:rPr>
        <w:t xml:space="preserve">Well, they're defined in the UN Declaration on the Rights of Indigenous people. It's a very important document. It took something like 25 years to develop it in the UN so we shouldn't take it for granted. It's very difficult to have any of those rights implemented in Australia. The declaration is not a convention. It's a declaration. </w:t>
      </w:r>
      <w:proofErr w:type="gramStart"/>
      <w:r w:rsidRPr="00462137">
        <w:rPr>
          <w:rFonts w:ascii="Arial" w:hAnsi="Arial"/>
        </w:rPr>
        <w:t>So</w:t>
      </w:r>
      <w:proofErr w:type="gramEnd"/>
      <w:r w:rsidRPr="00462137">
        <w:rPr>
          <w:rFonts w:ascii="Arial" w:hAnsi="Arial"/>
        </w:rPr>
        <w:t xml:space="preserve"> it sets the standards of the rights that we should be entitled to. The </w:t>
      </w:r>
      <w:r w:rsidR="00712B17" w:rsidRPr="00462137">
        <w:rPr>
          <w:rFonts w:ascii="Arial" w:hAnsi="Arial"/>
        </w:rPr>
        <w:t>Indigenous</w:t>
      </w:r>
      <w:r w:rsidRPr="00462137">
        <w:rPr>
          <w:rFonts w:ascii="Arial" w:hAnsi="Arial"/>
        </w:rPr>
        <w:t xml:space="preserve"> rights are a stream of human rights, and they derive from the body of human rights set out in the original Human Rights as defined by the United Nations and in the conventions of. All of which are important. The Convention on the Elimination of All Forms of Racial Discrimination, the Convention on </w:t>
      </w:r>
      <w:r w:rsidRPr="00462137">
        <w:rPr>
          <w:rFonts w:ascii="Arial" w:hAnsi="Arial"/>
        </w:rPr>
        <w:lastRenderedPageBreak/>
        <w:t xml:space="preserve">the Rights of the Child, on the rights of women and so on, the Convention on Biological Diversity. </w:t>
      </w:r>
      <w:proofErr w:type="gramStart"/>
      <w:r w:rsidRPr="00462137">
        <w:rPr>
          <w:rFonts w:ascii="Arial" w:hAnsi="Arial"/>
        </w:rPr>
        <w:t>All of</w:t>
      </w:r>
      <w:proofErr w:type="gramEnd"/>
      <w:r w:rsidRPr="00462137">
        <w:rPr>
          <w:rFonts w:ascii="Arial" w:hAnsi="Arial"/>
        </w:rPr>
        <w:t xml:space="preserve"> these conventions are important to </w:t>
      </w:r>
      <w:r w:rsidR="00712B17" w:rsidRPr="00462137">
        <w:rPr>
          <w:rFonts w:ascii="Arial" w:hAnsi="Arial"/>
        </w:rPr>
        <w:t>Indigenous</w:t>
      </w:r>
      <w:r w:rsidRPr="00462137">
        <w:rPr>
          <w:rFonts w:ascii="Arial" w:hAnsi="Arial"/>
        </w:rPr>
        <w:t xml:space="preserve"> people as well. Now, even while Queensland is a human rights jurisdiction of the Human Rights Act. It's been very difficult to convince the governments of Queensland to not breach human rights. And I think the most egregious breach of human rights are the breaches of the rights of children, </w:t>
      </w:r>
      <w:r w:rsidR="00712B17" w:rsidRPr="00462137">
        <w:rPr>
          <w:rFonts w:ascii="Arial" w:hAnsi="Arial"/>
        </w:rPr>
        <w:t>Indigenous</w:t>
      </w:r>
      <w:r w:rsidRPr="00462137">
        <w:rPr>
          <w:rFonts w:ascii="Arial" w:hAnsi="Arial"/>
        </w:rPr>
        <w:t xml:space="preserve"> children and </w:t>
      </w:r>
      <w:r w:rsidR="00712B17" w:rsidRPr="00462137">
        <w:rPr>
          <w:rFonts w:ascii="Arial" w:hAnsi="Arial"/>
        </w:rPr>
        <w:t>Indigenous</w:t>
      </w:r>
      <w:r w:rsidRPr="00462137">
        <w:rPr>
          <w:rFonts w:ascii="Arial" w:hAnsi="Arial"/>
        </w:rPr>
        <w:t xml:space="preserve"> youth in the state practices of removing them from their families, and their skyrocketing rates of detention in juvenile detention centers and the way that they are treated in those centers. So that, you know, </w:t>
      </w:r>
      <w:r w:rsidR="00712B17" w:rsidRPr="00462137">
        <w:rPr>
          <w:rFonts w:ascii="Arial" w:hAnsi="Arial"/>
        </w:rPr>
        <w:t>Indigenous</w:t>
      </w:r>
      <w:r w:rsidRPr="00462137">
        <w:rPr>
          <w:rFonts w:ascii="Arial" w:hAnsi="Arial"/>
        </w:rPr>
        <w:t xml:space="preserve"> rights are very important, but we may have to use </w:t>
      </w:r>
      <w:proofErr w:type="gramStart"/>
      <w:r w:rsidRPr="00462137">
        <w:rPr>
          <w:rFonts w:ascii="Arial" w:hAnsi="Arial"/>
        </w:rPr>
        <w:t>all of</w:t>
      </w:r>
      <w:proofErr w:type="gramEnd"/>
      <w:r w:rsidRPr="00462137">
        <w:rPr>
          <w:rFonts w:ascii="Arial" w:hAnsi="Arial"/>
        </w:rPr>
        <w:t xml:space="preserve"> the Human Rights architecture, </w:t>
      </w:r>
      <w:proofErr w:type="gramStart"/>
      <w:r w:rsidRPr="00462137">
        <w:rPr>
          <w:rFonts w:ascii="Arial" w:hAnsi="Arial"/>
        </w:rPr>
        <w:t>all of</w:t>
      </w:r>
      <w:proofErr w:type="gramEnd"/>
      <w:r w:rsidRPr="00462137">
        <w:rPr>
          <w:rFonts w:ascii="Arial" w:hAnsi="Arial"/>
        </w:rPr>
        <w:t xml:space="preserve"> the conventions and </w:t>
      </w:r>
      <w:proofErr w:type="spellStart"/>
      <w:r w:rsidRPr="00462137">
        <w:rPr>
          <w:rFonts w:ascii="Arial" w:hAnsi="Arial"/>
        </w:rPr>
        <w:t>and</w:t>
      </w:r>
      <w:proofErr w:type="spellEnd"/>
      <w:r w:rsidRPr="00462137">
        <w:rPr>
          <w:rFonts w:ascii="Arial" w:hAnsi="Arial"/>
        </w:rPr>
        <w:t xml:space="preserve"> </w:t>
      </w:r>
      <w:proofErr w:type="spellStart"/>
      <w:r w:rsidRPr="00462137">
        <w:rPr>
          <w:rFonts w:ascii="Arial" w:hAnsi="Arial"/>
        </w:rPr>
        <w:t>and</w:t>
      </w:r>
      <w:proofErr w:type="spellEnd"/>
      <w:r w:rsidRPr="00462137">
        <w:rPr>
          <w:rFonts w:ascii="Arial" w:hAnsi="Arial"/>
        </w:rPr>
        <w:t xml:space="preserve"> bodies of rights </w:t>
      </w:r>
      <w:proofErr w:type="gramStart"/>
      <w:r w:rsidRPr="00462137">
        <w:rPr>
          <w:rFonts w:ascii="Arial" w:hAnsi="Arial"/>
        </w:rPr>
        <w:t>in order to</w:t>
      </w:r>
      <w:proofErr w:type="gramEnd"/>
      <w:r w:rsidRPr="00462137">
        <w:rPr>
          <w:rFonts w:ascii="Arial" w:hAnsi="Arial"/>
        </w:rPr>
        <w:t xml:space="preserve"> protect young people, and particularly children, from abuses by the state. And of course, again, it's </w:t>
      </w:r>
      <w:r w:rsidR="00712B17" w:rsidRPr="00462137">
        <w:rPr>
          <w:rFonts w:ascii="Arial" w:hAnsi="Arial"/>
        </w:rPr>
        <w:t>Indigenous</w:t>
      </w:r>
      <w:r w:rsidRPr="00462137">
        <w:rPr>
          <w:rFonts w:ascii="Arial" w:hAnsi="Arial"/>
        </w:rPr>
        <w:t xml:space="preserve"> children and </w:t>
      </w:r>
      <w:r w:rsidR="00712B17" w:rsidRPr="00462137">
        <w:rPr>
          <w:rFonts w:ascii="Arial" w:hAnsi="Arial"/>
        </w:rPr>
        <w:t>Indigenous</w:t>
      </w:r>
      <w:r w:rsidRPr="00462137">
        <w:rPr>
          <w:rFonts w:ascii="Arial" w:hAnsi="Arial"/>
        </w:rPr>
        <w:t xml:space="preserve"> youth, they are the most at risk, and that is because of the political narrative that's peddled by political parties in order to win power, and it's now embedded in the public imagination that Aboriginal people are inherently criminal, and it's a terrible lie, it's a horrible narrative, but it's simply not true.</w:t>
      </w:r>
    </w:p>
    <w:p w14:paraId="1F72F646" w14:textId="77777777" w:rsidR="00B66B39" w:rsidRPr="00462137" w:rsidRDefault="00B66B39">
      <w:pPr>
        <w:spacing w:after="0"/>
      </w:pPr>
    </w:p>
    <w:p w14:paraId="3FB9A320" w14:textId="77777777" w:rsidR="00B66B39" w:rsidRPr="00462137" w:rsidRDefault="00C41FD6">
      <w:pPr>
        <w:spacing w:after="0"/>
      </w:pPr>
      <w:r w:rsidRPr="00462137">
        <w:rPr>
          <w:rFonts w:ascii="Arial" w:hAnsi="Arial"/>
          <w:b/>
        </w:rPr>
        <w:t xml:space="preserve">Marcia </w:t>
      </w:r>
      <w:proofErr w:type="gramStart"/>
      <w:r w:rsidRPr="00462137">
        <w:rPr>
          <w:rFonts w:ascii="Arial" w:hAnsi="Arial"/>
          <w:b/>
        </w:rPr>
        <w:t xml:space="preserve">Langton  </w:t>
      </w:r>
      <w:r w:rsidRPr="00462137">
        <w:rPr>
          <w:rFonts w:ascii="Arial" w:hAnsi="Arial"/>
          <w:color w:val="5D7284"/>
        </w:rPr>
        <w:t>21:55</w:t>
      </w:r>
      <w:proofErr w:type="gramEnd"/>
    </w:p>
    <w:p w14:paraId="2DAF6C68" w14:textId="18AB3A63" w:rsidR="00B66B39" w:rsidRPr="00462137" w:rsidRDefault="00C41FD6">
      <w:pPr>
        <w:spacing w:after="0"/>
      </w:pPr>
      <w:r w:rsidRPr="00462137">
        <w:rPr>
          <w:rFonts w:ascii="Arial" w:hAnsi="Arial"/>
        </w:rPr>
        <w:t xml:space="preserve">So I think one of the things that we must do strategically is change the narrative and talk more about the great successes of </w:t>
      </w:r>
      <w:r w:rsidR="00712B17" w:rsidRPr="00462137">
        <w:rPr>
          <w:rFonts w:ascii="Arial" w:hAnsi="Arial"/>
        </w:rPr>
        <w:t>Indigenous</w:t>
      </w:r>
      <w:r w:rsidRPr="00462137">
        <w:rPr>
          <w:rFonts w:ascii="Arial" w:hAnsi="Arial"/>
        </w:rPr>
        <w:t xml:space="preserve"> people in Queensland, and there are many to talk about, indeed, the successes of </w:t>
      </w:r>
      <w:r w:rsidR="00712B17" w:rsidRPr="00462137">
        <w:rPr>
          <w:rFonts w:ascii="Arial" w:hAnsi="Arial"/>
        </w:rPr>
        <w:t>Indigenous</w:t>
      </w:r>
      <w:r w:rsidRPr="00462137">
        <w:rPr>
          <w:rFonts w:ascii="Arial" w:hAnsi="Arial"/>
        </w:rPr>
        <w:t xml:space="preserve"> youth in universities who are winning awards for their groundbreaking work in Science, in health and in many other disciplines, and I think you know the progress that's being made with the completion of year 12 studies by </w:t>
      </w:r>
      <w:r w:rsidR="00712B17" w:rsidRPr="00462137">
        <w:rPr>
          <w:rFonts w:ascii="Arial" w:hAnsi="Arial"/>
        </w:rPr>
        <w:t>Indigenous</w:t>
      </w:r>
      <w:r w:rsidRPr="00462137">
        <w:rPr>
          <w:rFonts w:ascii="Arial" w:hAnsi="Arial"/>
        </w:rPr>
        <w:t xml:space="preserve"> children in schools. This is something to be very proud of, so I'm optimistic that they will change the narrative </w:t>
      </w:r>
      <w:proofErr w:type="gramStart"/>
      <w:r w:rsidRPr="00462137">
        <w:rPr>
          <w:rFonts w:ascii="Arial" w:hAnsi="Arial"/>
        </w:rPr>
        <w:t>and also</w:t>
      </w:r>
      <w:proofErr w:type="gramEnd"/>
      <w:r w:rsidRPr="00462137">
        <w:rPr>
          <w:rFonts w:ascii="Arial" w:hAnsi="Arial"/>
        </w:rPr>
        <w:t xml:space="preserve"> inject optimism into our strategies.</w:t>
      </w:r>
    </w:p>
    <w:p w14:paraId="08CE6F91" w14:textId="77777777" w:rsidR="00B66B39" w:rsidRPr="00462137" w:rsidRDefault="00B66B39">
      <w:pPr>
        <w:spacing w:after="0"/>
      </w:pPr>
    </w:p>
    <w:p w14:paraId="10C6882B" w14:textId="77777777" w:rsidR="00B66B39" w:rsidRPr="00462137" w:rsidRDefault="00C41FD6">
      <w:pPr>
        <w:spacing w:after="0"/>
      </w:pPr>
      <w:proofErr w:type="spellStart"/>
      <w:r w:rsidRPr="00462137">
        <w:rPr>
          <w:rFonts w:ascii="Arial" w:hAnsi="Arial"/>
          <w:b/>
        </w:rPr>
        <w:t>Solua</w:t>
      </w:r>
      <w:proofErr w:type="spellEnd"/>
      <w:r w:rsidRPr="00462137">
        <w:rPr>
          <w:rFonts w:ascii="Arial" w:hAnsi="Arial"/>
          <w:b/>
        </w:rPr>
        <w:t xml:space="preserve"> </w:t>
      </w:r>
      <w:proofErr w:type="gramStart"/>
      <w:r w:rsidRPr="00462137">
        <w:rPr>
          <w:rFonts w:ascii="Arial" w:hAnsi="Arial"/>
          <w:b/>
        </w:rPr>
        <w:t xml:space="preserve">Middleton  </w:t>
      </w:r>
      <w:r w:rsidRPr="00462137">
        <w:rPr>
          <w:rFonts w:ascii="Arial" w:hAnsi="Arial"/>
          <w:color w:val="5D7284"/>
        </w:rPr>
        <w:t>22:42</w:t>
      </w:r>
      <w:proofErr w:type="gramEnd"/>
    </w:p>
    <w:p w14:paraId="16E947FF" w14:textId="5C842B16" w:rsidR="00B66B39" w:rsidRPr="00462137" w:rsidRDefault="00C41FD6">
      <w:pPr>
        <w:spacing w:after="0"/>
      </w:pPr>
      <w:r w:rsidRPr="00462137">
        <w:rPr>
          <w:rFonts w:ascii="Arial" w:hAnsi="Arial"/>
        </w:rPr>
        <w:t xml:space="preserve">You've been involved in projects in Logan, </w:t>
      </w:r>
      <w:proofErr w:type="spellStart"/>
      <w:r w:rsidR="00AF4700" w:rsidRPr="00462137">
        <w:rPr>
          <w:rFonts w:ascii="Arial" w:hAnsi="Arial"/>
        </w:rPr>
        <w:t>Shepparton</w:t>
      </w:r>
      <w:proofErr w:type="spellEnd"/>
      <w:r w:rsidR="00AF4700" w:rsidRPr="00462137">
        <w:rPr>
          <w:rFonts w:ascii="Arial" w:hAnsi="Arial"/>
        </w:rPr>
        <w:t xml:space="preserve"> </w:t>
      </w:r>
      <w:r w:rsidRPr="00462137">
        <w:rPr>
          <w:rFonts w:ascii="Arial" w:hAnsi="Arial"/>
        </w:rPr>
        <w:t>and Catherine, researching the impact of alcohol and violence against Aboriginal and Torres Strait Islander women. What has that research revealed? And do people see that in the context of human rights?</w:t>
      </w:r>
    </w:p>
    <w:p w14:paraId="61CDCEAD" w14:textId="77777777" w:rsidR="00B66B39" w:rsidRPr="00462137" w:rsidRDefault="00B66B39">
      <w:pPr>
        <w:spacing w:after="0"/>
      </w:pPr>
    </w:p>
    <w:p w14:paraId="352DE39A" w14:textId="77777777" w:rsidR="00B66B39" w:rsidRPr="00462137" w:rsidRDefault="00C41FD6">
      <w:pPr>
        <w:spacing w:after="0"/>
      </w:pPr>
      <w:r w:rsidRPr="00462137">
        <w:rPr>
          <w:rFonts w:ascii="Arial" w:hAnsi="Arial"/>
          <w:b/>
        </w:rPr>
        <w:t xml:space="preserve">Marcia </w:t>
      </w:r>
      <w:proofErr w:type="gramStart"/>
      <w:r w:rsidRPr="00462137">
        <w:rPr>
          <w:rFonts w:ascii="Arial" w:hAnsi="Arial"/>
          <w:b/>
        </w:rPr>
        <w:t xml:space="preserve">Langton  </w:t>
      </w:r>
      <w:r w:rsidRPr="00462137">
        <w:rPr>
          <w:rFonts w:ascii="Arial" w:hAnsi="Arial"/>
          <w:color w:val="5D7284"/>
        </w:rPr>
        <w:t>23:02</w:t>
      </w:r>
      <w:proofErr w:type="gramEnd"/>
    </w:p>
    <w:p w14:paraId="2A608969" w14:textId="6FA34BA7" w:rsidR="00B66B39" w:rsidRPr="00462137" w:rsidRDefault="00C41FD6">
      <w:pPr>
        <w:spacing w:after="0"/>
      </w:pPr>
      <w:r w:rsidRPr="00462137">
        <w:rPr>
          <w:rFonts w:ascii="Arial" w:hAnsi="Arial"/>
        </w:rPr>
        <w:t>Well, it is plainly a human right that women and children have a right to feel safe. That is plainly a human right. And hence the research, how can women and children feel safer in the context of alcohol fuel violence? Much of the violence is alcohol</w:t>
      </w:r>
      <w:r w:rsidR="00AF4700" w:rsidRPr="00462137">
        <w:rPr>
          <w:rFonts w:ascii="Arial" w:hAnsi="Arial"/>
        </w:rPr>
        <w:t>-</w:t>
      </w:r>
      <w:r w:rsidRPr="00462137">
        <w:rPr>
          <w:rFonts w:ascii="Arial" w:hAnsi="Arial"/>
        </w:rPr>
        <w:t>fueled. Not all of it is alcohol. I</w:t>
      </w:r>
      <w:r w:rsidR="00AF4700" w:rsidRPr="00462137">
        <w:rPr>
          <w:rFonts w:ascii="Arial" w:hAnsi="Arial"/>
        </w:rPr>
        <w:t>t’</w:t>
      </w:r>
      <w:r w:rsidRPr="00462137">
        <w:rPr>
          <w:rFonts w:ascii="Arial" w:hAnsi="Arial"/>
        </w:rPr>
        <w:t xml:space="preserve">s not a necessary contributor to violence, but often it is. So that's what we're investigating. And we're investigating that in Logan, at the request of our partner here, the Aboriginal and Torres Strait Islander community health service. We are investigating it in Central Australia, where our partner is the </w:t>
      </w:r>
      <w:commentRangeStart w:id="0"/>
      <w:r w:rsidR="00386B76" w:rsidRPr="00462137">
        <w:rPr>
          <w:rFonts w:ascii="Arial" w:hAnsi="Arial"/>
        </w:rPr>
        <w:t>Ngaanyatjarra</w:t>
      </w:r>
      <w:r w:rsidR="002B6C88" w:rsidRPr="00462137">
        <w:rPr>
          <w:rFonts w:ascii="Arial" w:hAnsi="Arial"/>
        </w:rPr>
        <w:t xml:space="preserve"> </w:t>
      </w:r>
      <w:proofErr w:type="spellStart"/>
      <w:r w:rsidR="002B6C88" w:rsidRPr="00462137">
        <w:rPr>
          <w:rFonts w:ascii="Arial" w:hAnsi="Arial"/>
        </w:rPr>
        <w:t>Pitjantjatjara</w:t>
      </w:r>
      <w:proofErr w:type="spellEnd"/>
      <w:r w:rsidR="002B6C88" w:rsidRPr="00462137">
        <w:rPr>
          <w:rFonts w:ascii="Arial" w:hAnsi="Arial"/>
        </w:rPr>
        <w:t xml:space="preserve"> Yankunytjatjara</w:t>
      </w:r>
      <w:r w:rsidRPr="00462137">
        <w:rPr>
          <w:rFonts w:ascii="Arial" w:hAnsi="Arial"/>
        </w:rPr>
        <w:t xml:space="preserve"> Younger Women's Council</w:t>
      </w:r>
      <w:commentRangeEnd w:id="0"/>
      <w:r w:rsidR="00A260F1" w:rsidRPr="00462137">
        <w:rPr>
          <w:rStyle w:val="CommentReference"/>
        </w:rPr>
        <w:commentReference w:id="0"/>
      </w:r>
      <w:r w:rsidRPr="00462137">
        <w:rPr>
          <w:rFonts w:ascii="Arial" w:hAnsi="Arial"/>
        </w:rPr>
        <w:t xml:space="preserve">. And </w:t>
      </w:r>
      <w:proofErr w:type="gramStart"/>
      <w:r w:rsidRPr="00462137">
        <w:rPr>
          <w:rFonts w:ascii="Arial" w:hAnsi="Arial"/>
        </w:rPr>
        <w:t>so</w:t>
      </w:r>
      <w:proofErr w:type="gramEnd"/>
      <w:r w:rsidRPr="00462137">
        <w:rPr>
          <w:rFonts w:ascii="Arial" w:hAnsi="Arial"/>
        </w:rPr>
        <w:t xml:space="preserve"> we interview people in communities in the southern part of the Northern Territory and the northern part of South Australia </w:t>
      </w:r>
      <w:proofErr w:type="gramStart"/>
      <w:r w:rsidRPr="00462137">
        <w:rPr>
          <w:rFonts w:ascii="Arial" w:hAnsi="Arial"/>
        </w:rPr>
        <w:t>at the moment</w:t>
      </w:r>
      <w:proofErr w:type="gramEnd"/>
      <w:r w:rsidRPr="00462137">
        <w:rPr>
          <w:rFonts w:ascii="Arial" w:hAnsi="Arial"/>
        </w:rPr>
        <w:t xml:space="preserve">, </w:t>
      </w:r>
      <w:proofErr w:type="gramStart"/>
      <w:r w:rsidRPr="00462137">
        <w:rPr>
          <w:rFonts w:ascii="Arial" w:hAnsi="Arial"/>
        </w:rPr>
        <w:t>and also</w:t>
      </w:r>
      <w:proofErr w:type="gramEnd"/>
      <w:r w:rsidRPr="00462137">
        <w:rPr>
          <w:rFonts w:ascii="Arial" w:hAnsi="Arial"/>
        </w:rPr>
        <w:t xml:space="preserve"> in the East Kimberley in Western Australia, where our partner is one of the Empowered communities, backbone </w:t>
      </w:r>
      <w:proofErr w:type="spellStart"/>
      <w:r w:rsidR="000B5233" w:rsidRPr="00462137">
        <w:rPr>
          <w:rFonts w:ascii="Arial" w:hAnsi="Arial"/>
        </w:rPr>
        <w:t>organisations</w:t>
      </w:r>
      <w:proofErr w:type="spellEnd"/>
      <w:r w:rsidRPr="00462137">
        <w:rPr>
          <w:rFonts w:ascii="Arial" w:hAnsi="Arial"/>
        </w:rPr>
        <w:t xml:space="preserve">. And what we're discovering along the way is that there is a great concern about this problem in all of these communities, and people want to strengthen the programs that are working to prevent violence, and they also want to be supported, to create more programs, especially for instance, to support young people, to educate them into living a </w:t>
      </w:r>
      <w:r w:rsidR="000B5233" w:rsidRPr="00462137">
        <w:rPr>
          <w:rFonts w:ascii="Arial" w:hAnsi="Arial"/>
        </w:rPr>
        <w:t>non-violent</w:t>
      </w:r>
      <w:r w:rsidRPr="00462137">
        <w:rPr>
          <w:rFonts w:ascii="Arial" w:hAnsi="Arial"/>
        </w:rPr>
        <w:t xml:space="preserve"> life and to support men who are trying to overcome their anger and their tendency to violence, instead of using a range of other social skills that might be more useful to them,</w:t>
      </w:r>
    </w:p>
    <w:p w14:paraId="6BB9E253" w14:textId="77777777" w:rsidR="00B66B39" w:rsidRPr="00462137" w:rsidRDefault="00B66B39">
      <w:pPr>
        <w:spacing w:after="0"/>
      </w:pPr>
    </w:p>
    <w:p w14:paraId="576F758F" w14:textId="77777777" w:rsidR="00B66B39" w:rsidRPr="00462137" w:rsidRDefault="00C41FD6">
      <w:pPr>
        <w:spacing w:after="0"/>
      </w:pPr>
      <w:proofErr w:type="spellStart"/>
      <w:r w:rsidRPr="00462137">
        <w:rPr>
          <w:rFonts w:ascii="Arial" w:hAnsi="Arial"/>
          <w:b/>
        </w:rPr>
        <w:t>Solua</w:t>
      </w:r>
      <w:proofErr w:type="spellEnd"/>
      <w:r w:rsidRPr="00462137">
        <w:rPr>
          <w:rFonts w:ascii="Arial" w:hAnsi="Arial"/>
          <w:b/>
        </w:rPr>
        <w:t xml:space="preserve"> </w:t>
      </w:r>
      <w:proofErr w:type="gramStart"/>
      <w:r w:rsidRPr="00462137">
        <w:rPr>
          <w:rFonts w:ascii="Arial" w:hAnsi="Arial"/>
          <w:b/>
        </w:rPr>
        <w:t xml:space="preserve">Middleton  </w:t>
      </w:r>
      <w:r w:rsidRPr="00462137">
        <w:rPr>
          <w:rFonts w:ascii="Arial" w:hAnsi="Arial"/>
          <w:color w:val="5D7284"/>
        </w:rPr>
        <w:t>24:56</w:t>
      </w:r>
      <w:proofErr w:type="gramEnd"/>
    </w:p>
    <w:p w14:paraId="1CF37543" w14:textId="53DEB8B7" w:rsidR="00B66B39" w:rsidRPr="00462137" w:rsidRDefault="05B0C225">
      <w:pPr>
        <w:spacing w:after="0"/>
      </w:pPr>
      <w:r w:rsidRPr="00462137">
        <w:rPr>
          <w:rFonts w:ascii="Arial" w:hAnsi="Arial"/>
        </w:rPr>
        <w:t>Y</w:t>
      </w:r>
      <w:r w:rsidR="3D76B15C" w:rsidRPr="00462137">
        <w:rPr>
          <w:rFonts w:ascii="Arial" w:hAnsi="Arial"/>
        </w:rPr>
        <w:t xml:space="preserve">ou've also highlighted systemic issues in the criminal justice system. Including the over representation of </w:t>
      </w:r>
      <w:r w:rsidR="00712B17" w:rsidRPr="00462137">
        <w:rPr>
          <w:rFonts w:ascii="Arial" w:hAnsi="Arial"/>
        </w:rPr>
        <w:t>Indigenous</w:t>
      </w:r>
      <w:r w:rsidR="3D76B15C" w:rsidRPr="00462137">
        <w:rPr>
          <w:rFonts w:ascii="Arial" w:hAnsi="Arial"/>
        </w:rPr>
        <w:t xml:space="preserve"> people, are the reforms needed related to human rights.</w:t>
      </w:r>
    </w:p>
    <w:p w14:paraId="23DE523C" w14:textId="77777777" w:rsidR="00B66B39" w:rsidRPr="00462137" w:rsidRDefault="00B66B39">
      <w:pPr>
        <w:spacing w:after="0"/>
      </w:pPr>
    </w:p>
    <w:p w14:paraId="56D71459" w14:textId="77777777" w:rsidR="00B66B39" w:rsidRPr="00462137" w:rsidRDefault="00C41FD6">
      <w:pPr>
        <w:spacing w:after="0"/>
      </w:pPr>
      <w:r w:rsidRPr="00462137">
        <w:rPr>
          <w:rFonts w:ascii="Arial" w:hAnsi="Arial"/>
          <w:b/>
        </w:rPr>
        <w:t xml:space="preserve">Marcia </w:t>
      </w:r>
      <w:proofErr w:type="gramStart"/>
      <w:r w:rsidRPr="00462137">
        <w:rPr>
          <w:rFonts w:ascii="Arial" w:hAnsi="Arial"/>
          <w:b/>
        </w:rPr>
        <w:t xml:space="preserve">Langton  </w:t>
      </w:r>
      <w:r w:rsidRPr="00462137">
        <w:rPr>
          <w:rFonts w:ascii="Arial" w:hAnsi="Arial"/>
          <w:color w:val="5D7284"/>
        </w:rPr>
        <w:t>25:09</w:t>
      </w:r>
      <w:proofErr w:type="gramEnd"/>
    </w:p>
    <w:p w14:paraId="0A324992" w14:textId="77777777" w:rsidR="00B66B39" w:rsidRPr="00462137" w:rsidRDefault="00C41FD6">
      <w:pPr>
        <w:spacing w:after="0"/>
      </w:pPr>
      <w:r w:rsidRPr="00462137">
        <w:rPr>
          <w:rFonts w:ascii="Arial" w:hAnsi="Arial"/>
        </w:rPr>
        <w:t xml:space="preserve">Well, of course, the industrial scale incarceration of Aboriginal people, men, women and children across all the Australian jurisdictions clearly breaches a range of human rights. </w:t>
      </w:r>
      <w:proofErr w:type="gramStart"/>
      <w:r w:rsidRPr="00462137">
        <w:rPr>
          <w:rFonts w:ascii="Arial" w:hAnsi="Arial"/>
        </w:rPr>
        <w:t>So</w:t>
      </w:r>
      <w:proofErr w:type="gramEnd"/>
      <w:r w:rsidRPr="00462137">
        <w:rPr>
          <w:rFonts w:ascii="Arial" w:hAnsi="Arial"/>
        </w:rPr>
        <w:t xml:space="preserve"> it cannot be the case that </w:t>
      </w:r>
      <w:proofErr w:type="gramStart"/>
      <w:r w:rsidRPr="00462137">
        <w:rPr>
          <w:rFonts w:ascii="Arial" w:hAnsi="Arial"/>
        </w:rPr>
        <w:t>all of</w:t>
      </w:r>
      <w:proofErr w:type="gramEnd"/>
      <w:r w:rsidRPr="00462137">
        <w:rPr>
          <w:rFonts w:ascii="Arial" w:hAnsi="Arial"/>
        </w:rPr>
        <w:t xml:space="preserve"> these people who are incarcerated, you know, for instance, in the Northern Territory, on any given day, </w:t>
      </w:r>
      <w:proofErr w:type="gramStart"/>
      <w:r w:rsidRPr="00462137">
        <w:rPr>
          <w:rFonts w:ascii="Arial" w:hAnsi="Arial"/>
        </w:rPr>
        <w:t>all of</w:t>
      </w:r>
      <w:proofErr w:type="gramEnd"/>
      <w:r w:rsidRPr="00462137">
        <w:rPr>
          <w:rFonts w:ascii="Arial" w:hAnsi="Arial"/>
        </w:rPr>
        <w:t xml:space="preserve"> the children in juvenile detention are Aboriginal, all of them. </w:t>
      </w:r>
      <w:proofErr w:type="gramStart"/>
      <w:r w:rsidRPr="00462137">
        <w:rPr>
          <w:rFonts w:ascii="Arial" w:hAnsi="Arial"/>
        </w:rPr>
        <w:t>So</w:t>
      </w:r>
      <w:proofErr w:type="gramEnd"/>
      <w:r w:rsidRPr="00462137">
        <w:rPr>
          <w:rFonts w:ascii="Arial" w:hAnsi="Arial"/>
        </w:rPr>
        <w:t xml:space="preserve"> the over representation in the population in incarceration as compared to their representation in the population tells us that the incarceration rates are not logical. It is not possible that </w:t>
      </w:r>
      <w:proofErr w:type="gramStart"/>
      <w:r w:rsidRPr="00462137">
        <w:rPr>
          <w:rFonts w:ascii="Arial" w:hAnsi="Arial"/>
        </w:rPr>
        <w:t>all of</w:t>
      </w:r>
      <w:proofErr w:type="gramEnd"/>
      <w:r w:rsidRPr="00462137">
        <w:rPr>
          <w:rFonts w:ascii="Arial" w:hAnsi="Arial"/>
        </w:rPr>
        <w:t xml:space="preserve"> these people are criminals.</w:t>
      </w:r>
    </w:p>
    <w:p w14:paraId="52E56223" w14:textId="77777777" w:rsidR="00B66B39" w:rsidRPr="00462137" w:rsidRDefault="00B66B39">
      <w:pPr>
        <w:spacing w:after="0"/>
      </w:pPr>
    </w:p>
    <w:p w14:paraId="7B703D69" w14:textId="77777777" w:rsidR="00B66B39" w:rsidRPr="00462137" w:rsidRDefault="00C41FD6">
      <w:pPr>
        <w:spacing w:after="0"/>
      </w:pPr>
      <w:r w:rsidRPr="00462137">
        <w:rPr>
          <w:rFonts w:ascii="Arial" w:hAnsi="Arial"/>
          <w:b/>
        </w:rPr>
        <w:t xml:space="preserve">Bruce </w:t>
      </w:r>
      <w:proofErr w:type="gramStart"/>
      <w:r w:rsidRPr="00462137">
        <w:rPr>
          <w:rFonts w:ascii="Arial" w:hAnsi="Arial"/>
          <w:b/>
        </w:rPr>
        <w:t xml:space="preserve">Simpson  </w:t>
      </w:r>
      <w:r w:rsidRPr="00462137">
        <w:rPr>
          <w:rFonts w:ascii="Arial" w:hAnsi="Arial"/>
          <w:color w:val="5D7284"/>
        </w:rPr>
        <w:t>26:02</w:t>
      </w:r>
      <w:proofErr w:type="gramEnd"/>
    </w:p>
    <w:p w14:paraId="385E8562" w14:textId="1CEA60ED" w:rsidR="00B66B39" w:rsidRPr="00462137" w:rsidRDefault="3D76B15C">
      <w:pPr>
        <w:spacing w:after="0"/>
      </w:pPr>
      <w:r w:rsidRPr="00462137">
        <w:rPr>
          <w:rFonts w:ascii="Arial" w:hAnsi="Arial"/>
        </w:rPr>
        <w:t>This state and federal government are always moving the goal posts. And I say to our people, the goal posts will always move. I suppose as Aboriginal Torres people, we're going to build our own goal posts so that it doesn't move.</w:t>
      </w:r>
    </w:p>
    <w:p w14:paraId="07547A01" w14:textId="77777777" w:rsidR="00B66B39" w:rsidRPr="00462137" w:rsidRDefault="00B66B39">
      <w:pPr>
        <w:spacing w:after="0"/>
      </w:pPr>
    </w:p>
    <w:p w14:paraId="605A80C7" w14:textId="77777777" w:rsidR="00B66B39" w:rsidRPr="00462137" w:rsidRDefault="00C41FD6">
      <w:pPr>
        <w:spacing w:after="0"/>
      </w:pPr>
      <w:r w:rsidRPr="00462137">
        <w:rPr>
          <w:rFonts w:ascii="Arial" w:hAnsi="Arial"/>
          <w:b/>
        </w:rPr>
        <w:t xml:space="preserve">Professor Chelsea </w:t>
      </w:r>
      <w:proofErr w:type="spellStart"/>
      <w:proofErr w:type="gramStart"/>
      <w:r w:rsidRPr="00462137">
        <w:rPr>
          <w:rFonts w:ascii="Arial" w:hAnsi="Arial"/>
          <w:b/>
        </w:rPr>
        <w:t>Watego</w:t>
      </w:r>
      <w:proofErr w:type="spellEnd"/>
      <w:r w:rsidRPr="00462137">
        <w:rPr>
          <w:rFonts w:ascii="Arial" w:hAnsi="Arial"/>
          <w:b/>
        </w:rPr>
        <w:t xml:space="preserve">  </w:t>
      </w:r>
      <w:r w:rsidRPr="00462137">
        <w:rPr>
          <w:rFonts w:ascii="Arial" w:hAnsi="Arial"/>
          <w:color w:val="5D7284"/>
        </w:rPr>
        <w:t>26:19</w:t>
      </w:r>
      <w:proofErr w:type="gramEnd"/>
    </w:p>
    <w:p w14:paraId="2DC60C25" w14:textId="0506129E" w:rsidR="00B66B39" w:rsidRPr="00462137" w:rsidRDefault="2970F110">
      <w:pPr>
        <w:spacing w:after="0"/>
      </w:pPr>
      <w:r w:rsidRPr="00462137">
        <w:rPr>
          <w:rFonts w:ascii="Arial" w:hAnsi="Arial"/>
        </w:rPr>
        <w:t xml:space="preserve">It </w:t>
      </w:r>
      <w:r w:rsidR="3D76B15C" w:rsidRPr="00462137">
        <w:rPr>
          <w:rFonts w:ascii="Arial" w:hAnsi="Arial"/>
        </w:rPr>
        <w:t xml:space="preserve">has come from what I learned at the kitchen table, where we never believed ourselves less then, and therefore, we never accepted less, we never argued for less. And I want my kids to be entitled. I want them to have a sense of injustice. I want them to have rage at injustice. I do not want my children </w:t>
      </w:r>
      <w:proofErr w:type="gramStart"/>
      <w:r w:rsidR="3D76B15C" w:rsidRPr="00462137">
        <w:rPr>
          <w:rFonts w:ascii="Arial" w:hAnsi="Arial"/>
        </w:rPr>
        <w:t>being</w:t>
      </w:r>
      <w:proofErr w:type="gramEnd"/>
      <w:r w:rsidR="3D76B15C" w:rsidRPr="00462137">
        <w:rPr>
          <w:rFonts w:ascii="Arial" w:hAnsi="Arial"/>
        </w:rPr>
        <w:t xml:space="preserve"> resilient </w:t>
      </w:r>
      <w:proofErr w:type="gramStart"/>
      <w:r w:rsidR="3D76B15C" w:rsidRPr="00462137">
        <w:rPr>
          <w:rFonts w:ascii="Arial" w:hAnsi="Arial"/>
        </w:rPr>
        <w:t>to</w:t>
      </w:r>
      <w:proofErr w:type="gramEnd"/>
      <w:r w:rsidR="3D76B15C" w:rsidRPr="00462137">
        <w:rPr>
          <w:rFonts w:ascii="Arial" w:hAnsi="Arial"/>
        </w:rPr>
        <w:t xml:space="preserve"> racial violence. You know, we talk about </w:t>
      </w:r>
      <w:proofErr w:type="gramStart"/>
      <w:r w:rsidR="3D76B15C" w:rsidRPr="00462137">
        <w:rPr>
          <w:rFonts w:ascii="Arial" w:hAnsi="Arial"/>
        </w:rPr>
        <w:t>a future</w:t>
      </w:r>
      <w:proofErr w:type="gramEnd"/>
      <w:r w:rsidR="3D76B15C" w:rsidRPr="00462137">
        <w:rPr>
          <w:rFonts w:ascii="Arial" w:hAnsi="Arial"/>
        </w:rPr>
        <w:t xml:space="preserve"> as this sort of sunshine and rainbows kind of place. And </w:t>
      </w:r>
      <w:proofErr w:type="gramStart"/>
      <w:r w:rsidR="3D76B15C" w:rsidRPr="00462137">
        <w:rPr>
          <w:rFonts w:ascii="Arial" w:hAnsi="Arial"/>
        </w:rPr>
        <w:t>a future</w:t>
      </w:r>
      <w:proofErr w:type="gramEnd"/>
      <w:r w:rsidR="3D76B15C" w:rsidRPr="00462137">
        <w:rPr>
          <w:rFonts w:ascii="Arial" w:hAnsi="Arial"/>
        </w:rPr>
        <w:t xml:space="preserve"> I see is </w:t>
      </w:r>
      <w:r w:rsidR="000B5233" w:rsidRPr="00462137">
        <w:rPr>
          <w:rFonts w:ascii="Arial" w:hAnsi="Arial"/>
        </w:rPr>
        <w:t xml:space="preserve">Black </w:t>
      </w:r>
      <w:r w:rsidR="3D76B15C" w:rsidRPr="00462137">
        <w:rPr>
          <w:rFonts w:ascii="Arial" w:hAnsi="Arial"/>
        </w:rPr>
        <w:t>fellas that are sustaining the fire, that are keeping the fire burning. That's beautiful to me.</w:t>
      </w:r>
    </w:p>
    <w:p w14:paraId="5043CB0F" w14:textId="77777777" w:rsidR="00B66B39" w:rsidRPr="00462137" w:rsidRDefault="00B66B39">
      <w:pPr>
        <w:spacing w:after="0"/>
      </w:pPr>
    </w:p>
    <w:p w14:paraId="5AB59CFF" w14:textId="77777777" w:rsidR="00B66B39" w:rsidRPr="00462137" w:rsidRDefault="00C41FD6">
      <w:pPr>
        <w:spacing w:after="0"/>
      </w:pPr>
      <w:proofErr w:type="spellStart"/>
      <w:r w:rsidRPr="00462137">
        <w:rPr>
          <w:rFonts w:ascii="Arial" w:hAnsi="Arial"/>
          <w:b/>
        </w:rPr>
        <w:t>Solua</w:t>
      </w:r>
      <w:proofErr w:type="spellEnd"/>
      <w:r w:rsidRPr="00462137">
        <w:rPr>
          <w:rFonts w:ascii="Arial" w:hAnsi="Arial"/>
          <w:b/>
        </w:rPr>
        <w:t xml:space="preserve"> </w:t>
      </w:r>
      <w:proofErr w:type="gramStart"/>
      <w:r w:rsidRPr="00462137">
        <w:rPr>
          <w:rFonts w:ascii="Arial" w:hAnsi="Arial"/>
          <w:b/>
        </w:rPr>
        <w:t xml:space="preserve">Middleton  </w:t>
      </w:r>
      <w:r w:rsidRPr="00462137">
        <w:rPr>
          <w:rFonts w:ascii="Arial" w:hAnsi="Arial"/>
          <w:color w:val="5D7284"/>
        </w:rPr>
        <w:t>27:00</w:t>
      </w:r>
      <w:proofErr w:type="gramEnd"/>
    </w:p>
    <w:p w14:paraId="03EB6906" w14:textId="77777777" w:rsidR="00B66B39" w:rsidRPr="00462137" w:rsidRDefault="00C41FD6">
      <w:pPr>
        <w:spacing w:after="0"/>
      </w:pPr>
      <w:r w:rsidRPr="00462137">
        <w:rPr>
          <w:rFonts w:ascii="Arial" w:hAnsi="Arial"/>
        </w:rPr>
        <w:t>Professor Marcia Langton is looking to emerging leaders as the next generation to pick up the torch and light the way towards just and effective communication with political leaders.</w:t>
      </w:r>
    </w:p>
    <w:p w14:paraId="07459315" w14:textId="77777777" w:rsidR="00B66B39" w:rsidRPr="00462137" w:rsidRDefault="00B66B39">
      <w:pPr>
        <w:spacing w:after="0"/>
      </w:pPr>
    </w:p>
    <w:p w14:paraId="5FF990D6" w14:textId="77777777" w:rsidR="00B66B39" w:rsidRPr="00462137" w:rsidRDefault="00C41FD6">
      <w:pPr>
        <w:spacing w:after="0"/>
      </w:pPr>
      <w:r w:rsidRPr="00462137">
        <w:rPr>
          <w:rFonts w:ascii="Arial" w:hAnsi="Arial"/>
          <w:b/>
        </w:rPr>
        <w:t xml:space="preserve">Marcia </w:t>
      </w:r>
      <w:proofErr w:type="gramStart"/>
      <w:r w:rsidRPr="00462137">
        <w:rPr>
          <w:rFonts w:ascii="Arial" w:hAnsi="Arial"/>
          <w:b/>
        </w:rPr>
        <w:t xml:space="preserve">Langton  </w:t>
      </w:r>
      <w:r w:rsidRPr="00462137">
        <w:rPr>
          <w:rFonts w:ascii="Arial" w:hAnsi="Arial"/>
          <w:color w:val="5D7284"/>
        </w:rPr>
        <w:t>27:13</w:t>
      </w:r>
      <w:proofErr w:type="gramEnd"/>
    </w:p>
    <w:p w14:paraId="399B66AC" w14:textId="618A0D20" w:rsidR="00B66B39" w:rsidRPr="00462137" w:rsidRDefault="00C41FD6">
      <w:pPr>
        <w:spacing w:after="0"/>
      </w:pPr>
      <w:r w:rsidRPr="00462137">
        <w:rPr>
          <w:rFonts w:ascii="Arial" w:hAnsi="Arial"/>
        </w:rPr>
        <w:t xml:space="preserve">The youth are stepping up through leadership programs, through their youth summit here last week, and they have very clear ideas, and I'm full of hope that they will, you know, go on with their careers and become great Australian leaders, great </w:t>
      </w:r>
      <w:r w:rsidR="00712B17" w:rsidRPr="00462137">
        <w:rPr>
          <w:rFonts w:ascii="Arial" w:hAnsi="Arial"/>
        </w:rPr>
        <w:t>Indigenous</w:t>
      </w:r>
      <w:r w:rsidRPr="00462137">
        <w:rPr>
          <w:rFonts w:ascii="Arial" w:hAnsi="Arial"/>
        </w:rPr>
        <w:t xml:space="preserve"> leaders, and create that better future that we all want. So that makes me very hopeful. They're very competent, they're educated. They understand the importance of education. They're charming young people, they're polite, they're respectful, they're deeply thoughtful. And you know, I give them full credit for being the</w:t>
      </w:r>
      <w:r w:rsidR="00712B17" w:rsidRPr="00462137">
        <w:rPr>
          <w:rFonts w:ascii="Arial" w:hAnsi="Arial"/>
        </w:rPr>
        <w:t>-</w:t>
      </w:r>
      <w:r w:rsidRPr="00462137">
        <w:rPr>
          <w:rFonts w:ascii="Arial" w:hAnsi="Arial"/>
        </w:rPr>
        <w:t xml:space="preserve"> the young leaders that they are, and the leaders of the future look people, are feeling very bruised by events of recent times, but hopeful that if we come together and think deeply about what we want for our future, we can find a way to make our future a bright one.</w:t>
      </w:r>
    </w:p>
    <w:p w14:paraId="6537F28F" w14:textId="77777777" w:rsidR="00B66B39" w:rsidRPr="00462137" w:rsidRDefault="00B66B39">
      <w:pPr>
        <w:spacing w:after="0"/>
      </w:pPr>
    </w:p>
    <w:p w14:paraId="12CA40EA" w14:textId="77777777" w:rsidR="00B66B39" w:rsidRPr="00462137" w:rsidRDefault="00C41FD6">
      <w:pPr>
        <w:spacing w:after="0"/>
      </w:pPr>
      <w:proofErr w:type="spellStart"/>
      <w:r w:rsidRPr="00462137">
        <w:rPr>
          <w:rFonts w:ascii="Arial" w:hAnsi="Arial"/>
          <w:b/>
        </w:rPr>
        <w:t>Solua</w:t>
      </w:r>
      <w:proofErr w:type="spellEnd"/>
      <w:r w:rsidRPr="00462137">
        <w:rPr>
          <w:rFonts w:ascii="Arial" w:hAnsi="Arial"/>
          <w:b/>
        </w:rPr>
        <w:t xml:space="preserve"> </w:t>
      </w:r>
      <w:proofErr w:type="gramStart"/>
      <w:r w:rsidRPr="00462137">
        <w:rPr>
          <w:rFonts w:ascii="Arial" w:hAnsi="Arial"/>
          <w:b/>
        </w:rPr>
        <w:t xml:space="preserve">Middleton  </w:t>
      </w:r>
      <w:r w:rsidRPr="00462137">
        <w:rPr>
          <w:rFonts w:ascii="Arial" w:hAnsi="Arial"/>
          <w:color w:val="5D7284"/>
        </w:rPr>
        <w:t>28:18</w:t>
      </w:r>
      <w:proofErr w:type="gramEnd"/>
    </w:p>
    <w:p w14:paraId="0BD35E18" w14:textId="21DEB5E7" w:rsidR="00B66B39" w:rsidRPr="00462137" w:rsidRDefault="3D76B15C">
      <w:pPr>
        <w:spacing w:after="0"/>
      </w:pPr>
      <w:r w:rsidRPr="00462137">
        <w:rPr>
          <w:rFonts w:ascii="Arial" w:hAnsi="Arial"/>
        </w:rPr>
        <w:t>What do you see as the key priorities moving forward</w:t>
      </w:r>
      <w:r w:rsidR="1A570CDA" w:rsidRPr="00462137">
        <w:rPr>
          <w:rFonts w:ascii="Arial" w:hAnsi="Arial"/>
        </w:rPr>
        <w:t>?</w:t>
      </w:r>
    </w:p>
    <w:p w14:paraId="6DFB9E20" w14:textId="77777777" w:rsidR="00B66B39" w:rsidRPr="00462137" w:rsidRDefault="00B66B39">
      <w:pPr>
        <w:spacing w:after="0"/>
      </w:pPr>
    </w:p>
    <w:p w14:paraId="74E0722F" w14:textId="77777777" w:rsidR="00B66B39" w:rsidRPr="00462137" w:rsidRDefault="00C41FD6">
      <w:pPr>
        <w:spacing w:after="0"/>
      </w:pPr>
      <w:r w:rsidRPr="00462137">
        <w:rPr>
          <w:rFonts w:ascii="Arial" w:hAnsi="Arial"/>
          <w:b/>
        </w:rPr>
        <w:lastRenderedPageBreak/>
        <w:t xml:space="preserve">Marcia </w:t>
      </w:r>
      <w:proofErr w:type="gramStart"/>
      <w:r w:rsidRPr="00462137">
        <w:rPr>
          <w:rFonts w:ascii="Arial" w:hAnsi="Arial"/>
          <w:b/>
        </w:rPr>
        <w:t xml:space="preserve">Langton  </w:t>
      </w:r>
      <w:r w:rsidRPr="00462137">
        <w:rPr>
          <w:rFonts w:ascii="Arial" w:hAnsi="Arial"/>
          <w:color w:val="5D7284"/>
        </w:rPr>
        <w:t>28:22</w:t>
      </w:r>
      <w:proofErr w:type="gramEnd"/>
    </w:p>
    <w:p w14:paraId="58E0AAFA" w14:textId="52B97385" w:rsidR="00B66B39" w:rsidRPr="00462137" w:rsidRDefault="05528C70">
      <w:pPr>
        <w:spacing w:after="0"/>
      </w:pPr>
      <w:r w:rsidRPr="00462137">
        <w:rPr>
          <w:rFonts w:ascii="Arial" w:hAnsi="Arial"/>
        </w:rPr>
        <w:t>W</w:t>
      </w:r>
      <w:r w:rsidR="3D76B15C" w:rsidRPr="00462137">
        <w:rPr>
          <w:rFonts w:ascii="Arial" w:hAnsi="Arial"/>
        </w:rPr>
        <w:t xml:space="preserve">e need, as Tony McAvoy just pointed out here in Queensland, the Queensland Human Rights Commission to facilitate meetings to enable the </w:t>
      </w:r>
      <w:r w:rsidR="00712B17" w:rsidRPr="00462137">
        <w:rPr>
          <w:rFonts w:ascii="Arial" w:hAnsi="Arial"/>
        </w:rPr>
        <w:t>Indigenous</w:t>
      </w:r>
      <w:r w:rsidR="3D76B15C" w:rsidRPr="00462137">
        <w:rPr>
          <w:rFonts w:ascii="Arial" w:hAnsi="Arial"/>
        </w:rPr>
        <w:t xml:space="preserve"> people of Queensland, the traditional owners, the cultural knowledge holders to join forces and form a representative body so that there is a strong democratic relationship with government that represents the concerns of our people. It is no longer acceptable to any </w:t>
      </w:r>
      <w:r w:rsidR="00712B17" w:rsidRPr="00462137">
        <w:rPr>
          <w:rFonts w:ascii="Arial" w:hAnsi="Arial"/>
        </w:rPr>
        <w:t>Indigenous</w:t>
      </w:r>
      <w:r w:rsidR="3D76B15C" w:rsidRPr="00462137">
        <w:rPr>
          <w:rFonts w:ascii="Arial" w:hAnsi="Arial"/>
        </w:rPr>
        <w:t xml:space="preserve"> person that the scale of the disadvantages that we face and which worsen with each generation, continue and </w:t>
      </w:r>
      <w:proofErr w:type="spellStart"/>
      <w:r w:rsidR="3D76B15C" w:rsidRPr="00462137">
        <w:rPr>
          <w:rFonts w:ascii="Arial" w:hAnsi="Arial"/>
        </w:rPr>
        <w:t>and</w:t>
      </w:r>
      <w:proofErr w:type="spellEnd"/>
      <w:r w:rsidR="3D76B15C" w:rsidRPr="00462137">
        <w:rPr>
          <w:rFonts w:ascii="Arial" w:hAnsi="Arial"/>
        </w:rPr>
        <w:t xml:space="preserve"> the only way to close those gaps is to work with the state government, particularly because it's the state governments that have most responsibility and disability to implement sensible, rational policies that are effective and successful, and many of them, at the moment aren't. They're </w:t>
      </w:r>
      <w:r w:rsidR="00712B17" w:rsidRPr="00462137">
        <w:rPr>
          <w:rFonts w:ascii="Arial" w:hAnsi="Arial"/>
        </w:rPr>
        <w:t>knee-jerk</w:t>
      </w:r>
      <w:r w:rsidR="3D76B15C" w:rsidRPr="00462137">
        <w:rPr>
          <w:rFonts w:ascii="Arial" w:hAnsi="Arial"/>
        </w:rPr>
        <w:t xml:space="preserve"> responses to hysterical racism, hysteria about crime, but by incarcerating young people of any background, </w:t>
      </w:r>
      <w:r w:rsidR="00712B17" w:rsidRPr="00462137">
        <w:rPr>
          <w:rFonts w:ascii="Arial" w:hAnsi="Arial"/>
        </w:rPr>
        <w:t xml:space="preserve">Indigenous </w:t>
      </w:r>
      <w:r w:rsidR="3D76B15C" w:rsidRPr="00462137">
        <w:rPr>
          <w:rFonts w:ascii="Arial" w:hAnsi="Arial"/>
        </w:rPr>
        <w:t xml:space="preserve">or not, at the rate that is happening at present is creating criminals in the future. This is not the way to deal with the problem. </w:t>
      </w:r>
      <w:proofErr w:type="gramStart"/>
      <w:r w:rsidR="3D76B15C" w:rsidRPr="00462137">
        <w:rPr>
          <w:rFonts w:ascii="Arial" w:hAnsi="Arial"/>
        </w:rPr>
        <w:t>So</w:t>
      </w:r>
      <w:proofErr w:type="gramEnd"/>
      <w:r w:rsidR="3D76B15C" w:rsidRPr="00462137">
        <w:rPr>
          <w:rFonts w:ascii="Arial" w:hAnsi="Arial"/>
        </w:rPr>
        <w:t xml:space="preserve"> there's that. There are many other problems. And. Such as the delegation to </w:t>
      </w:r>
      <w:r w:rsidR="00712B17" w:rsidRPr="00462137">
        <w:rPr>
          <w:rFonts w:ascii="Arial" w:hAnsi="Arial"/>
        </w:rPr>
        <w:t>Indigenous</w:t>
      </w:r>
      <w:r w:rsidR="3D76B15C" w:rsidRPr="00462137">
        <w:rPr>
          <w:rFonts w:ascii="Arial" w:hAnsi="Arial"/>
        </w:rPr>
        <w:t xml:space="preserve"> corporations to deal with children who are reported under child protection laws, so that the </w:t>
      </w:r>
      <w:r w:rsidR="00712B17" w:rsidRPr="00462137">
        <w:rPr>
          <w:rFonts w:ascii="Arial" w:hAnsi="Arial"/>
        </w:rPr>
        <w:t>Indigenous</w:t>
      </w:r>
      <w:r w:rsidR="3D76B15C" w:rsidRPr="00462137">
        <w:rPr>
          <w:rFonts w:ascii="Arial" w:hAnsi="Arial"/>
        </w:rPr>
        <w:t xml:space="preserve"> community, the responsible people in the </w:t>
      </w:r>
      <w:r w:rsidR="00712B17" w:rsidRPr="00462137">
        <w:rPr>
          <w:rFonts w:ascii="Arial" w:hAnsi="Arial"/>
        </w:rPr>
        <w:t>Indigenous</w:t>
      </w:r>
      <w:r w:rsidR="3D76B15C" w:rsidRPr="00462137">
        <w:rPr>
          <w:rFonts w:ascii="Arial" w:hAnsi="Arial"/>
        </w:rPr>
        <w:t xml:space="preserve"> community are managing children who are at risk, and they're not being funneled into a vicious system where we lose them forever and they're highly damaged by the experience of the so called Child Protection System.</w:t>
      </w:r>
    </w:p>
    <w:p w14:paraId="70DF9E56" w14:textId="77777777" w:rsidR="00B66B39" w:rsidRPr="00462137" w:rsidRDefault="00B66B39">
      <w:pPr>
        <w:spacing w:after="0"/>
      </w:pPr>
    </w:p>
    <w:p w14:paraId="7D864C42" w14:textId="77777777" w:rsidR="00B66B39" w:rsidRPr="00462137" w:rsidRDefault="00C41FD6">
      <w:pPr>
        <w:spacing w:after="0"/>
      </w:pPr>
      <w:proofErr w:type="spellStart"/>
      <w:r w:rsidRPr="00462137">
        <w:rPr>
          <w:rFonts w:ascii="Arial" w:hAnsi="Arial"/>
          <w:b/>
        </w:rPr>
        <w:t>Solua</w:t>
      </w:r>
      <w:proofErr w:type="spellEnd"/>
      <w:r w:rsidRPr="00462137">
        <w:rPr>
          <w:rFonts w:ascii="Arial" w:hAnsi="Arial"/>
          <w:b/>
        </w:rPr>
        <w:t xml:space="preserve"> </w:t>
      </w:r>
      <w:proofErr w:type="gramStart"/>
      <w:r w:rsidRPr="00462137">
        <w:rPr>
          <w:rFonts w:ascii="Arial" w:hAnsi="Arial"/>
          <w:b/>
        </w:rPr>
        <w:t xml:space="preserve">Middleton  </w:t>
      </w:r>
      <w:r w:rsidRPr="00462137">
        <w:rPr>
          <w:rFonts w:ascii="Arial" w:hAnsi="Arial"/>
          <w:color w:val="5D7284"/>
        </w:rPr>
        <w:t>30:37</w:t>
      </w:r>
      <w:proofErr w:type="gramEnd"/>
    </w:p>
    <w:p w14:paraId="510FC359" w14:textId="77777777" w:rsidR="00B66B39" w:rsidRPr="00462137" w:rsidRDefault="00C41FD6">
      <w:pPr>
        <w:spacing w:after="0"/>
      </w:pPr>
      <w:r w:rsidRPr="00462137">
        <w:rPr>
          <w:rFonts w:ascii="Arial" w:hAnsi="Arial"/>
        </w:rPr>
        <w:t>And finally, do you have a message for mob?</w:t>
      </w:r>
    </w:p>
    <w:p w14:paraId="44E871BC" w14:textId="77777777" w:rsidR="00B66B39" w:rsidRPr="00462137" w:rsidRDefault="00B66B39">
      <w:pPr>
        <w:spacing w:after="0"/>
      </w:pPr>
    </w:p>
    <w:p w14:paraId="26EB4F62" w14:textId="77777777" w:rsidR="00B66B39" w:rsidRPr="00462137" w:rsidRDefault="00C41FD6">
      <w:pPr>
        <w:spacing w:after="0"/>
      </w:pPr>
      <w:r w:rsidRPr="00462137">
        <w:rPr>
          <w:rFonts w:ascii="Arial" w:hAnsi="Arial"/>
          <w:b/>
        </w:rPr>
        <w:t xml:space="preserve">Marcia </w:t>
      </w:r>
      <w:proofErr w:type="gramStart"/>
      <w:r w:rsidRPr="00462137">
        <w:rPr>
          <w:rFonts w:ascii="Arial" w:hAnsi="Arial"/>
          <w:b/>
        </w:rPr>
        <w:t xml:space="preserve">Langton  </w:t>
      </w:r>
      <w:r w:rsidRPr="00462137">
        <w:rPr>
          <w:rFonts w:ascii="Arial" w:hAnsi="Arial"/>
          <w:color w:val="5D7284"/>
        </w:rPr>
        <w:t>30:41</w:t>
      </w:r>
      <w:proofErr w:type="gramEnd"/>
    </w:p>
    <w:p w14:paraId="2D352340" w14:textId="1106839F" w:rsidR="00B66B39" w:rsidRPr="00462137" w:rsidRDefault="3D76B15C">
      <w:pPr>
        <w:spacing w:after="0"/>
      </w:pPr>
      <w:r w:rsidRPr="00462137">
        <w:rPr>
          <w:rFonts w:ascii="Arial" w:hAnsi="Arial"/>
        </w:rPr>
        <w:t xml:space="preserve">We can all do better, and it's very important that we support our young </w:t>
      </w:r>
      <w:proofErr w:type="gramStart"/>
      <w:r w:rsidRPr="00462137">
        <w:rPr>
          <w:rFonts w:ascii="Arial" w:hAnsi="Arial"/>
        </w:rPr>
        <w:t>people</w:t>
      </w:r>
      <w:r w:rsidR="715AA2E2" w:rsidRPr="00462137">
        <w:rPr>
          <w:rFonts w:ascii="Arial" w:hAnsi="Arial"/>
        </w:rPr>
        <w:t xml:space="preserve"> </w:t>
      </w:r>
      <w:r w:rsidRPr="00462137">
        <w:rPr>
          <w:rFonts w:ascii="Arial" w:hAnsi="Arial"/>
        </w:rPr>
        <w:t>and</w:t>
      </w:r>
      <w:proofErr w:type="gramEnd"/>
      <w:r w:rsidRPr="00462137">
        <w:rPr>
          <w:rFonts w:ascii="Arial" w:hAnsi="Arial"/>
        </w:rPr>
        <w:t xml:space="preserve"> </w:t>
      </w:r>
      <w:proofErr w:type="spellStart"/>
      <w:r w:rsidRPr="00462137">
        <w:rPr>
          <w:rFonts w:ascii="Arial" w:hAnsi="Arial"/>
        </w:rPr>
        <w:t>and</w:t>
      </w:r>
      <w:proofErr w:type="spellEnd"/>
      <w:r w:rsidRPr="00462137">
        <w:rPr>
          <w:rFonts w:ascii="Arial" w:hAnsi="Arial"/>
        </w:rPr>
        <w:t xml:space="preserve"> give them hope for the future and talk </w:t>
      </w:r>
      <w:proofErr w:type="gramStart"/>
      <w:r w:rsidRPr="00462137">
        <w:rPr>
          <w:rFonts w:ascii="Arial" w:hAnsi="Arial"/>
        </w:rPr>
        <w:t>about the successes</w:t>
      </w:r>
      <w:proofErr w:type="gramEnd"/>
      <w:r w:rsidRPr="00462137">
        <w:rPr>
          <w:rFonts w:ascii="Arial" w:hAnsi="Arial"/>
        </w:rPr>
        <w:t xml:space="preserve"> in our community.</w:t>
      </w:r>
    </w:p>
    <w:p w14:paraId="738610EB" w14:textId="77777777" w:rsidR="00B66B39" w:rsidRPr="00462137" w:rsidRDefault="00B66B39">
      <w:pPr>
        <w:spacing w:after="0"/>
      </w:pPr>
    </w:p>
    <w:p w14:paraId="058A663C" w14:textId="77777777" w:rsidR="00B66B39" w:rsidRPr="00462137" w:rsidRDefault="00C41FD6">
      <w:pPr>
        <w:spacing w:after="0"/>
      </w:pPr>
      <w:proofErr w:type="spellStart"/>
      <w:r w:rsidRPr="00462137">
        <w:rPr>
          <w:rFonts w:ascii="Arial" w:hAnsi="Arial"/>
          <w:b/>
        </w:rPr>
        <w:t>Solua</w:t>
      </w:r>
      <w:proofErr w:type="spellEnd"/>
      <w:r w:rsidRPr="00462137">
        <w:rPr>
          <w:rFonts w:ascii="Arial" w:hAnsi="Arial"/>
          <w:b/>
        </w:rPr>
        <w:t xml:space="preserve"> </w:t>
      </w:r>
      <w:proofErr w:type="gramStart"/>
      <w:r w:rsidRPr="00462137">
        <w:rPr>
          <w:rFonts w:ascii="Arial" w:hAnsi="Arial"/>
          <w:b/>
        </w:rPr>
        <w:t xml:space="preserve">Middleton  </w:t>
      </w:r>
      <w:r w:rsidRPr="00462137">
        <w:rPr>
          <w:rFonts w:ascii="Arial" w:hAnsi="Arial"/>
          <w:color w:val="5D7284"/>
        </w:rPr>
        <w:t>31:01</w:t>
      </w:r>
      <w:proofErr w:type="gramEnd"/>
    </w:p>
    <w:p w14:paraId="2B290AC1" w14:textId="550B3608" w:rsidR="00B66B39" w:rsidRPr="00462137" w:rsidRDefault="3D76B15C">
      <w:pPr>
        <w:spacing w:after="0"/>
      </w:pPr>
      <w:r w:rsidRPr="00462137">
        <w:rPr>
          <w:rFonts w:ascii="Arial" w:hAnsi="Arial"/>
        </w:rPr>
        <w:t xml:space="preserve">Dreaming with thanks to Thomas </w:t>
      </w:r>
      <w:r w:rsidR="4B2E245C" w:rsidRPr="00462137">
        <w:rPr>
          <w:rFonts w:ascii="Arial" w:hAnsi="Arial"/>
        </w:rPr>
        <w:t>M</w:t>
      </w:r>
      <w:r w:rsidRPr="00462137">
        <w:rPr>
          <w:rFonts w:ascii="Arial" w:hAnsi="Arial"/>
        </w:rPr>
        <w:t>ayo and Professor Marcia Langton,</w:t>
      </w:r>
    </w:p>
    <w:p w14:paraId="637805D2" w14:textId="77777777" w:rsidR="00B66B39" w:rsidRPr="00462137" w:rsidRDefault="00B66B39">
      <w:pPr>
        <w:spacing w:after="0"/>
      </w:pPr>
    </w:p>
    <w:p w14:paraId="0C52B372" w14:textId="77777777" w:rsidR="00B66B39" w:rsidRPr="00462137" w:rsidRDefault="00C41FD6">
      <w:pPr>
        <w:spacing w:after="0"/>
      </w:pPr>
      <w:proofErr w:type="spellStart"/>
      <w:r w:rsidRPr="00462137">
        <w:rPr>
          <w:rFonts w:ascii="Arial" w:hAnsi="Arial"/>
          <w:b/>
        </w:rPr>
        <w:t>Solua</w:t>
      </w:r>
      <w:proofErr w:type="spellEnd"/>
      <w:r w:rsidRPr="00462137">
        <w:rPr>
          <w:rFonts w:ascii="Arial" w:hAnsi="Arial"/>
          <w:b/>
        </w:rPr>
        <w:t xml:space="preserve"> </w:t>
      </w:r>
      <w:proofErr w:type="gramStart"/>
      <w:r w:rsidRPr="00462137">
        <w:rPr>
          <w:rFonts w:ascii="Arial" w:hAnsi="Arial"/>
          <w:b/>
        </w:rPr>
        <w:t xml:space="preserve">Middleton  </w:t>
      </w:r>
      <w:r w:rsidRPr="00462137">
        <w:rPr>
          <w:rFonts w:ascii="Arial" w:hAnsi="Arial"/>
          <w:color w:val="5D7284"/>
        </w:rPr>
        <w:t>31:11</w:t>
      </w:r>
      <w:proofErr w:type="gramEnd"/>
    </w:p>
    <w:p w14:paraId="053132EB" w14:textId="2E18BE3E" w:rsidR="00B66B39" w:rsidRDefault="4ABBABFD">
      <w:pPr>
        <w:spacing w:after="0"/>
      </w:pPr>
      <w:r w:rsidRPr="00462137">
        <w:rPr>
          <w:rFonts w:ascii="Arial" w:hAnsi="Arial"/>
        </w:rPr>
        <w:t>G</w:t>
      </w:r>
      <w:r w:rsidR="3D76B15C" w:rsidRPr="00462137">
        <w:rPr>
          <w:rFonts w:ascii="Arial" w:hAnsi="Arial"/>
        </w:rPr>
        <w:t xml:space="preserve">athering strength is a </w:t>
      </w:r>
      <w:r w:rsidR="006C5EE3" w:rsidRPr="00462137">
        <w:rPr>
          <w:rFonts w:ascii="Arial" w:hAnsi="Arial"/>
        </w:rPr>
        <w:t>four-part</w:t>
      </w:r>
      <w:r w:rsidR="3D76B15C" w:rsidRPr="00462137">
        <w:rPr>
          <w:rFonts w:ascii="Arial" w:hAnsi="Arial"/>
        </w:rPr>
        <w:t xml:space="preserve"> series where I yarn with First Nations community members about how to protect their human rights. It's part of the rights made real podcast supported by the Queensland Human Rights Commission. This episode also featured </w:t>
      </w:r>
      <w:r w:rsidR="006C5EE3" w:rsidRPr="00462137">
        <w:rPr>
          <w:rFonts w:ascii="Arial" w:hAnsi="Arial"/>
        </w:rPr>
        <w:t xml:space="preserve">Mena Waller, </w:t>
      </w:r>
      <w:r w:rsidR="3D76B15C" w:rsidRPr="00462137">
        <w:rPr>
          <w:rFonts w:ascii="Arial" w:hAnsi="Arial"/>
        </w:rPr>
        <w:t xml:space="preserve">Alf Lacey, Manny Williams, Michelle </w:t>
      </w:r>
      <w:proofErr w:type="spellStart"/>
      <w:r w:rsidR="3D76B15C" w:rsidRPr="00462137">
        <w:rPr>
          <w:rFonts w:ascii="Arial" w:hAnsi="Arial"/>
        </w:rPr>
        <w:t>Deshong</w:t>
      </w:r>
      <w:proofErr w:type="spellEnd"/>
      <w:r w:rsidR="3D76B15C" w:rsidRPr="00462137">
        <w:rPr>
          <w:rFonts w:ascii="Arial" w:hAnsi="Arial"/>
        </w:rPr>
        <w:t xml:space="preserve">, Ruth Simpson, Professor Chelsea </w:t>
      </w:r>
      <w:proofErr w:type="spellStart"/>
      <w:r w:rsidR="00ED35A1" w:rsidRPr="00462137">
        <w:rPr>
          <w:rFonts w:ascii="Arial" w:hAnsi="Arial"/>
        </w:rPr>
        <w:t>W</w:t>
      </w:r>
      <w:r w:rsidR="3D76B15C" w:rsidRPr="00462137">
        <w:rPr>
          <w:rFonts w:ascii="Arial" w:hAnsi="Arial"/>
        </w:rPr>
        <w:t>atego</w:t>
      </w:r>
      <w:proofErr w:type="spellEnd"/>
      <w:r w:rsidR="3D76B15C" w:rsidRPr="00462137">
        <w:rPr>
          <w:rFonts w:ascii="Arial" w:hAnsi="Arial"/>
        </w:rPr>
        <w:t xml:space="preserve"> and Aboriginal and Torres Strait Islander Social Justice Commissioner Katie Kiss</w:t>
      </w:r>
      <w:r w:rsidR="006C5EE3" w:rsidRPr="00462137">
        <w:rPr>
          <w:rFonts w:ascii="Arial" w:hAnsi="Arial"/>
        </w:rPr>
        <w:t>.</w:t>
      </w:r>
      <w:r w:rsidR="3D76B15C" w:rsidRPr="00462137">
        <w:rPr>
          <w:rFonts w:ascii="Arial" w:hAnsi="Arial"/>
        </w:rPr>
        <w:t xml:space="preserve"> </w:t>
      </w:r>
      <w:r w:rsidR="006C5EE3" w:rsidRPr="00462137">
        <w:rPr>
          <w:rFonts w:ascii="Arial" w:hAnsi="Arial"/>
        </w:rPr>
        <w:t xml:space="preserve">A </w:t>
      </w:r>
      <w:r w:rsidR="3D76B15C" w:rsidRPr="00462137">
        <w:rPr>
          <w:rFonts w:ascii="Arial" w:hAnsi="Arial"/>
        </w:rPr>
        <w:t xml:space="preserve">huge thank you to all the First Nations community members who spoke to us for this podcast and the film. There's also a gathering strength film which extends this conversation. You can watch it on the Queensland Human Rights Commission YouTube channel. Rights made real is supported by the Queensland Human Rights Commission and produced by </w:t>
      </w:r>
      <w:proofErr w:type="spellStart"/>
      <w:r w:rsidR="3D76B15C" w:rsidRPr="00462137">
        <w:rPr>
          <w:rFonts w:ascii="Arial" w:hAnsi="Arial"/>
        </w:rPr>
        <w:t>Deadset</w:t>
      </w:r>
      <w:proofErr w:type="spellEnd"/>
      <w:r w:rsidR="3D76B15C" w:rsidRPr="00462137">
        <w:rPr>
          <w:rFonts w:ascii="Arial" w:hAnsi="Arial"/>
        </w:rPr>
        <w:t xml:space="preserve"> Studios. Our executive producer is Kell</w:t>
      </w:r>
      <w:r w:rsidR="006C5EE3" w:rsidRPr="00462137">
        <w:rPr>
          <w:rFonts w:ascii="Arial" w:hAnsi="Arial"/>
        </w:rPr>
        <w:t>ie</w:t>
      </w:r>
      <w:r w:rsidR="3D76B15C" w:rsidRPr="00462137">
        <w:rPr>
          <w:rFonts w:ascii="Arial" w:hAnsi="Arial"/>
        </w:rPr>
        <w:t xml:space="preserve"> </w:t>
      </w:r>
      <w:r w:rsidR="65FD30F4" w:rsidRPr="00462137">
        <w:rPr>
          <w:rFonts w:ascii="Arial" w:hAnsi="Arial"/>
        </w:rPr>
        <w:t>Riordan</w:t>
      </w:r>
      <w:r w:rsidR="3D76B15C" w:rsidRPr="00462137">
        <w:rPr>
          <w:rFonts w:ascii="Arial" w:hAnsi="Arial"/>
        </w:rPr>
        <w:t xml:space="preserve">. Supervising Producer is Rebecca </w:t>
      </w:r>
      <w:r w:rsidR="57B09B29" w:rsidRPr="00462137">
        <w:rPr>
          <w:rFonts w:ascii="Arial" w:hAnsi="Arial"/>
        </w:rPr>
        <w:t>Le</w:t>
      </w:r>
      <w:r w:rsidR="3D76B15C" w:rsidRPr="00462137">
        <w:rPr>
          <w:rFonts w:ascii="Arial" w:hAnsi="Arial"/>
        </w:rPr>
        <w:t>vingston and editor is Liam R</w:t>
      </w:r>
      <w:r w:rsidR="3F4146FC" w:rsidRPr="00462137">
        <w:rPr>
          <w:rFonts w:ascii="Arial" w:hAnsi="Arial"/>
        </w:rPr>
        <w:t>iorda</w:t>
      </w:r>
      <w:r w:rsidR="3D76B15C" w:rsidRPr="00462137">
        <w:rPr>
          <w:rFonts w:ascii="Arial" w:hAnsi="Arial"/>
        </w:rPr>
        <w:t>n. Theme music was composed by Clay Cas</w:t>
      </w:r>
      <w:r w:rsidR="2749C983" w:rsidRPr="00462137">
        <w:rPr>
          <w:rFonts w:ascii="Arial" w:hAnsi="Arial"/>
        </w:rPr>
        <w:t>sar-Daley</w:t>
      </w:r>
      <w:r w:rsidR="3D76B15C" w:rsidRPr="00462137">
        <w:rPr>
          <w:rFonts w:ascii="Arial" w:hAnsi="Arial"/>
        </w:rPr>
        <w:t xml:space="preserve"> and I'm </w:t>
      </w:r>
      <w:proofErr w:type="spellStart"/>
      <w:r w:rsidR="5939A326" w:rsidRPr="00462137">
        <w:rPr>
          <w:rFonts w:ascii="Arial" w:hAnsi="Arial"/>
        </w:rPr>
        <w:t>So</w:t>
      </w:r>
      <w:r w:rsidR="3D76B15C" w:rsidRPr="00462137">
        <w:rPr>
          <w:rFonts w:ascii="Arial" w:hAnsi="Arial"/>
        </w:rPr>
        <w:t>lua</w:t>
      </w:r>
      <w:proofErr w:type="spellEnd"/>
      <w:r w:rsidR="3D76B15C" w:rsidRPr="00462137">
        <w:rPr>
          <w:rFonts w:ascii="Arial" w:hAnsi="Arial"/>
        </w:rPr>
        <w:t xml:space="preserve"> Middleton.</w:t>
      </w:r>
    </w:p>
    <w:sectPr w:rsidR="00B66B39" w:rsidSect="001216B9">
      <w:footerReference w:type="even" r:id="rId16"/>
      <w:footerReference w:type="default" r:id="rId17"/>
      <w:pgSz w:w="12240" w:h="15840"/>
      <w:pgMar w:top="1440" w:right="1080" w:bottom="1440" w:left="1080" w:header="720" w:footer="720" w:gutter="0"/>
      <w:pgNumType w:fmt="numberInDash"/>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Ronja Sen" w:date="2025-10-10T09:50:00Z" w:initials="RS">
    <w:p w14:paraId="2D9B20A8" w14:textId="77777777" w:rsidR="00A260F1" w:rsidRDefault="00A260F1" w:rsidP="00A260F1">
      <w:pPr>
        <w:pStyle w:val="CommentText"/>
      </w:pPr>
      <w:r>
        <w:rPr>
          <w:rStyle w:val="CommentReference"/>
        </w:rPr>
        <w:annotationRef/>
      </w:r>
      <w:r>
        <w:t>Correct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D9B20A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6F07252" w16cex:dateUtc="2025-10-09T23: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D9B20A8" w16cid:durableId="06F0725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E7A45" w14:textId="77777777" w:rsidR="00514128" w:rsidRDefault="00514128">
      <w:pPr>
        <w:spacing w:after="0" w:line="240" w:lineRule="auto"/>
      </w:pPr>
      <w:r>
        <w:separator/>
      </w:r>
    </w:p>
  </w:endnote>
  <w:endnote w:type="continuationSeparator" w:id="0">
    <w:p w14:paraId="79DF1765" w14:textId="77777777" w:rsidR="00514128" w:rsidRDefault="00514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72650680"/>
      <w:docPartObj>
        <w:docPartGallery w:val="Page Numbers (Bottom of Page)"/>
        <w:docPartUnique/>
      </w:docPartObj>
    </w:sdtPr>
    <w:sdtEndPr>
      <w:rPr>
        <w:rStyle w:val="PageNumber"/>
      </w:rPr>
    </w:sdtEndPr>
    <w:sdtContent>
      <w:p w14:paraId="5B49F2F0" w14:textId="0D664EC5"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EndPr>
      <w:rPr>
        <w:rStyle w:val="PageNumber"/>
      </w:rPr>
    </w:sdtEndPr>
    <w:sdtContent>
      <w:p w14:paraId="17BA4339" w14:textId="3F160B4F"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0DD35F"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rPr>
      <w:id w:val="1113323662"/>
      <w:docPartObj>
        <w:docPartGallery w:val="Page Numbers (Bottom of Page)"/>
        <w:docPartUnique/>
      </w:docPartObj>
    </w:sdtPr>
    <w:sdtEndPr>
      <w:rPr>
        <w:rStyle w:val="PageNumber"/>
      </w:rPr>
    </w:sdtEndPr>
    <w:sdtContent>
      <w:p w14:paraId="414BB7FC" w14:textId="3CBEBC9E" w:rsidR="001216B9" w:rsidRPr="009C3AF0" w:rsidRDefault="001216B9" w:rsidP="00A73672">
        <w:pPr>
          <w:pStyle w:val="Footer"/>
          <w:framePr w:wrap="none" w:vAnchor="text" w:hAnchor="margin"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14:paraId="1A7AEB9B" w14:textId="6C2B180A" w:rsidR="00930F33" w:rsidRPr="009C3AF0" w:rsidRDefault="001216B9">
    <w:pPr>
      <w:pStyle w:val="Footer"/>
      <w:rPr>
        <w:rFonts w:ascii="Arial" w:hAnsi="Arial" w:cs="Arial"/>
        <w:color w:val="BFBFBF" w:themeColor="background1" w:themeShade="BF"/>
      </w:rPr>
    </w:pPr>
    <w:r w:rsidRPr="009C3AF0">
      <w:rPr>
        <w:rFonts w:ascii="Arial" w:hAnsi="Arial" w:cs="Arial"/>
        <w:color w:val="BFBFBF" w:themeColor="background1" w:themeShade="BF"/>
      </w:rPr>
      <w:ptab w:relativeTo="margin" w:alignment="center" w:leader="none"/>
    </w:r>
    <w:r w:rsidRPr="009C3AF0">
      <w:rPr>
        <w:rFonts w:ascii="Arial" w:hAnsi="Arial" w:cs="Arial"/>
        <w:color w:val="BFBFBF" w:themeColor="background1" w:themeShade="BF"/>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AD0FB" w14:textId="77777777" w:rsidR="00514128" w:rsidRDefault="00514128">
      <w:pPr>
        <w:spacing w:after="0" w:line="240" w:lineRule="auto"/>
      </w:pPr>
      <w:r>
        <w:separator/>
      </w:r>
    </w:p>
  </w:footnote>
  <w:footnote w:type="continuationSeparator" w:id="0">
    <w:p w14:paraId="2F476D76" w14:textId="77777777" w:rsidR="00514128" w:rsidRDefault="005141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91346543">
    <w:abstractNumId w:val="8"/>
  </w:num>
  <w:num w:numId="2" w16cid:durableId="418868202">
    <w:abstractNumId w:val="6"/>
  </w:num>
  <w:num w:numId="3" w16cid:durableId="1053886894">
    <w:abstractNumId w:val="5"/>
  </w:num>
  <w:num w:numId="4" w16cid:durableId="1752845341">
    <w:abstractNumId w:val="4"/>
  </w:num>
  <w:num w:numId="5" w16cid:durableId="225455332">
    <w:abstractNumId w:val="7"/>
  </w:num>
  <w:num w:numId="6" w16cid:durableId="77295389">
    <w:abstractNumId w:val="3"/>
  </w:num>
  <w:num w:numId="7" w16cid:durableId="972324550">
    <w:abstractNumId w:val="2"/>
  </w:num>
  <w:num w:numId="8" w16cid:durableId="1978484371">
    <w:abstractNumId w:val="1"/>
  </w:num>
  <w:num w:numId="9" w16cid:durableId="116281316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nja Sen">
    <w15:presenceInfo w15:providerId="AD" w15:userId="S::Ronja.Sen@qhrc.qld.gov.au::5f335fbe-6b2d-4963-8607-02c8d5bc137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A6B"/>
    <w:rsid w:val="0006063C"/>
    <w:rsid w:val="00066610"/>
    <w:rsid w:val="00096E70"/>
    <w:rsid w:val="000B2F94"/>
    <w:rsid w:val="000B5233"/>
    <w:rsid w:val="001216B9"/>
    <w:rsid w:val="00121B15"/>
    <w:rsid w:val="00134763"/>
    <w:rsid w:val="0015074B"/>
    <w:rsid w:val="00193B8B"/>
    <w:rsid w:val="002774C9"/>
    <w:rsid w:val="0029639D"/>
    <w:rsid w:val="002B530F"/>
    <w:rsid w:val="002B6C88"/>
    <w:rsid w:val="00326F90"/>
    <w:rsid w:val="00386B76"/>
    <w:rsid w:val="003B465C"/>
    <w:rsid w:val="00433192"/>
    <w:rsid w:val="00462137"/>
    <w:rsid w:val="004A2D0B"/>
    <w:rsid w:val="004A641F"/>
    <w:rsid w:val="004B593C"/>
    <w:rsid w:val="004E2D0B"/>
    <w:rsid w:val="00503AF2"/>
    <w:rsid w:val="0051093A"/>
    <w:rsid w:val="00514128"/>
    <w:rsid w:val="005B4FF6"/>
    <w:rsid w:val="005D62BD"/>
    <w:rsid w:val="005E76D6"/>
    <w:rsid w:val="00616D4F"/>
    <w:rsid w:val="006261C2"/>
    <w:rsid w:val="00637D1A"/>
    <w:rsid w:val="006524FE"/>
    <w:rsid w:val="006C5EE3"/>
    <w:rsid w:val="006E2A8C"/>
    <w:rsid w:val="006F3873"/>
    <w:rsid w:val="00712B17"/>
    <w:rsid w:val="00745935"/>
    <w:rsid w:val="007749AF"/>
    <w:rsid w:val="00784972"/>
    <w:rsid w:val="00794EBC"/>
    <w:rsid w:val="007A2EC8"/>
    <w:rsid w:val="007A7052"/>
    <w:rsid w:val="007F4A86"/>
    <w:rsid w:val="008A1FD9"/>
    <w:rsid w:val="008F4C4E"/>
    <w:rsid w:val="00912B37"/>
    <w:rsid w:val="00916F3A"/>
    <w:rsid w:val="00930F33"/>
    <w:rsid w:val="0093319B"/>
    <w:rsid w:val="009469E4"/>
    <w:rsid w:val="00984928"/>
    <w:rsid w:val="009B2902"/>
    <w:rsid w:val="009C3AF0"/>
    <w:rsid w:val="009C45C9"/>
    <w:rsid w:val="00A12EE5"/>
    <w:rsid w:val="00A260F1"/>
    <w:rsid w:val="00A87C7C"/>
    <w:rsid w:val="00A94197"/>
    <w:rsid w:val="00AA1D8D"/>
    <w:rsid w:val="00AA65F5"/>
    <w:rsid w:val="00AE3447"/>
    <w:rsid w:val="00AF4700"/>
    <w:rsid w:val="00B47730"/>
    <w:rsid w:val="00B54603"/>
    <w:rsid w:val="00B66B39"/>
    <w:rsid w:val="00BA4C2B"/>
    <w:rsid w:val="00BD0140"/>
    <w:rsid w:val="00C04390"/>
    <w:rsid w:val="00C24502"/>
    <w:rsid w:val="00C41FD6"/>
    <w:rsid w:val="00CB0664"/>
    <w:rsid w:val="00CB55BD"/>
    <w:rsid w:val="00D57E81"/>
    <w:rsid w:val="00DA218A"/>
    <w:rsid w:val="00DB17DC"/>
    <w:rsid w:val="00E2147B"/>
    <w:rsid w:val="00E33399"/>
    <w:rsid w:val="00E34C19"/>
    <w:rsid w:val="00E5268D"/>
    <w:rsid w:val="00ED3244"/>
    <w:rsid w:val="00ED35A1"/>
    <w:rsid w:val="00F010C2"/>
    <w:rsid w:val="00F93DC7"/>
    <w:rsid w:val="00FB7BB7"/>
    <w:rsid w:val="00FC693F"/>
    <w:rsid w:val="00FF195C"/>
    <w:rsid w:val="05528C70"/>
    <w:rsid w:val="05B0C225"/>
    <w:rsid w:val="082495CD"/>
    <w:rsid w:val="1073A152"/>
    <w:rsid w:val="1111FF45"/>
    <w:rsid w:val="11D0AD4D"/>
    <w:rsid w:val="157E32AB"/>
    <w:rsid w:val="1A570CDA"/>
    <w:rsid w:val="1B52839B"/>
    <w:rsid w:val="1BD32721"/>
    <w:rsid w:val="1C0B20E9"/>
    <w:rsid w:val="2081584A"/>
    <w:rsid w:val="21F6641E"/>
    <w:rsid w:val="233835F4"/>
    <w:rsid w:val="2749C983"/>
    <w:rsid w:val="28770D6D"/>
    <w:rsid w:val="2970F110"/>
    <w:rsid w:val="3690AD80"/>
    <w:rsid w:val="38EA90F5"/>
    <w:rsid w:val="3D76B15C"/>
    <w:rsid w:val="3EFB6EB2"/>
    <w:rsid w:val="3F4146FC"/>
    <w:rsid w:val="3F6A2598"/>
    <w:rsid w:val="408A8FEF"/>
    <w:rsid w:val="417A226E"/>
    <w:rsid w:val="418F4762"/>
    <w:rsid w:val="4ABBABFD"/>
    <w:rsid w:val="4B2E245C"/>
    <w:rsid w:val="4D410EAA"/>
    <w:rsid w:val="4DC19D26"/>
    <w:rsid w:val="50BBABFE"/>
    <w:rsid w:val="57B09B29"/>
    <w:rsid w:val="5939A326"/>
    <w:rsid w:val="5A731050"/>
    <w:rsid w:val="5D48F1D4"/>
    <w:rsid w:val="5FF3423B"/>
    <w:rsid w:val="6096ABE0"/>
    <w:rsid w:val="60D84159"/>
    <w:rsid w:val="63E84B71"/>
    <w:rsid w:val="65FD30F4"/>
    <w:rsid w:val="6EE4FA17"/>
    <w:rsid w:val="715AA2E2"/>
    <w:rsid w:val="75FD6AC3"/>
    <w:rsid w:val="7678494F"/>
    <w:rsid w:val="7D48E0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88BA53"/>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 w:type="character" w:styleId="CommentReference">
    <w:name w:val="annotation reference"/>
    <w:basedOn w:val="DefaultParagraphFont"/>
    <w:uiPriority w:val="99"/>
    <w:semiHidden/>
    <w:unhideWhenUsed/>
    <w:rsid w:val="004A2D0B"/>
    <w:rPr>
      <w:sz w:val="16"/>
      <w:szCs w:val="16"/>
    </w:rPr>
  </w:style>
  <w:style w:type="paragraph" w:styleId="CommentText">
    <w:name w:val="annotation text"/>
    <w:basedOn w:val="Normal"/>
    <w:link w:val="CommentTextChar"/>
    <w:uiPriority w:val="99"/>
    <w:unhideWhenUsed/>
    <w:rsid w:val="004A2D0B"/>
    <w:pPr>
      <w:spacing w:line="240" w:lineRule="auto"/>
    </w:pPr>
    <w:rPr>
      <w:sz w:val="20"/>
      <w:szCs w:val="20"/>
    </w:rPr>
  </w:style>
  <w:style w:type="character" w:customStyle="1" w:styleId="CommentTextChar">
    <w:name w:val="Comment Text Char"/>
    <w:basedOn w:val="DefaultParagraphFont"/>
    <w:link w:val="CommentText"/>
    <w:uiPriority w:val="99"/>
    <w:rsid w:val="004A2D0B"/>
    <w:rPr>
      <w:sz w:val="20"/>
      <w:szCs w:val="20"/>
    </w:rPr>
  </w:style>
  <w:style w:type="paragraph" w:styleId="CommentSubject">
    <w:name w:val="annotation subject"/>
    <w:basedOn w:val="CommentText"/>
    <w:next w:val="CommentText"/>
    <w:link w:val="CommentSubjectChar"/>
    <w:uiPriority w:val="99"/>
    <w:semiHidden/>
    <w:unhideWhenUsed/>
    <w:rsid w:val="004A2D0B"/>
    <w:rPr>
      <w:b/>
      <w:bCs/>
    </w:rPr>
  </w:style>
  <w:style w:type="character" w:customStyle="1" w:styleId="CommentSubjectChar">
    <w:name w:val="Comment Subject Char"/>
    <w:basedOn w:val="CommentTextChar"/>
    <w:link w:val="CommentSubject"/>
    <w:uiPriority w:val="99"/>
    <w:semiHidden/>
    <w:rsid w:val="004A2D0B"/>
    <w:rPr>
      <w:b/>
      <w:bCs/>
      <w:sz w:val="20"/>
      <w:szCs w:val="20"/>
    </w:rPr>
  </w:style>
  <w:style w:type="paragraph" w:styleId="Revision">
    <w:name w:val="Revision"/>
    <w:hidden/>
    <w:uiPriority w:val="99"/>
    <w:semiHidden/>
    <w:rsid w:val="004A2D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8/08/relationships/commentsExtensible" Target="commentsExtensible.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QHRC Document" ma:contentTypeID="0x0101000118694C86DCC840B8A954DADB00E5EA003E84DEDAC4846149B794043C96BA4143" ma:contentTypeVersion="20" ma:contentTypeDescription="" ma:contentTypeScope="" ma:versionID="90c89db547b50091b1bb51c7ae397417">
  <xsd:schema xmlns:xsd="http://www.w3.org/2001/XMLSchema" xmlns:xs="http://www.w3.org/2001/XMLSchema" xmlns:p="http://schemas.microsoft.com/office/2006/metadata/properties" xmlns:ns2="0c43c72d-eb76-4049-99ea-07473b15cc0c" xmlns:ns3="ca61dc34-46aa-470b-af0e-0de93029fe6e" targetNamespace="http://schemas.microsoft.com/office/2006/metadata/properties" ma:root="true" ma:fieldsID="adc72efcd1fbbd0f9274fa15a7aa5f3c" ns2:_="" ns3:_="">
    <xsd:import namespace="0c43c72d-eb76-4049-99ea-07473b15cc0c"/>
    <xsd:import namespace="ca61dc34-46aa-470b-af0e-0de93029fe6e"/>
    <xsd:element name="properties">
      <xsd:complexType>
        <xsd:sequence>
          <xsd:element name="documentManagement">
            <xsd:complexType>
              <xsd:all>
                <xsd:element ref="ns2:oa9fbd0508de436da13dc19a72853b3f" minOccurs="0"/>
                <xsd:element ref="ns3:TaxCatchAll" minOccurs="0"/>
                <xsd:element ref="ns2:TaxCatchAllLabel" minOccurs="0"/>
                <xsd:element ref="ns2:ProjectType" minOccurs="0"/>
                <xsd:element ref="ns2:ConsentStatus" minOccurs="0"/>
                <xsd:element ref="ns2:eeb7374700b34cdba6ada6117c616034"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43c72d-eb76-4049-99ea-07473b15cc0c" elementFormDefault="qualified">
    <xsd:import namespace="http://schemas.microsoft.com/office/2006/documentManagement/types"/>
    <xsd:import namespace="http://schemas.microsoft.com/office/infopath/2007/PartnerControls"/>
    <xsd:element name="oa9fbd0508de436da13dc19a72853b3f" ma:index="8" nillable="true" ma:displayName="DocumentType_0" ma:hidden="true" ma:internalName="oa9fbd0508de436da13dc19a72853b3f">
      <xsd:simpleType>
        <xsd:restriction base="dms:Note"/>
      </xsd:simpleType>
    </xsd:element>
    <xsd:element name="TaxCatchAllLabel" ma:index="10" nillable="true" ma:displayName="Taxonomy Catch All Column1" ma:hidden="true" ma:list="{1077a3bf-a85c-4608-877e-9ab734cca5a7}" ma:internalName="TaxCatchAllLabel" ma:readOnly="true" ma:showField="CatchAllDataLabel">
      <xsd:complexType>
        <xsd:complexContent>
          <xsd:extension base="dms:MultiChoiceLookup">
            <xsd:sequence>
              <xsd:element name="Value" type="dms:Lookup" maxOccurs="unbounded" minOccurs="0" nillable="true"/>
            </xsd:sequence>
          </xsd:extension>
        </xsd:complexContent>
      </xsd:complexType>
    </xsd:element>
    <xsd:element name="ProjectType" ma:index="12" nillable="true" ma:displayName="Campaigns/Project Type" ma:format="Dropdown" ma:internalName="ProjectType">
      <xsd:simpleType>
        <xsd:restriction base="dms:Choice">
          <xsd:enumeration value="Event"/>
          <xsd:enumeration value="Publication"/>
        </xsd:restriction>
      </xsd:simpleType>
    </xsd:element>
    <xsd:element name="ConsentStatus" ma:index="13" nillable="true" ma:displayName="Consent Status" ma:format="Dropdown" ma:internalName="ConsentStatus">
      <xsd:simpleType>
        <xsd:restriction base="dms:Choice">
          <xsd:enumeration value="Consent withdrawn"/>
          <xsd:enumeration value="Not applicable"/>
          <xsd:enumeration value="Consent applicable"/>
        </xsd:restriction>
      </xsd:simpleType>
    </xsd:element>
    <xsd:element name="eeb7374700b34cdba6ada6117c616034" ma:index="15" nillable="true" ma:taxonomy="true" ma:internalName="eeb7374700b34cdba6ada6117c616034" ma:taxonomyFieldName="CalendarYear" ma:displayName="Calendar Year" ma:default="36;#2025|673bede0-8f6d-40f0-a0d2-3ae341685de0" ma:fieldId="{eeb73747-00b3-4cdb-a6ad-a6117c616034}" ma:sspId="6155ed63-341b-4a6d-8d92-bc71a3205411" ma:termSetId="8be0305c-b7a6-464c-ae96-1446ddc0e5a5" ma:anchorId="00000000-0000-0000-0000-000000000000" ma:open="false" ma:isKeyword="false">
      <xsd:complexType>
        <xsd:sequence>
          <xsd:element ref="pc:Terms" minOccurs="0" maxOccurs="1"/>
        </xsd:sequence>
      </xsd:complex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6155ed63-341b-4a6d-8d92-bc71a3205411"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Location" ma:index="2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61dc34-46aa-470b-af0e-0de93029fe6e" elementFormDefault="qualified">
    <xsd:import namespace="http://schemas.microsoft.com/office/2006/documentManagement/types"/>
    <xsd:import namespace="http://schemas.microsoft.com/office/infopath/2007/PartnerControls"/>
    <xsd:element name="TaxCatchAll" ma:index="9" nillable="true" ma:displayName="Taxonomy Catch All Column" ma:description="" ma:hidden="true" ma:list="{1077a3bf-a85c-4608-877e-9ab734cca5a7}" ma:internalName="TaxCatchAll" ma:showField="CatchAllData" ma:web="66e99b15-4c5c-4657-a98c-11e0a07311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43c72d-eb76-4049-99ea-07473b15cc0c">
      <Terms xmlns="http://schemas.microsoft.com/office/infopath/2007/PartnerControls"/>
    </lcf76f155ced4ddcb4097134ff3c332f>
    <TaxCatchAll xmlns="ca61dc34-46aa-470b-af0e-0de93029fe6e">
      <Value>36</Value>
    </TaxCatchAll>
    <eeb7374700b34cdba6ada6117c616034 xmlns="0c43c72d-eb76-4049-99ea-07473b15cc0c">
      <Terms xmlns="http://schemas.microsoft.com/office/infopath/2007/PartnerControls">
        <TermInfo xmlns="http://schemas.microsoft.com/office/infopath/2007/PartnerControls">
          <TermName xmlns="http://schemas.microsoft.com/office/infopath/2007/PartnerControls">2025</TermName>
          <TermId xmlns="http://schemas.microsoft.com/office/infopath/2007/PartnerControls">673bede0-8f6d-40f0-a0d2-3ae341685de0</TermId>
        </TermInfo>
      </Terms>
    </eeb7374700b34cdba6ada6117c616034>
    <oa9fbd0508de436da13dc19a72853b3f xmlns="0c43c72d-eb76-4049-99ea-07473b15cc0c" xsi:nil="true"/>
    <ConsentStatus xmlns="0c43c72d-eb76-4049-99ea-07473b15cc0c" xsi:nil="true"/>
    <ProjectType xmlns="0c43c72d-eb76-4049-99ea-07473b15cc0c" xsi:nil="true"/>
  </documentManagement>
</p:properties>
</file>

<file path=customXml/item4.xml><?xml version="1.0" encoding="utf-8"?>
<?mso-contentType ?>
<SharedContentType xmlns="Microsoft.SharePoint.Taxonomy.ContentTypeSync" SourceId="6155ed63-341b-4a6d-8d92-bc71a3205411" ContentTypeId="0x0101000118694C86DCC840B8A954DADB00E5EA" PreviousValue="fals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886EBA-A573-427F-9109-154FC3E1BA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43c72d-eb76-4049-99ea-07473b15cc0c"/>
    <ds:schemaRef ds:uri="ca61dc34-46aa-470b-af0e-0de93029f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7E31B0-F11E-4ECB-8820-DC04262D35E9}">
  <ds:schemaRefs>
    <ds:schemaRef ds:uri="http://schemas.microsoft.com/sharepoint/v3/contenttype/forms"/>
  </ds:schemaRefs>
</ds:datastoreItem>
</file>

<file path=customXml/itemProps3.xml><?xml version="1.0" encoding="utf-8"?>
<ds:datastoreItem xmlns:ds="http://schemas.openxmlformats.org/officeDocument/2006/customXml" ds:itemID="{516BB5EF-E957-4DC4-A387-3220D1C0F76C}">
  <ds:schemaRefs>
    <ds:schemaRef ds:uri="http://schemas.microsoft.com/office/2006/metadata/properties"/>
    <ds:schemaRef ds:uri="http://schemas.microsoft.com/office/infopath/2007/PartnerControls"/>
    <ds:schemaRef ds:uri="0c43c72d-eb76-4049-99ea-07473b15cc0c"/>
    <ds:schemaRef ds:uri="ca61dc34-46aa-470b-af0e-0de93029fe6e"/>
  </ds:schemaRefs>
</ds:datastoreItem>
</file>

<file path=customXml/itemProps4.xml><?xml version="1.0" encoding="utf-8"?>
<ds:datastoreItem xmlns:ds="http://schemas.openxmlformats.org/officeDocument/2006/customXml" ds:itemID="{145810D0-0F7D-4622-B793-F00BD6096972}">
  <ds:schemaRefs>
    <ds:schemaRef ds:uri="Microsoft.SharePoint.Taxonomy.ContentTypeSync"/>
  </ds:schemaRefs>
</ds:datastoreItem>
</file>

<file path=customXml/itemProps5.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4550</Words>
  <Characters>21973</Characters>
  <Application>Microsoft Office Word</Application>
  <DocSecurity>0</DocSecurity>
  <Lines>384</Lines>
  <Paragraphs>107</Paragraphs>
  <ScaleCrop>false</ScaleCrop>
  <Manager/>
  <Company/>
  <LinksUpToDate>false</LinksUpToDate>
  <CharactersWithSpaces>26469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Rex Cho</cp:lastModifiedBy>
  <cp:revision>29</cp:revision>
  <dcterms:created xsi:type="dcterms:W3CDTF">2025-10-09T23:44:00Z</dcterms:created>
  <dcterms:modified xsi:type="dcterms:W3CDTF">2025-11-28T03:31:00Z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0x0101000118694C86DCC840B8A954DADB00E5EA003E84DEDAC4846149B794043C96BA4143</vt:lpwstr>
  </property>
  <property fmtid="{D5CDD505-2E9C-101B-9397-08002B2CF9AE}" pid="3" name="MediaServiceImageTags">
    <vt:lpwstr/>
  </property>
  <property fmtid="{D5CDD505-2E9C-101B-9397-08002B2CF9AE}" pid="4" name="DocumentType">
    <vt:lpwstr/>
  </property>
  <property fmtid="{D5CDD505-2E9C-101B-9397-08002B2CF9AE}" pid="5" name="CalendarYear">
    <vt:lpwstr>36;#2025|673bede0-8f6d-40f0-a0d2-3ae341685de0</vt:lpwstr>
  </property>
  <property fmtid="{D5CDD505-2E9C-101B-9397-08002B2CF9AE}" pid="6" name="oa9fbd0508de436da13dc19a72853b3f0">
    <vt:lpwstr/>
  </property>
</Properties>
</file>